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Low oil prices cause </w:t>
      </w:r>
      <w:r>
        <w:rPr>
          <w:b/>
          <w:i w:val="0"/>
          <w:smallCaps w:val="0"/>
          <w:strike w:val="0"/>
          <w:sz w:val="26"/>
          <w:u w:val="single"/>
        </w:rPr>
        <w:t>Russian diversion</w:t>
      </w:r>
      <w:r>
        <w:rPr>
          <w:b/>
          <w:i w:val="0"/>
          <w:smallCaps w:val="0"/>
          <w:strike w:val="0"/>
          <w:sz w:val="26"/>
          <w:u w:val="none"/>
        </w:rPr>
        <w:t xml:space="preserve">. </w:t>
      </w:r>
    </w:p>
    <w:p>
      <w:pPr>
        <w:spacing w:after="80"/>
      </w:pPr>
      <w:r>
        <w:rPr>
          <w:b w:val="0"/>
          <w:i w:val="0"/>
          <w:smallCaps w:val="0"/>
          <w:strike w:val="0"/>
          <w:u w:val="none"/>
        </w:rPr>
        <w:t xml:space="preserve">Leonardo </w:t>
      </w:r>
      <w:r>
        <w:rPr>
          <w:b/>
          <w:i w:val="0"/>
          <w:smallCaps w:val="0"/>
          <w:strike w:val="0"/>
          <w:sz w:val="26"/>
          <w:u w:val="none"/>
        </w:rPr>
        <w:t>Maugeri 14</w:t>
      </w:r>
      <w:r>
        <w:rPr>
          <w:b w:val="0"/>
          <w:i w:val="0"/>
          <w:smallCaps w:val="0"/>
          <w:strike w:val="0"/>
          <w:u w:val="none"/>
        </w:rPr>
        <w:t>, Former senior fellow at the Belfer Center, 11-19-2014, "Why Low Oil Prices Could Make Russia's Putin Even More Combative," https://www.belfercenter.org/publication/why-low-oil-prices-could-make-russias-putin-even-more-combative</w:t>
      </w:r>
    </w:p>
    <w:p>
      <w:pPr>
        <w:spacing w:after="60"/>
      </w:pPr>
      <w:r>
        <w:rPr>
          <w:b w:val="0"/>
          <w:i w:val="0"/>
          <w:smallCaps w:val="0"/>
          <w:strike w:val="0"/>
          <w:sz w:val="14"/>
          <w:u w:val="none"/>
        </w:rPr>
        <w:t xml:space="preserve">If history is any guide, Vladimir </w:t>
      </w:r>
      <w:r>
        <w:rPr>
          <w:b/>
          <w:i w:val="0"/>
          <w:smallCaps w:val="0"/>
          <w:strike w:val="0"/>
          <w:sz w:val="22"/>
          <w:highlight w:val="cyan"/>
          <w:u w:val="single"/>
        </w:rPr>
        <w:t xml:space="preserve">Putin's </w:t>
      </w:r>
      <w:r>
        <w:rPr>
          <w:b/>
          <w:i w:val="0"/>
          <w:smallCaps w:val="0"/>
          <w:strike w:val="0"/>
          <w:sz w:val="24"/>
          <w:highlight w:val="cyan"/>
          <w:u w:val="single"/>
        </w:rPr>
        <w:t>iron grip</w:t>
      </w:r>
      <w:r>
        <w:rPr>
          <w:b/>
          <w:i w:val="0"/>
          <w:smallCaps w:val="0"/>
          <w:strike w:val="0"/>
          <w:sz w:val="22"/>
          <w:u w:val="single"/>
        </w:rPr>
        <w:t xml:space="preserve"> on Russia </w:t>
      </w:r>
      <w:r>
        <w:rPr>
          <w:b/>
          <w:i w:val="0"/>
          <w:smallCaps w:val="0"/>
          <w:strike w:val="0"/>
          <w:sz w:val="22"/>
          <w:highlight w:val="cyan"/>
          <w:u w:val="single"/>
        </w:rPr>
        <w:t xml:space="preserve">could be </w:t>
      </w:r>
      <w:r>
        <w:rPr>
          <w:b/>
          <w:i w:val="0"/>
          <w:smallCaps w:val="0"/>
          <w:strike w:val="0"/>
          <w:sz w:val="24"/>
          <w:highlight w:val="cyan"/>
          <w:u w:val="single"/>
        </w:rPr>
        <w:t>threatened</w:t>
      </w:r>
      <w:r>
        <w:rPr>
          <w:b/>
          <w:i w:val="0"/>
          <w:smallCaps w:val="0"/>
          <w:strike w:val="0"/>
          <w:sz w:val="22"/>
          <w:highlight w:val="cyan"/>
          <w:u w:val="single"/>
        </w:rPr>
        <w:t xml:space="preserve"> by</w:t>
      </w:r>
      <w:r>
        <w:rPr>
          <w:b/>
          <w:i w:val="0"/>
          <w:smallCaps w:val="0"/>
          <w:strike w:val="0"/>
          <w:sz w:val="22"/>
          <w:u w:val="single"/>
        </w:rPr>
        <w:t xml:space="preserve"> the </w:t>
      </w:r>
      <w:r>
        <w:rPr>
          <w:b/>
          <w:i w:val="0"/>
          <w:smallCaps w:val="0"/>
          <w:strike w:val="0"/>
          <w:sz w:val="24"/>
          <w:highlight w:val="cyan"/>
          <w:u w:val="single"/>
        </w:rPr>
        <w:t>low</w:t>
      </w:r>
      <w:r>
        <w:rPr>
          <w:b/>
          <w:i w:val="0"/>
          <w:smallCaps w:val="0"/>
          <w:strike w:val="0"/>
          <w:sz w:val="24"/>
          <w:u w:val="single"/>
        </w:rPr>
        <w:t xml:space="preserve">est </w:t>
      </w:r>
      <w:r>
        <w:rPr>
          <w:b/>
          <w:i w:val="0"/>
          <w:smallCaps w:val="0"/>
          <w:strike w:val="0"/>
          <w:sz w:val="24"/>
          <w:highlight w:val="cyan"/>
          <w:u w:val="single"/>
        </w:rPr>
        <w:t>oil prices</w:t>
      </w:r>
      <w:r>
        <w:rPr>
          <w:b w:val="0"/>
          <w:i w:val="0"/>
          <w:smallCaps w:val="0"/>
          <w:strike w:val="0"/>
          <w:sz w:val="14"/>
          <w:u w:val="none"/>
        </w:rPr>
        <w:t xml:space="preserve"> in a decade. It also partly explains his increasingly belligerent stance toward the West. </w:t>
      </w:r>
    </w:p>
    <w:p>
      <w:pPr>
        <w:spacing w:after="60"/>
      </w:pPr>
      <w:r>
        <w:rPr>
          <w:b/>
          <w:i w:val="0"/>
          <w:smallCaps w:val="0"/>
          <w:strike w:val="0"/>
          <w:sz w:val="24"/>
          <w:u w:val="single"/>
        </w:rPr>
        <w:t xml:space="preserve">Crude </w:t>
      </w:r>
      <w:r>
        <w:rPr>
          <w:b/>
          <w:i w:val="0"/>
          <w:smallCaps w:val="0"/>
          <w:strike w:val="0"/>
          <w:sz w:val="24"/>
          <w:highlight w:val="cyan"/>
          <w:u w:val="single"/>
        </w:rPr>
        <w:t>oil</w:t>
      </w:r>
      <w:r>
        <w:rPr>
          <w:b/>
          <w:i w:val="0"/>
          <w:smallCaps w:val="0"/>
          <w:strike w:val="0"/>
          <w:sz w:val="22"/>
          <w:highlight w:val="cyan"/>
          <w:u w:val="single"/>
        </w:rPr>
        <w:t xml:space="preserve"> and</w:t>
      </w:r>
      <w:r>
        <w:rPr>
          <w:b/>
          <w:i w:val="0"/>
          <w:smallCaps w:val="0"/>
          <w:strike w:val="0"/>
          <w:sz w:val="22"/>
          <w:u w:val="single"/>
        </w:rPr>
        <w:t xml:space="preserve"> </w:t>
      </w:r>
      <w:r>
        <w:rPr>
          <w:b/>
          <w:i w:val="0"/>
          <w:smallCaps w:val="0"/>
          <w:strike w:val="0"/>
          <w:sz w:val="24"/>
          <w:u w:val="single"/>
        </w:rPr>
        <w:t xml:space="preserve">natural </w:t>
      </w:r>
      <w:r>
        <w:rPr>
          <w:b/>
          <w:i w:val="0"/>
          <w:smallCaps w:val="0"/>
          <w:strike w:val="0"/>
          <w:sz w:val="24"/>
          <w:highlight w:val="cyan"/>
          <w:u w:val="single"/>
        </w:rPr>
        <w:t>gas prices</w:t>
      </w:r>
      <w:r>
        <w:rPr>
          <w:b/>
          <w:i w:val="0"/>
          <w:smallCaps w:val="0"/>
          <w:strike w:val="0"/>
          <w:sz w:val="22"/>
          <w:highlight w:val="cyan"/>
          <w:u w:val="single"/>
        </w:rPr>
        <w:t xml:space="preserve"> have been central to Russian </w:t>
      </w:r>
      <w:r>
        <w:rPr>
          <w:b/>
          <w:i w:val="0"/>
          <w:smallCaps w:val="0"/>
          <w:strike w:val="0"/>
          <w:sz w:val="24"/>
          <w:highlight w:val="cyan"/>
          <w:u w:val="single"/>
        </w:rPr>
        <w:t>prosperity</w:t>
      </w:r>
      <w:r>
        <w:rPr>
          <w:b/>
          <w:i w:val="0"/>
          <w:smallCaps w:val="0"/>
          <w:strike w:val="0"/>
          <w:sz w:val="22"/>
          <w:u w:val="single"/>
        </w:rPr>
        <w:t xml:space="preserve"> for decades</w:t>
      </w:r>
      <w:r>
        <w:rPr>
          <w:b w:val="0"/>
          <w:i w:val="0"/>
          <w:smallCaps w:val="0"/>
          <w:strike w:val="0"/>
          <w:sz w:val="14"/>
          <w:u w:val="none"/>
        </w:rPr>
        <w:t xml:space="preserve">. As they fluctuated, so did the country's fortunes. </w:t>
      </w:r>
      <w:r>
        <w:rPr>
          <w:b w:val="0"/>
          <w:i w:val="0"/>
          <w:smallCaps w:val="0"/>
          <w:strike w:val="0"/>
          <w:sz w:val="14"/>
          <w:highlight w:val="cyan"/>
          <w:u w:val="none"/>
        </w:rPr>
        <w:t xml:space="preserve">And </w:t>
      </w:r>
      <w:r>
        <w:rPr>
          <w:b/>
          <w:i w:val="0"/>
          <w:smallCaps w:val="0"/>
          <w:strike w:val="0"/>
          <w:sz w:val="22"/>
          <w:highlight w:val="cyan"/>
          <w:u w:val="single"/>
        </w:rPr>
        <w:t>they have led</w:t>
      </w:r>
      <w:r>
        <w:rPr>
          <w:b/>
          <w:i w:val="0"/>
          <w:smallCaps w:val="0"/>
          <w:strike w:val="0"/>
          <w:sz w:val="22"/>
          <w:u w:val="single"/>
        </w:rPr>
        <w:t xml:space="preserve"> </w:t>
      </w:r>
      <w:r>
        <w:rPr>
          <w:b/>
          <w:i w:val="0"/>
          <w:smallCaps w:val="0"/>
          <w:strike w:val="0"/>
          <w:sz w:val="24"/>
          <w:u w:val="single"/>
        </w:rPr>
        <w:t>Russia</w:t>
      </w:r>
      <w:r>
        <w:rPr>
          <w:b/>
          <w:i w:val="0"/>
          <w:smallCaps w:val="0"/>
          <w:strike w:val="0"/>
          <w:sz w:val="22"/>
          <w:u w:val="single"/>
        </w:rPr>
        <w:t xml:space="preserve"> </w:t>
      </w:r>
      <w:r>
        <w:rPr>
          <w:b/>
          <w:i w:val="0"/>
          <w:smallCaps w:val="0"/>
          <w:strike w:val="0"/>
          <w:sz w:val="22"/>
          <w:highlight w:val="cyan"/>
          <w:u w:val="single"/>
        </w:rPr>
        <w:t xml:space="preserve">to </w:t>
      </w:r>
      <w:r>
        <w:rPr>
          <w:b/>
          <w:i w:val="0"/>
          <w:smallCaps w:val="0"/>
          <w:strike w:val="0"/>
          <w:sz w:val="24"/>
          <w:highlight w:val="cyan"/>
          <w:u w:val="single"/>
        </w:rPr>
        <w:t>outward aggression</w:t>
      </w:r>
      <w:r>
        <w:rPr>
          <w:b/>
          <w:i w:val="0"/>
          <w:smallCaps w:val="0"/>
          <w:strike w:val="0"/>
          <w:sz w:val="22"/>
          <w:u w:val="single"/>
        </w:rPr>
        <w:t xml:space="preserve"> before and could again</w:t>
      </w:r>
      <w:r>
        <w:rPr>
          <w:b w:val="0"/>
          <w:i w:val="0"/>
          <w:smallCaps w:val="0"/>
          <w:strike w:val="0"/>
          <w:sz w:val="14"/>
          <w:u w:val="none"/>
        </w:rPr>
        <w:t>.</w:t>
      </w:r>
    </w:p>
    <w:p>
      <w:pPr>
        <w:spacing w:after="60"/>
      </w:pPr>
      <w:r>
        <w:rPr>
          <w:b/>
          <w:i w:val="0"/>
          <w:smallCaps w:val="0"/>
          <w:strike w:val="0"/>
          <w:sz w:val="22"/>
          <w:u w:val="single"/>
        </w:rPr>
        <w:t>For every dollar off the price of a barrel of oil, the Russian government loses $1.7 billion</w:t>
      </w:r>
      <w:r>
        <w:rPr>
          <w:b w:val="0"/>
          <w:i w:val="0"/>
          <w:smallCaps w:val="0"/>
          <w:strike w:val="0"/>
          <w:sz w:val="14"/>
          <w:u w:val="none"/>
        </w:rPr>
        <w:t xml:space="preserve"> in annual revenue. </w:t>
      </w:r>
      <w:r>
        <w:rPr>
          <w:b/>
          <w:i w:val="0"/>
          <w:smallCaps w:val="0"/>
          <w:strike w:val="0"/>
          <w:sz w:val="22"/>
          <w:u w:val="single"/>
        </w:rPr>
        <w:t xml:space="preserve">The </w:t>
      </w:r>
      <w:r>
        <w:rPr>
          <w:b/>
          <w:i w:val="0"/>
          <w:smallCaps w:val="0"/>
          <w:strike w:val="0"/>
          <w:sz w:val="24"/>
          <w:highlight w:val="cyan"/>
          <w:u w:val="single"/>
        </w:rPr>
        <w:t>Russia</w:t>
      </w:r>
      <w:r>
        <w:rPr>
          <w:b/>
          <w:i w:val="0"/>
          <w:smallCaps w:val="0"/>
          <w:strike w:val="0"/>
          <w:sz w:val="24"/>
          <w:u w:val="single"/>
        </w:rPr>
        <w:t>n government</w:t>
      </w:r>
      <w:r>
        <w:rPr>
          <w:b/>
          <w:i w:val="0"/>
          <w:smallCaps w:val="0"/>
          <w:strike w:val="0"/>
          <w:sz w:val="22"/>
          <w:u w:val="single"/>
        </w:rPr>
        <w:t xml:space="preserve"> </w:t>
      </w:r>
      <w:r>
        <w:rPr>
          <w:b/>
          <w:i w:val="0"/>
          <w:smallCaps w:val="0"/>
          <w:strike w:val="0"/>
          <w:sz w:val="22"/>
          <w:highlight w:val="cyan"/>
          <w:u w:val="single"/>
        </w:rPr>
        <w:t>accrues</w:t>
      </w:r>
      <w:r>
        <w:rPr>
          <w:b/>
          <w:i w:val="0"/>
          <w:smallCaps w:val="0"/>
          <w:strike w:val="0"/>
          <w:sz w:val="22"/>
          <w:u w:val="single"/>
        </w:rPr>
        <w:t xml:space="preserve"> about </w:t>
      </w:r>
      <w:r>
        <w:rPr>
          <w:b/>
          <w:i w:val="0"/>
          <w:smallCaps w:val="0"/>
          <w:strike w:val="0"/>
          <w:sz w:val="24"/>
          <w:highlight w:val="cyan"/>
          <w:u w:val="single"/>
        </w:rPr>
        <w:t>half</w:t>
      </w:r>
      <w:r>
        <w:rPr>
          <w:b/>
          <w:i w:val="0"/>
          <w:smallCaps w:val="0"/>
          <w:strike w:val="0"/>
          <w:sz w:val="22"/>
          <w:u w:val="single"/>
        </w:rPr>
        <w:t xml:space="preserve"> of </w:t>
      </w:r>
      <w:r>
        <w:rPr>
          <w:b/>
          <w:i w:val="0"/>
          <w:smallCaps w:val="0"/>
          <w:strike w:val="0"/>
          <w:sz w:val="22"/>
          <w:highlight w:val="cyan"/>
          <w:u w:val="single"/>
        </w:rPr>
        <w:t xml:space="preserve">its </w:t>
      </w:r>
      <w:r>
        <w:rPr>
          <w:b/>
          <w:i w:val="0"/>
          <w:smallCaps w:val="0"/>
          <w:strike w:val="0"/>
          <w:sz w:val="24"/>
          <w:highlight w:val="cyan"/>
          <w:u w:val="single"/>
        </w:rPr>
        <w:t>revenue</w:t>
      </w:r>
      <w:r>
        <w:rPr>
          <w:b/>
          <w:i w:val="0"/>
          <w:smallCaps w:val="0"/>
          <w:strike w:val="0"/>
          <w:sz w:val="22"/>
          <w:highlight w:val="cyan"/>
          <w:u w:val="single"/>
        </w:rPr>
        <w:t xml:space="preserve"> from</w:t>
      </w:r>
      <w:r>
        <w:rPr>
          <w:b w:val="0"/>
          <w:i w:val="0"/>
          <w:smallCaps w:val="0"/>
          <w:strike w:val="0"/>
          <w:sz w:val="14"/>
          <w:u w:val="none"/>
        </w:rPr>
        <w:t xml:space="preserve"> the </w:t>
      </w:r>
      <w:r>
        <w:rPr>
          <w:b/>
          <w:i w:val="0"/>
          <w:smallCaps w:val="0"/>
          <w:strike w:val="0"/>
          <w:sz w:val="24"/>
          <w:highlight w:val="cyan"/>
          <w:u w:val="single"/>
        </w:rPr>
        <w:t>oil</w:t>
      </w:r>
      <w:r>
        <w:rPr>
          <w:b/>
          <w:i w:val="0"/>
          <w:smallCaps w:val="0"/>
          <w:strike w:val="0"/>
          <w:sz w:val="22"/>
          <w:u w:val="single"/>
        </w:rPr>
        <w:t xml:space="preserve"> and </w:t>
      </w:r>
      <w:r>
        <w:rPr>
          <w:b/>
          <w:i w:val="0"/>
          <w:smallCaps w:val="0"/>
          <w:strike w:val="0"/>
          <w:sz w:val="24"/>
          <w:u w:val="single"/>
        </w:rPr>
        <w:t>gas</w:t>
      </w:r>
      <w:r>
        <w:rPr>
          <w:b w:val="0"/>
          <w:i w:val="0"/>
          <w:smallCaps w:val="0"/>
          <w:strike w:val="0"/>
          <w:sz w:val="14"/>
          <w:u w:val="none"/>
        </w:rPr>
        <w:t xml:space="preserve"> economy. If prices remain at their current level, Moscow would bring in almost $50 billion less revenue in 2015. Subtract another $10 billion to $15 billion due to the renegotiation of gas contracts and that's a major hit to a revenue budget of around $400 billion, and a government that is depending on $100-a-barrel oil to meet its 2015 budget deficit goals.</w:t>
      </w:r>
    </w:p>
    <w:p>
      <w:pPr>
        <w:spacing w:after="60"/>
      </w:pPr>
      <w:r>
        <w:rPr>
          <w:b w:val="0"/>
          <w:i w:val="0"/>
          <w:smallCaps w:val="0"/>
          <w:strike w:val="0"/>
          <w:sz w:val="14"/>
          <w:u w:val="none"/>
        </w:rPr>
        <w:t xml:space="preserve">In the 1970s, the explosion of crude oil and natural gas prices—linked in Russian export contracts—brought relative wealth to Soviet Union. That ushered in a brief "golden" season during the last years of the Brezhnev regime. </w:t>
      </w:r>
      <w:r>
        <w:rPr>
          <w:b/>
          <w:i w:val="0"/>
          <w:smallCaps w:val="0"/>
          <w:strike w:val="0"/>
          <w:sz w:val="22"/>
          <w:u w:val="single"/>
        </w:rPr>
        <w:t xml:space="preserve">The collapse of oil in 1986 </w:t>
      </w:r>
      <w:r>
        <w:rPr>
          <w:b/>
          <w:i w:val="0"/>
          <w:smallCaps w:val="0"/>
          <w:strike w:val="0"/>
          <w:sz w:val="24"/>
          <w:u w:val="single"/>
        </w:rPr>
        <w:t>undermined</w:t>
      </w:r>
      <w:r>
        <w:rPr>
          <w:b/>
          <w:i w:val="0"/>
          <w:smallCaps w:val="0"/>
          <w:strike w:val="0"/>
          <w:sz w:val="22"/>
          <w:u w:val="single"/>
        </w:rPr>
        <w:t xml:space="preserve"> the </w:t>
      </w:r>
      <w:r>
        <w:rPr>
          <w:b/>
          <w:i w:val="0"/>
          <w:smallCaps w:val="0"/>
          <w:strike w:val="0"/>
          <w:sz w:val="24"/>
          <w:u w:val="single"/>
        </w:rPr>
        <w:t>stability</w:t>
      </w:r>
      <w:r>
        <w:rPr>
          <w:b/>
          <w:i w:val="0"/>
          <w:smallCaps w:val="0"/>
          <w:strike w:val="0"/>
          <w:sz w:val="22"/>
          <w:u w:val="single"/>
        </w:rPr>
        <w:t xml:space="preserve"> of Gorbachev's government, </w:t>
      </w:r>
      <w:r>
        <w:rPr>
          <w:b/>
          <w:i w:val="0"/>
          <w:smallCaps w:val="0"/>
          <w:strike w:val="0"/>
          <w:sz w:val="24"/>
          <w:u w:val="single"/>
        </w:rPr>
        <w:t>spreading discontent</w:t>
      </w:r>
      <w:r>
        <w:rPr>
          <w:b w:val="0"/>
          <w:i w:val="0"/>
          <w:smallCaps w:val="0"/>
          <w:strike w:val="0"/>
          <w:sz w:val="14"/>
          <w:u w:val="none"/>
        </w:rPr>
        <w:t xml:space="preserve">. </w:t>
      </w:r>
    </w:p>
    <w:p>
      <w:pPr>
        <w:spacing w:after="60"/>
      </w:pPr>
      <w:r>
        <w:rPr>
          <w:b w:val="0"/>
          <w:i w:val="0"/>
          <w:smallCaps w:val="0"/>
          <w:strike w:val="0"/>
          <w:sz w:val="14"/>
          <w:u w:val="none"/>
        </w:rPr>
        <w:t>The low prices prevailing during the 1990s kept Boris Yeltsin in a state of permanent instability, forcing his government into desperate moves like the uncontrolled privatization—tantamount to a fire sale—of state assets. That persisted until the 1998 collapse, when Russia risked a financial default.</w:t>
      </w:r>
    </w:p>
    <w:p>
      <w:pPr>
        <w:spacing w:after="60"/>
      </w:pPr>
      <w:r>
        <w:rPr>
          <w:b w:val="0"/>
          <w:i w:val="0"/>
          <w:smallCaps w:val="0"/>
          <w:strike w:val="0"/>
          <w:sz w:val="14"/>
          <w:u w:val="none"/>
        </w:rPr>
        <w:t xml:space="preserve">Oil prices rose again after the appointment in August 1999 of a relatively unknown political figure as the new prime minister, a move interpreted by many as just another Yeltsin experiment doomed to failure. That prime minister was Vladimir Putin, who was eventually elected President of Russia in 2000, which kicked off a decade in which oil prices reached historic highs. </w:t>
      </w:r>
      <w:r>
        <w:rPr>
          <w:b/>
          <w:i w:val="0"/>
          <w:smallCaps w:val="0"/>
          <w:strike w:val="0"/>
          <w:sz w:val="22"/>
          <w:highlight w:val="cyan"/>
          <w:u w:val="single"/>
        </w:rPr>
        <w:t>Oil</w:t>
      </w:r>
      <w:r>
        <w:rPr>
          <w:b/>
          <w:i w:val="0"/>
          <w:smallCaps w:val="0"/>
          <w:strike w:val="0"/>
          <w:sz w:val="22"/>
          <w:u w:val="single"/>
        </w:rPr>
        <w:t xml:space="preserve"> windfall profits </w:t>
      </w:r>
      <w:r>
        <w:rPr>
          <w:b/>
          <w:i w:val="0"/>
          <w:smallCaps w:val="0"/>
          <w:strike w:val="0"/>
          <w:sz w:val="22"/>
          <w:highlight w:val="cyan"/>
          <w:u w:val="single"/>
        </w:rPr>
        <w:t>allowed Putin to build</w:t>
      </w:r>
      <w:r>
        <w:rPr>
          <w:b/>
          <w:i w:val="0"/>
          <w:smallCaps w:val="0"/>
          <w:strike w:val="0"/>
          <w:sz w:val="22"/>
          <w:u w:val="single"/>
        </w:rPr>
        <w:t xml:space="preserve"> up</w:t>
      </w:r>
      <w:r>
        <w:rPr>
          <w:b w:val="0"/>
          <w:i w:val="0"/>
          <w:smallCaps w:val="0"/>
          <w:strike w:val="0"/>
          <w:sz w:val="14"/>
          <w:u w:val="none"/>
        </w:rPr>
        <w:t xml:space="preserve"> an undeniable </w:t>
      </w:r>
      <w:r>
        <w:rPr>
          <w:b/>
          <w:i w:val="0"/>
          <w:smallCaps w:val="0"/>
          <w:strike w:val="0"/>
          <w:sz w:val="24"/>
          <w:u w:val="single"/>
        </w:rPr>
        <w:t>domestic consensus</w:t>
      </w:r>
      <w:r>
        <w:rPr>
          <w:b/>
          <w:i w:val="0"/>
          <w:smallCaps w:val="0"/>
          <w:strike w:val="0"/>
          <w:sz w:val="22"/>
          <w:u w:val="single"/>
        </w:rPr>
        <w:t xml:space="preserve">, restoring </w:t>
      </w:r>
      <w:r>
        <w:rPr>
          <w:b/>
          <w:i w:val="0"/>
          <w:smallCaps w:val="0"/>
          <w:strike w:val="0"/>
          <w:sz w:val="24"/>
          <w:highlight w:val="cyan"/>
          <w:u w:val="single"/>
        </w:rPr>
        <w:t>political stability</w:t>
      </w:r>
      <w:r>
        <w:rPr>
          <w:b w:val="0"/>
          <w:i w:val="0"/>
          <w:smallCaps w:val="0"/>
          <w:strike w:val="0"/>
          <w:sz w:val="14"/>
          <w:u w:val="none"/>
        </w:rPr>
        <w:t xml:space="preserve"> and re-launching Russia on the international scene.</w:t>
      </w:r>
    </w:p>
    <w:p>
      <w:pPr>
        <w:spacing w:after="60"/>
      </w:pPr>
      <w:r>
        <w:rPr>
          <w:b w:val="0"/>
          <w:i w:val="0"/>
          <w:smallCaps w:val="0"/>
          <w:strike w:val="0"/>
          <w:sz w:val="14"/>
          <w:u w:val="none"/>
        </w:rPr>
        <w:t xml:space="preserve">Now, however, the combination of the Ukraine crisis, international sanctions and </w:t>
      </w:r>
      <w:r>
        <w:rPr>
          <w:b/>
          <w:i w:val="0"/>
          <w:smallCaps w:val="0"/>
          <w:strike w:val="0"/>
          <w:sz w:val="24"/>
          <w:highlight w:val="cyan"/>
          <w:u w:val="single"/>
        </w:rPr>
        <w:t>falling</w:t>
      </w:r>
      <w:r>
        <w:rPr>
          <w:b/>
          <w:i w:val="0"/>
          <w:smallCaps w:val="0"/>
          <w:strike w:val="0"/>
          <w:sz w:val="24"/>
          <w:u w:val="single"/>
        </w:rPr>
        <w:t xml:space="preserve"> oil </w:t>
      </w:r>
      <w:r>
        <w:rPr>
          <w:b/>
          <w:i w:val="0"/>
          <w:smallCaps w:val="0"/>
          <w:strike w:val="0"/>
          <w:sz w:val="24"/>
          <w:highlight w:val="cyan"/>
          <w:u w:val="single"/>
        </w:rPr>
        <w:t>prices</w:t>
      </w:r>
      <w:r>
        <w:rPr>
          <w:b/>
          <w:i w:val="0"/>
          <w:smallCaps w:val="0"/>
          <w:strike w:val="0"/>
          <w:sz w:val="22"/>
          <w:highlight w:val="cyan"/>
          <w:u w:val="single"/>
        </w:rPr>
        <w:t xml:space="preserve"> open up</w:t>
      </w:r>
      <w:r>
        <w:rPr>
          <w:b w:val="0"/>
          <w:i w:val="0"/>
          <w:smallCaps w:val="0"/>
          <w:strike w:val="0"/>
          <w:sz w:val="14"/>
          <w:u w:val="none"/>
        </w:rPr>
        <w:t xml:space="preserve"> new, </w:t>
      </w:r>
      <w:r>
        <w:rPr>
          <w:b/>
          <w:i w:val="0"/>
          <w:smallCaps w:val="0"/>
          <w:strike w:val="0"/>
          <w:sz w:val="22"/>
          <w:highlight w:val="cyan"/>
          <w:u w:val="single"/>
        </w:rPr>
        <w:t>worrisome scenarios</w:t>
      </w:r>
      <w:r>
        <w:rPr>
          <w:b/>
          <w:i w:val="0"/>
          <w:smallCaps w:val="0"/>
          <w:strike w:val="0"/>
          <w:sz w:val="22"/>
          <w:u w:val="single"/>
        </w:rPr>
        <w:t xml:space="preserve"> for </w:t>
      </w:r>
      <w:r>
        <w:rPr>
          <w:b/>
          <w:i w:val="0"/>
          <w:smallCaps w:val="0"/>
          <w:strike w:val="0"/>
          <w:sz w:val="24"/>
          <w:u w:val="single"/>
        </w:rPr>
        <w:t>Putin</w:t>
      </w:r>
      <w:r>
        <w:rPr>
          <w:b w:val="0"/>
          <w:i w:val="0"/>
          <w:smallCaps w:val="0"/>
          <w:strike w:val="0"/>
          <w:sz w:val="14"/>
          <w:u w:val="none"/>
        </w:rPr>
        <w:t>, Russia and the world order. International sanctions that have hurt the Russian economy have further added to the pressure on Putin.</w:t>
      </w:r>
    </w:p>
    <w:p>
      <w:pPr>
        <w:spacing w:after="60"/>
      </w:pPr>
      <w:r>
        <w:rPr>
          <w:b w:val="0"/>
          <w:i w:val="0"/>
          <w:smallCaps w:val="0"/>
          <w:strike w:val="0"/>
          <w:sz w:val="14"/>
          <w:u w:val="none"/>
        </w:rPr>
        <w:t>In the last few months, Moscow has started cutting public services to the bone, slashing health and education expenditures and some basic allowances for the poor. Meanwhile, the rapid downfall of the ruble is dramatically reducing the spending power of most Russian citizens and threatens to push up inflation very soon.</w:t>
      </w:r>
    </w:p>
    <w:p>
      <w:pPr>
        <w:spacing w:after="60"/>
      </w:pPr>
      <w:r>
        <w:rPr>
          <w:b/>
          <w:i w:val="0"/>
          <w:smallCaps w:val="0"/>
          <w:strike w:val="0"/>
          <w:sz w:val="22"/>
          <w:u w:val="single"/>
        </w:rPr>
        <w:t>The effect of low oil prices</w:t>
      </w:r>
      <w:r>
        <w:rPr>
          <w:b w:val="0"/>
          <w:i w:val="0"/>
          <w:smallCaps w:val="0"/>
          <w:strike w:val="0"/>
          <w:sz w:val="14"/>
          <w:u w:val="none"/>
        </w:rPr>
        <w:t>, combined</w:t>
      </w:r>
      <w:r>
        <w:rPr>
          <w:b/>
          <w:i w:val="0"/>
          <w:smallCaps w:val="0"/>
          <w:strike w:val="0"/>
          <w:sz w:val="22"/>
          <w:u w:val="single"/>
        </w:rPr>
        <w:t xml:space="preserve"> with</w:t>
      </w:r>
      <w:r>
        <w:rPr>
          <w:b w:val="0"/>
          <w:i w:val="0"/>
          <w:smallCaps w:val="0"/>
          <w:strike w:val="0"/>
          <w:sz w:val="14"/>
          <w:u w:val="none"/>
        </w:rPr>
        <w:t xml:space="preserve"> related factors, is already being seen in the actions of the Putin regime.</w:t>
      </w:r>
    </w:p>
    <w:p>
      <w:pPr>
        <w:spacing w:after="60"/>
      </w:pPr>
      <w:r>
        <w:rPr>
          <w:b w:val="0"/>
          <w:i w:val="0"/>
          <w:smallCaps w:val="0"/>
          <w:strike w:val="0"/>
          <w:sz w:val="14"/>
          <w:u w:val="none"/>
        </w:rPr>
        <w:t xml:space="preserve">Along with the Ukrainian crisis, </w:t>
      </w:r>
      <w:r>
        <w:rPr>
          <w:b/>
          <w:i w:val="0"/>
          <w:smallCaps w:val="0"/>
          <w:strike w:val="0"/>
          <w:sz w:val="22"/>
          <w:u w:val="single"/>
        </w:rPr>
        <w:t xml:space="preserve">growing </w:t>
      </w:r>
      <w:r>
        <w:rPr>
          <w:b/>
          <w:i w:val="0"/>
          <w:smallCaps w:val="0"/>
          <w:strike w:val="0"/>
          <w:sz w:val="24"/>
          <w:highlight w:val="cyan"/>
          <w:u w:val="single"/>
        </w:rPr>
        <w:t>popular discontent</w:t>
      </w:r>
      <w:r>
        <w:rPr>
          <w:b/>
          <w:i w:val="0"/>
          <w:smallCaps w:val="0"/>
          <w:strike w:val="0"/>
          <w:sz w:val="22"/>
          <w:highlight w:val="cyan"/>
          <w:u w:val="single"/>
        </w:rPr>
        <w:t xml:space="preserve"> could </w:t>
      </w:r>
      <w:r>
        <w:rPr>
          <w:b/>
          <w:i w:val="0"/>
          <w:smallCaps w:val="0"/>
          <w:strike w:val="0"/>
          <w:sz w:val="24"/>
          <w:highlight w:val="cyan"/>
          <w:u w:val="single"/>
        </w:rPr>
        <w:t>push Putin</w:t>
      </w:r>
      <w:r>
        <w:rPr>
          <w:b/>
          <w:i w:val="0"/>
          <w:smallCaps w:val="0"/>
          <w:strike w:val="0"/>
          <w:sz w:val="22"/>
          <w:highlight w:val="cyan"/>
          <w:u w:val="single"/>
        </w:rPr>
        <w:t xml:space="preserve"> to</w:t>
      </w:r>
      <w:r>
        <w:rPr>
          <w:b/>
          <w:i w:val="0"/>
          <w:smallCaps w:val="0"/>
          <w:strike w:val="0"/>
          <w:sz w:val="22"/>
          <w:u w:val="single"/>
        </w:rPr>
        <w:t xml:space="preserve"> take </w:t>
      </w:r>
      <w:r>
        <w:rPr>
          <w:b/>
          <w:i w:val="0"/>
          <w:smallCaps w:val="0"/>
          <w:strike w:val="0"/>
          <w:sz w:val="22"/>
          <w:highlight w:val="cyan"/>
          <w:u w:val="single"/>
        </w:rPr>
        <w:t xml:space="preserve">an even more </w:t>
      </w:r>
      <w:r>
        <w:rPr>
          <w:b/>
          <w:i w:val="0"/>
          <w:smallCaps w:val="0"/>
          <w:strike w:val="0"/>
          <w:sz w:val="24"/>
          <w:highlight w:val="cyan"/>
          <w:u w:val="single"/>
        </w:rPr>
        <w:t>aggressive stance</w:t>
      </w:r>
      <w:r>
        <w:rPr>
          <w:b w:val="0"/>
          <w:i w:val="0"/>
          <w:smallCaps w:val="0"/>
          <w:strike w:val="0"/>
          <w:sz w:val="14"/>
          <w:u w:val="none"/>
        </w:rPr>
        <w:t xml:space="preserve"> both </w:t>
      </w:r>
      <w:r>
        <w:rPr>
          <w:b/>
          <w:i w:val="0"/>
          <w:smallCaps w:val="0"/>
          <w:strike w:val="0"/>
          <w:sz w:val="22"/>
          <w:u w:val="single"/>
        </w:rPr>
        <w:t xml:space="preserve">at home and abroad </w:t>
      </w:r>
      <w:r>
        <w:rPr>
          <w:b/>
          <w:i w:val="0"/>
          <w:smallCaps w:val="0"/>
          <w:strike w:val="0"/>
          <w:sz w:val="22"/>
          <w:highlight w:val="cyan"/>
          <w:u w:val="single"/>
        </w:rPr>
        <w:t xml:space="preserve">to </w:t>
      </w:r>
      <w:r>
        <w:rPr>
          <w:b/>
          <w:i w:val="0"/>
          <w:smallCaps w:val="0"/>
          <w:strike w:val="0"/>
          <w:sz w:val="24"/>
          <w:highlight w:val="cyan"/>
          <w:u w:val="single"/>
        </w:rPr>
        <w:t>squash</w:t>
      </w:r>
      <w:r>
        <w:rPr>
          <w:b/>
          <w:i w:val="0"/>
          <w:smallCaps w:val="0"/>
          <w:strike w:val="0"/>
          <w:sz w:val="22"/>
          <w:u w:val="single"/>
        </w:rPr>
        <w:t xml:space="preserve"> domestic </w:t>
      </w:r>
      <w:r>
        <w:rPr>
          <w:b/>
          <w:i w:val="0"/>
          <w:smallCaps w:val="0"/>
          <w:strike w:val="0"/>
          <w:sz w:val="24"/>
          <w:highlight w:val="cyan"/>
          <w:u w:val="single"/>
        </w:rPr>
        <w:t>dissent</w:t>
      </w:r>
      <w:r>
        <w:rPr>
          <w:b/>
          <w:i w:val="0"/>
          <w:smallCaps w:val="0"/>
          <w:strike w:val="0"/>
          <w:sz w:val="22"/>
          <w:highlight w:val="cyan"/>
          <w:u w:val="single"/>
        </w:rPr>
        <w:t xml:space="preserve"> and lay the </w:t>
      </w:r>
      <w:r>
        <w:rPr>
          <w:b/>
          <w:i w:val="0"/>
          <w:smallCaps w:val="0"/>
          <w:strike w:val="0"/>
          <w:sz w:val="24"/>
          <w:highlight w:val="cyan"/>
          <w:u w:val="single"/>
        </w:rPr>
        <w:t>blame</w:t>
      </w:r>
      <w:r>
        <w:rPr>
          <w:b/>
          <w:i w:val="0"/>
          <w:smallCaps w:val="0"/>
          <w:strike w:val="0"/>
          <w:sz w:val="22"/>
          <w:highlight w:val="cyan"/>
          <w:u w:val="single"/>
        </w:rPr>
        <w:t xml:space="preserve"> on</w:t>
      </w:r>
      <w:r>
        <w:rPr>
          <w:b/>
          <w:i w:val="0"/>
          <w:smallCaps w:val="0"/>
          <w:strike w:val="0"/>
          <w:sz w:val="22"/>
          <w:u w:val="single"/>
        </w:rPr>
        <w:t xml:space="preserve"> foreign </w:t>
      </w:r>
      <w:r>
        <w:rPr>
          <w:b/>
          <w:i w:val="0"/>
          <w:smallCaps w:val="0"/>
          <w:strike w:val="0"/>
          <w:sz w:val="24"/>
          <w:highlight w:val="cyan"/>
          <w:u w:val="single"/>
        </w:rPr>
        <w:t>enemies</w:t>
      </w:r>
      <w:r>
        <w:rPr>
          <w:b/>
          <w:i w:val="0"/>
          <w:smallCaps w:val="0"/>
          <w:strike w:val="0"/>
          <w:sz w:val="22"/>
          <w:u w:val="single"/>
        </w:rPr>
        <w:t xml:space="preserve"> for Russia's woes. (</w:t>
      </w:r>
      <w:r>
        <w:rPr>
          <w:b/>
          <w:i w:val="0"/>
          <w:smallCaps w:val="0"/>
          <w:strike w:val="0"/>
          <w:sz w:val="22"/>
          <w:highlight w:val="cyan"/>
          <w:u w:val="single"/>
        </w:rPr>
        <w:t>This</w:t>
      </w:r>
      <w:r>
        <w:rPr>
          <w:b/>
          <w:i w:val="0"/>
          <w:smallCaps w:val="0"/>
          <w:strike w:val="0"/>
          <w:sz w:val="22"/>
          <w:u w:val="single"/>
        </w:rPr>
        <w:t xml:space="preserve"> also </w:t>
      </w:r>
      <w:r>
        <w:rPr>
          <w:b/>
          <w:i w:val="0"/>
          <w:smallCaps w:val="0"/>
          <w:strike w:val="0"/>
          <w:sz w:val="22"/>
          <w:highlight w:val="cyan"/>
          <w:u w:val="single"/>
        </w:rPr>
        <w:t xml:space="preserve">might allow Putin to </w:t>
      </w:r>
      <w:r>
        <w:rPr>
          <w:b/>
          <w:i w:val="0"/>
          <w:smallCaps w:val="0"/>
          <w:strike w:val="0"/>
          <w:sz w:val="24"/>
          <w:highlight w:val="cyan"/>
          <w:u w:val="single"/>
        </w:rPr>
        <w:t>remain popular</w:t>
      </w:r>
      <w:r>
        <w:rPr>
          <w:b/>
          <w:i w:val="0"/>
          <w:smallCaps w:val="0"/>
          <w:strike w:val="0"/>
          <w:sz w:val="22"/>
          <w:u w:val="single"/>
        </w:rPr>
        <w:t xml:space="preserve"> in Russia where his </w:t>
      </w:r>
      <w:r>
        <w:rPr>
          <w:b/>
          <w:i w:val="0"/>
          <w:smallCaps w:val="0"/>
          <w:strike w:val="0"/>
          <w:sz w:val="24"/>
          <w:u w:val="single"/>
        </w:rPr>
        <w:t>aggressive</w:t>
      </w:r>
      <w:r>
        <w:rPr>
          <w:b/>
          <w:i w:val="0"/>
          <w:smallCaps w:val="0"/>
          <w:strike w:val="0"/>
          <w:sz w:val="22"/>
          <w:u w:val="single"/>
        </w:rPr>
        <w:t xml:space="preserve"> international </w:t>
      </w:r>
      <w:r>
        <w:rPr>
          <w:b/>
          <w:i w:val="0"/>
          <w:smallCaps w:val="0"/>
          <w:strike w:val="0"/>
          <w:sz w:val="24"/>
          <w:u w:val="single"/>
        </w:rPr>
        <w:t>moves</w:t>
      </w:r>
      <w:r>
        <w:rPr>
          <w:b/>
          <w:i w:val="0"/>
          <w:smallCaps w:val="0"/>
          <w:strike w:val="0"/>
          <w:sz w:val="22"/>
          <w:u w:val="single"/>
        </w:rPr>
        <w:t xml:space="preserve"> are </w:t>
      </w:r>
      <w:r>
        <w:rPr>
          <w:b/>
          <w:i w:val="0"/>
          <w:smallCaps w:val="0"/>
          <w:strike w:val="0"/>
          <w:sz w:val="24"/>
          <w:u w:val="single"/>
        </w:rPr>
        <w:t>celebrated</w:t>
      </w:r>
      <w:r>
        <w:rPr>
          <w:b w:val="0"/>
          <w:i w:val="0"/>
          <w:smallCaps w:val="0"/>
          <w:strike w:val="0"/>
          <w:sz w:val="14"/>
          <w:u w:val="none"/>
        </w:rPr>
        <w:t xml:space="preserve">.) Many Russians blame the West—and the U.S. in particular—for much of what is going on after the explosion of the Ukrainian crisis. Mikhail Gorbachev himself, after initially standing with Putin, on Nov. 8 in Berlin warned the world that </w:t>
      </w:r>
      <w:r>
        <w:rPr>
          <w:b/>
          <w:i w:val="0"/>
          <w:smallCaps w:val="0"/>
          <w:strike w:val="0"/>
          <w:sz w:val="22"/>
          <w:highlight w:val="cyan"/>
          <w:u w:val="single"/>
        </w:rPr>
        <w:t>a</w:t>
      </w:r>
      <w:r>
        <w:rPr>
          <w:b/>
          <w:i w:val="0"/>
          <w:smallCaps w:val="0"/>
          <w:strike w:val="0"/>
          <w:sz w:val="22"/>
          <w:u w:val="single"/>
        </w:rPr>
        <w:t xml:space="preserve"> new Cold </w:t>
      </w:r>
      <w:r>
        <w:rPr>
          <w:b/>
          <w:i w:val="0"/>
          <w:smallCaps w:val="0"/>
          <w:strike w:val="0"/>
          <w:sz w:val="24"/>
          <w:highlight w:val="cyan"/>
          <w:u w:val="single"/>
        </w:rPr>
        <w:t>War</w:t>
      </w:r>
      <w:r>
        <w:rPr>
          <w:b/>
          <w:i w:val="0"/>
          <w:smallCaps w:val="0"/>
          <w:strike w:val="0"/>
          <w:sz w:val="22"/>
          <w:highlight w:val="cyan"/>
          <w:u w:val="single"/>
        </w:rPr>
        <w:t xml:space="preserve"> could be </w:t>
      </w:r>
      <w:r>
        <w:rPr>
          <w:b/>
          <w:i w:val="0"/>
          <w:smallCaps w:val="0"/>
          <w:strike w:val="0"/>
          <w:sz w:val="24"/>
          <w:highlight w:val="cyan"/>
          <w:u w:val="single"/>
        </w:rPr>
        <w:t>looming</w:t>
      </w:r>
      <w:r>
        <w:rPr>
          <w:b/>
          <w:i w:val="0"/>
          <w:smallCaps w:val="0"/>
          <w:strike w:val="0"/>
          <w:sz w:val="22"/>
          <w:u w:val="single"/>
        </w:rPr>
        <w:t xml:space="preserve"> as a result of</w:t>
      </w:r>
      <w:r>
        <w:rPr>
          <w:b w:val="0"/>
          <w:i w:val="0"/>
          <w:smallCaps w:val="0"/>
          <w:strike w:val="0"/>
          <w:sz w:val="14"/>
          <w:u w:val="none"/>
        </w:rPr>
        <w:t xml:space="preserve"> the many </w:t>
      </w:r>
      <w:r>
        <w:rPr>
          <w:b/>
          <w:i w:val="0"/>
          <w:smallCaps w:val="0"/>
          <w:strike w:val="0"/>
          <w:sz w:val="22"/>
          <w:u w:val="single"/>
        </w:rPr>
        <w:t>mistakes made by the West vis-à-vis Russia</w:t>
      </w:r>
      <w:r>
        <w:rPr>
          <w:b w:val="0"/>
          <w:i w:val="0"/>
          <w:smallCaps w:val="0"/>
          <w:strike w:val="0"/>
          <w:sz w:val="14"/>
          <w:u w:val="none"/>
        </w:rPr>
        <w:t>.</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