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Poor patent quality </w:t>
      </w:r>
      <w:r>
        <w:rPr>
          <w:b/>
          <w:i w:val="0"/>
          <w:smallCaps w:val="0"/>
          <w:strike w:val="0"/>
          <w:sz w:val="26"/>
          <w:u w:val="single"/>
        </w:rPr>
        <w:t>incentivizes</w:t>
      </w:r>
      <w:r>
        <w:rPr>
          <w:b/>
          <w:i w:val="0"/>
          <w:smallCaps w:val="0"/>
          <w:strike w:val="0"/>
          <w:sz w:val="26"/>
          <w:u w:val="none"/>
        </w:rPr>
        <w:t xml:space="preserve"> patent trolls.</w:t>
      </w:r>
    </w:p>
    <w:p>
      <w:pPr>
        <w:spacing w:after="80"/>
      </w:pPr>
      <w:r>
        <w:rPr>
          <w:b w:val="0"/>
          <w:i w:val="0"/>
          <w:smallCaps w:val="0"/>
          <w:strike w:val="0"/>
          <w:u w:val="none"/>
        </w:rPr>
        <w:t xml:space="preserve">Stefan </w:t>
      </w:r>
      <w:r>
        <w:rPr>
          <w:b/>
          <w:i w:val="0"/>
          <w:smallCaps w:val="0"/>
          <w:strike w:val="0"/>
          <w:sz w:val="26"/>
          <w:u w:val="none"/>
        </w:rPr>
        <w:t>Lederer ’21</w:t>
      </w:r>
      <w:r>
        <w:rPr>
          <w:b w:val="0"/>
          <w:i w:val="0"/>
          <w:smallCaps w:val="0"/>
          <w:strike w:val="0"/>
          <w:u w:val="none"/>
        </w:rPr>
        <w:t xml:space="preserve"> [June 22, 2021; CEO and Co-Founder of Bitmovin, a company providing cloud-based OTT video software solutions for leading media companies worldwide. “The Growing Problem Of U.S. Patent Trolls, And What Should Happen Next,” Forbes; https://www.forbes.com/sites/forbesbusinesscouncil/2021/07/22/the-growing-problem-of-us-patent-trolls-and-what-should-happen-next/]</w:t>
      </w:r>
    </w:p>
    <w:p>
      <w:pPr>
        <w:spacing w:after="60"/>
      </w:pPr>
      <w:r>
        <w:rPr>
          <w:b w:val="0"/>
          <w:i w:val="0"/>
          <w:smallCaps w:val="0"/>
          <w:strike w:val="0"/>
          <w:sz w:val="16"/>
          <w:u w:val="none"/>
        </w:rPr>
        <w:t xml:space="preserve">The patent system ensures that innovators see return on their investment, and that provides the incentive necessary for them to expand the scope of human understanding and share that knowledge with the world. However, the </w:t>
      </w:r>
      <w:r>
        <w:rPr>
          <w:b/>
          <w:i w:val="0"/>
          <w:smallCaps w:val="0"/>
          <w:strike w:val="0"/>
          <w:sz w:val="22"/>
          <w:highlight w:val="cyan"/>
          <w:u w:val="single"/>
        </w:rPr>
        <w:t xml:space="preserve">patent </w:t>
      </w:r>
      <w:r>
        <w:rPr>
          <w:b/>
          <w:i w:val="0"/>
          <w:smallCaps w:val="0"/>
          <w:strike w:val="0"/>
          <w:sz w:val="24"/>
          <w:highlight w:val="cyan"/>
          <w:u w:val="single"/>
        </w:rPr>
        <w:t>system</w:t>
      </w:r>
      <w:r>
        <w:rPr>
          <w:b w:val="0"/>
          <w:i w:val="0"/>
          <w:smallCaps w:val="0"/>
          <w:strike w:val="0"/>
          <w:sz w:val="16"/>
          <w:u w:val="none"/>
        </w:rPr>
        <w:t xml:space="preserve">, like all other human institutions, is </w:t>
      </w:r>
      <w:r>
        <w:rPr>
          <w:b/>
          <w:i w:val="0"/>
          <w:smallCaps w:val="0"/>
          <w:strike w:val="0"/>
          <w:sz w:val="22"/>
          <w:highlight w:val="cyan"/>
          <w:u w:val="single"/>
        </w:rPr>
        <w:t xml:space="preserve">vulnerable to </w:t>
      </w:r>
      <w:r>
        <w:rPr>
          <w:b/>
          <w:i w:val="0"/>
          <w:smallCaps w:val="0"/>
          <w:strike w:val="0"/>
          <w:sz w:val="24"/>
          <w:highlight w:val="cyan"/>
          <w:u w:val="single"/>
        </w:rPr>
        <w:t>abuse</w:t>
      </w:r>
      <w:r>
        <w:rPr>
          <w:b w:val="0"/>
          <w:i w:val="0"/>
          <w:smallCaps w:val="0"/>
          <w:strike w:val="0"/>
          <w:sz w:val="16"/>
          <w:u w:val="none"/>
        </w:rPr>
        <w:t xml:space="preserve">. This </w:t>
      </w:r>
      <w:r>
        <w:rPr>
          <w:b/>
          <w:i w:val="0"/>
          <w:smallCaps w:val="0"/>
          <w:strike w:val="0"/>
          <w:sz w:val="22"/>
          <w:u w:val="single"/>
        </w:rPr>
        <w:t xml:space="preserve">abuse is most </w:t>
      </w:r>
      <w:r>
        <w:rPr>
          <w:b/>
          <w:i w:val="0"/>
          <w:smallCaps w:val="0"/>
          <w:strike w:val="0"/>
          <w:sz w:val="24"/>
          <w:highlight w:val="cyan"/>
          <w:u w:val="single"/>
        </w:rPr>
        <w:t>notable</w:t>
      </w:r>
      <w:r>
        <w:rPr>
          <w:b/>
          <w:i w:val="0"/>
          <w:smallCaps w:val="0"/>
          <w:strike w:val="0"/>
          <w:sz w:val="22"/>
          <w:highlight w:val="cyan"/>
          <w:u w:val="single"/>
        </w:rPr>
        <w:t xml:space="preserve"> in the form of </w:t>
      </w:r>
      <w:r>
        <w:rPr>
          <w:b/>
          <w:i w:val="0"/>
          <w:smallCaps w:val="0"/>
          <w:strike w:val="0"/>
          <w:sz w:val="24"/>
          <w:highlight w:val="cyan"/>
          <w:u w:val="single"/>
        </w:rPr>
        <w:t>low-quality patents</w:t>
      </w:r>
      <w:r>
        <w:rPr>
          <w:b w:val="0"/>
          <w:i w:val="0"/>
          <w:smallCaps w:val="0"/>
          <w:strike w:val="0"/>
          <w:sz w:val="16"/>
          <w:u w:val="none"/>
        </w:rPr>
        <w:t xml:space="preserve"> that are </w:t>
      </w:r>
      <w:r>
        <w:rPr>
          <w:b/>
          <w:i w:val="0"/>
          <w:smallCaps w:val="0"/>
          <w:strike w:val="0"/>
          <w:sz w:val="22"/>
          <w:u w:val="single"/>
        </w:rPr>
        <w:t xml:space="preserve">asserted against </w:t>
      </w:r>
      <w:r>
        <w:rPr>
          <w:b/>
          <w:i w:val="0"/>
          <w:smallCaps w:val="0"/>
          <w:strike w:val="0"/>
          <w:sz w:val="24"/>
          <w:u w:val="single"/>
        </w:rPr>
        <w:t>innovative companies</w:t>
      </w:r>
      <w:r>
        <w:rPr>
          <w:b w:val="0"/>
          <w:i w:val="0"/>
          <w:smallCaps w:val="0"/>
          <w:strike w:val="0"/>
          <w:sz w:val="16"/>
          <w:u w:val="none"/>
        </w:rPr>
        <w:t xml:space="preserve"> by entities that often don’t even make any products. The worst of these patent </w:t>
      </w:r>
      <w:r>
        <w:rPr>
          <w:b/>
          <w:i w:val="0"/>
          <w:smallCaps w:val="0"/>
          <w:strike w:val="0"/>
          <w:sz w:val="24"/>
          <w:highlight w:val="cyan"/>
          <w:u w:val="single"/>
        </w:rPr>
        <w:t>trolls</w:t>
      </w:r>
      <w:r>
        <w:rPr>
          <w:b/>
          <w:i w:val="0"/>
          <w:smallCaps w:val="0"/>
          <w:strike w:val="0"/>
          <w:sz w:val="22"/>
          <w:highlight w:val="cyan"/>
          <w:u w:val="single"/>
        </w:rPr>
        <w:t xml:space="preserve"> pick up </w:t>
      </w:r>
      <w:r>
        <w:rPr>
          <w:b/>
          <w:i w:val="0"/>
          <w:smallCaps w:val="0"/>
          <w:strike w:val="0"/>
          <w:sz w:val="24"/>
          <w:highlight w:val="cyan"/>
          <w:u w:val="single"/>
        </w:rPr>
        <w:t>low-quality patents</w:t>
      </w:r>
      <w:r>
        <w:rPr>
          <w:b w:val="0"/>
          <w:i w:val="0"/>
          <w:smallCaps w:val="0"/>
          <w:strike w:val="0"/>
          <w:sz w:val="16"/>
          <w:u w:val="none"/>
        </w:rPr>
        <w:t xml:space="preserve"> and </w:t>
      </w:r>
      <w:r>
        <w:rPr>
          <w:b/>
          <w:i w:val="0"/>
          <w:smallCaps w:val="0"/>
          <w:strike w:val="0"/>
          <w:sz w:val="22"/>
          <w:highlight w:val="cyan"/>
          <w:u w:val="single"/>
        </w:rPr>
        <w:t>take advantage of</w:t>
      </w:r>
      <w:r>
        <w:rPr>
          <w:b/>
          <w:i w:val="0"/>
          <w:smallCaps w:val="0"/>
          <w:strike w:val="0"/>
          <w:sz w:val="22"/>
          <w:u w:val="single"/>
        </w:rPr>
        <w:t xml:space="preserve"> </w:t>
      </w:r>
      <w:r>
        <w:rPr>
          <w:b/>
          <w:i w:val="0"/>
          <w:smallCaps w:val="0"/>
          <w:strike w:val="0"/>
          <w:sz w:val="24"/>
          <w:highlight w:val="cyan"/>
          <w:u w:val="single"/>
        </w:rPr>
        <w:t>asymmetries</w:t>
      </w:r>
      <w:r>
        <w:rPr>
          <w:b/>
          <w:i w:val="0"/>
          <w:smallCaps w:val="0"/>
          <w:strike w:val="0"/>
          <w:sz w:val="22"/>
          <w:highlight w:val="cyan"/>
          <w:u w:val="single"/>
        </w:rPr>
        <w:t xml:space="preserve"> in the economics of </w:t>
      </w:r>
      <w:r>
        <w:rPr>
          <w:b/>
          <w:i w:val="0"/>
          <w:smallCaps w:val="0"/>
          <w:strike w:val="0"/>
          <w:sz w:val="24"/>
          <w:highlight w:val="cyan"/>
          <w:u w:val="single"/>
        </w:rPr>
        <w:t>litigation</w:t>
      </w:r>
      <w:r>
        <w:rPr>
          <w:b/>
          <w:i w:val="0"/>
          <w:smallCaps w:val="0"/>
          <w:strike w:val="0"/>
          <w:sz w:val="22"/>
          <w:highlight w:val="cyan"/>
          <w:u w:val="single"/>
        </w:rPr>
        <w:t xml:space="preserve"> to make </w:t>
      </w:r>
      <w:r>
        <w:rPr>
          <w:b/>
          <w:i w:val="0"/>
          <w:smallCaps w:val="0"/>
          <w:strike w:val="0"/>
          <w:sz w:val="24"/>
          <w:highlight w:val="cyan"/>
          <w:u w:val="single"/>
        </w:rPr>
        <w:t>quick cash</w:t>
      </w:r>
      <w:r>
        <w:rPr>
          <w:b w:val="0"/>
          <w:i w:val="0"/>
          <w:smallCaps w:val="0"/>
          <w:strike w:val="0"/>
          <w:sz w:val="16"/>
          <w:u w:val="none"/>
        </w:rPr>
        <w:t>. Bitmovin has been on the receiving end of several of these dubious suits, which are a very real threat to innovators and other startups. Some studies have estimated that 30% to 40% of issued patents are invalid or low quality.</w:t>
      </w:r>
    </w:p>
    <w:p>
      <w:pPr>
        <w:pStyle w:val="Caption"/>
      </w:pPr>
      <w:r>
        <w:t>Source: Green Patents Neg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