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Green tech can’t solve climate—it’s too late. </w:t>
      </w:r>
      <w:r>
        <w:rPr>
          <w:b/>
          <w:i w:val="0"/>
          <w:smallCaps w:val="0"/>
          <w:strike w:val="0"/>
          <w:sz w:val="26"/>
          <w:u w:val="single"/>
        </w:rPr>
        <w:t>And</w:t>
      </w:r>
      <w:r>
        <w:rPr>
          <w:b/>
          <w:i w:val="0"/>
          <w:smallCaps w:val="0"/>
          <w:strike w:val="0"/>
          <w:sz w:val="26"/>
          <w:u w:val="none"/>
        </w:rPr>
        <w:t xml:space="preserve"> focusing on tech allows more pollution.</w:t>
      </w:r>
    </w:p>
    <w:p>
      <w:pPr>
        <w:spacing w:after="80"/>
      </w:pPr>
      <w:r>
        <w:rPr>
          <w:b/>
          <w:i w:val="0"/>
          <w:smallCaps w:val="0"/>
          <w:strike w:val="0"/>
          <w:sz w:val="26"/>
          <w:u w:val="none"/>
        </w:rPr>
        <w:t xml:space="preserve">Felix </w:t>
      </w:r>
      <w:r>
        <w:rPr>
          <w:b/>
          <w:i w:val="0"/>
          <w:smallCaps w:val="0"/>
          <w:strike w:val="0"/>
          <w:sz w:val="26"/>
          <w:u w:val="none"/>
        </w:rPr>
        <w:t>’</w:t>
      </w:r>
      <w:r>
        <w:rPr>
          <w:b/>
          <w:i w:val="0"/>
          <w:smallCaps w:val="0"/>
          <w:strike w:val="0"/>
          <w:sz w:val="26"/>
          <w:u w:val="none"/>
        </w:rPr>
        <w:t>23</w:t>
      </w:r>
      <w:r>
        <w:rPr>
          <w:b w:val="0"/>
          <w:i w:val="0"/>
          <w:smallCaps w:val="0"/>
          <w:strike w:val="0"/>
          <w:u w:val="none"/>
        </w:rPr>
        <w:t xml:space="preserve"> [Kwolanne Felix; research scholar at the State Energy &amp; Environmental Impact Center at NYU School of Law; 10-23-2023; Our Fixation on Green Technology Harms Our Ability to Confront Climate Crisis; Truthout; https://truthout.org/articles/our-fixation-on-green-technology-harms-our-ability-to-confront-climate-crisis/; 7-1-2024; AO]</w:t>
      </w:r>
    </w:p>
    <w:p>
      <w:pPr>
        <w:spacing w:after="60"/>
      </w:pPr>
      <w:r>
        <w:rPr>
          <w:b/>
          <w:i w:val="0"/>
          <w:smallCaps w:val="0"/>
          <w:strike w:val="0"/>
          <w:sz w:val="22"/>
          <w:highlight w:val="cyan"/>
          <w:u w:val="single"/>
        </w:rPr>
        <w:t>Green tech</w:t>
      </w:r>
      <w:r>
        <w:rPr>
          <w:b/>
          <w:i w:val="0"/>
          <w:smallCaps w:val="0"/>
          <w:strike w:val="0"/>
          <w:sz w:val="22"/>
          <w:u w:val="single"/>
        </w:rPr>
        <w:t xml:space="preserve">nology is at the </w:t>
      </w:r>
      <w:r>
        <w:rPr>
          <w:b/>
          <w:i w:val="0"/>
          <w:smallCaps w:val="0"/>
          <w:strike w:val="0"/>
          <w:sz w:val="22"/>
          <w:highlight w:val="cyan"/>
          <w:u w:val="single"/>
        </w:rPr>
        <w:t>forefront of</w:t>
      </w:r>
      <w:r>
        <w:rPr>
          <w:b/>
          <w:i w:val="0"/>
          <w:smallCaps w:val="0"/>
          <w:strike w:val="0"/>
          <w:sz w:val="22"/>
          <w:u w:val="single"/>
        </w:rPr>
        <w:t xml:space="preserve"> many </w:t>
      </w:r>
      <w:r>
        <w:rPr>
          <w:b/>
          <w:i w:val="0"/>
          <w:smallCaps w:val="0"/>
          <w:strike w:val="0"/>
          <w:sz w:val="22"/>
          <w:highlight w:val="cyan"/>
          <w:u w:val="single"/>
        </w:rPr>
        <w:t>climate conversations</w:t>
      </w:r>
      <w:r>
        <w:rPr>
          <w:b/>
          <w:i w:val="0"/>
          <w:smallCaps w:val="0"/>
          <w:strike w:val="0"/>
          <w:sz w:val="22"/>
          <w:u w:val="single"/>
        </w:rPr>
        <w:t xml:space="preserve">, from electric cars, to solar energy batteries, to the burgeoning interest in carbon capture. Though sometimes well-meaning and useful, green technology is only one piece of the greater climate solutions pie. A narrow focus on </w:t>
      </w:r>
      <w:r>
        <w:rPr>
          <w:b/>
          <w:i w:val="0"/>
          <w:smallCaps w:val="0"/>
          <w:strike w:val="0"/>
          <w:sz w:val="22"/>
          <w:highlight w:val="cyan"/>
          <w:u w:val="single"/>
        </w:rPr>
        <w:t>green tech</w:t>
      </w:r>
      <w:r>
        <w:rPr>
          <w:b/>
          <w:i w:val="0"/>
          <w:smallCaps w:val="0"/>
          <w:strike w:val="0"/>
          <w:sz w:val="22"/>
          <w:u w:val="single"/>
        </w:rPr>
        <w:t xml:space="preserve">nology as a panacea for the climate crisis can </w:t>
      </w:r>
      <w:r>
        <w:rPr>
          <w:b/>
          <w:i w:val="0"/>
          <w:smallCaps w:val="0"/>
          <w:strike w:val="0"/>
          <w:sz w:val="24"/>
          <w:highlight w:val="cyan"/>
          <w:u w:val="single"/>
        </w:rPr>
        <w:t>obscure</w:t>
      </w:r>
      <w:r>
        <w:rPr>
          <w:b/>
          <w:i w:val="0"/>
          <w:smallCaps w:val="0"/>
          <w:strike w:val="0"/>
          <w:sz w:val="24"/>
          <w:u w:val="single"/>
        </w:rPr>
        <w:t xml:space="preserve"> the importance of </w:t>
      </w:r>
      <w:r>
        <w:rPr>
          <w:b/>
          <w:i w:val="0"/>
          <w:smallCaps w:val="0"/>
          <w:strike w:val="0"/>
          <w:sz w:val="24"/>
          <w:highlight w:val="cyan"/>
          <w:u w:val="single"/>
        </w:rPr>
        <w:t>immediate political</w:t>
      </w:r>
      <w:r>
        <w:rPr>
          <w:b/>
          <w:i w:val="0"/>
          <w:smallCaps w:val="0"/>
          <w:strike w:val="0"/>
          <w:sz w:val="24"/>
          <w:u w:val="single"/>
        </w:rPr>
        <w:t xml:space="preserve"> action </w:t>
      </w:r>
      <w:r>
        <w:rPr>
          <w:b/>
          <w:i w:val="0"/>
          <w:smallCaps w:val="0"/>
          <w:strike w:val="0"/>
          <w:sz w:val="24"/>
          <w:highlight w:val="cyan"/>
          <w:u w:val="single"/>
        </w:rPr>
        <w:t>and social change</w:t>
      </w:r>
      <w:r>
        <w:rPr>
          <w:b/>
          <w:i w:val="0"/>
          <w:smallCaps w:val="0"/>
          <w:strike w:val="0"/>
          <w:sz w:val="24"/>
          <w:u w:val="single"/>
        </w:rPr>
        <w:t>.</w:t>
      </w:r>
    </w:p>
    <w:p>
      <w:pPr>
        <w:spacing w:after="60"/>
      </w:pPr>
      <w:r>
        <w:rPr>
          <w:b w:val="0"/>
          <w:i w:val="0"/>
          <w:smallCaps w:val="0"/>
          <w:strike w:val="0"/>
          <w:sz w:val="16"/>
          <w:u w:val="none"/>
        </w:rPr>
        <w:t xml:space="preserve">Before I joined the climate movement, I, like many Americans, saw the climate crisis as just a scientific problem. This made sense to me because it was scientists who, through decades of research, linked carbon emissions to global warming. So, if scientists identified the problem, then science and technology could get us out. If we had new energy sources, more efficient cars and could capture carbon, our problems would be solved, I mistakenly once thought. </w:t>
      </w:r>
      <w:r>
        <w:rPr>
          <w:b/>
          <w:i w:val="0"/>
          <w:smallCaps w:val="0"/>
          <w:strike w:val="0"/>
          <w:sz w:val="22"/>
          <w:u w:val="single"/>
        </w:rPr>
        <w:t xml:space="preserve">However, framing climate problems as a science issue is </w:t>
      </w:r>
      <w:r>
        <w:rPr>
          <w:b/>
          <w:i w:val="0"/>
          <w:smallCaps w:val="0"/>
          <w:strike w:val="0"/>
          <w:sz w:val="22"/>
          <w:highlight w:val="cyan"/>
          <w:u w:val="single"/>
        </w:rPr>
        <w:t xml:space="preserve">a strategic misplacement of responsibility that </w:t>
      </w:r>
      <w:r>
        <w:rPr>
          <w:b/>
          <w:i w:val="0"/>
          <w:smallCaps w:val="0"/>
          <w:strike w:val="0"/>
          <w:sz w:val="24"/>
          <w:highlight w:val="cyan"/>
          <w:u w:val="single"/>
        </w:rPr>
        <w:t>benefits</w:t>
      </w:r>
      <w:r>
        <w:rPr>
          <w:b/>
          <w:i w:val="0"/>
          <w:smallCaps w:val="0"/>
          <w:strike w:val="0"/>
          <w:sz w:val="24"/>
          <w:u w:val="single"/>
        </w:rPr>
        <w:t xml:space="preserve"> the </w:t>
      </w:r>
      <w:r>
        <w:rPr>
          <w:b/>
          <w:i w:val="0"/>
          <w:smallCaps w:val="0"/>
          <w:strike w:val="0"/>
          <w:sz w:val="24"/>
          <w:highlight w:val="cyan"/>
          <w:u w:val="single"/>
        </w:rPr>
        <w:t>corporations</w:t>
      </w:r>
      <w:r>
        <w:rPr>
          <w:b/>
          <w:i w:val="0"/>
          <w:smallCaps w:val="0"/>
          <w:strike w:val="0"/>
          <w:sz w:val="22"/>
          <w:u w:val="single"/>
        </w:rPr>
        <w:t xml:space="preserve"> that profit from the perpetuation of the status quo. This framing is a strategy meant to </w:t>
      </w:r>
      <w:r>
        <w:rPr>
          <w:b/>
          <w:i w:val="0"/>
          <w:smallCaps w:val="0"/>
          <w:strike w:val="0"/>
          <w:sz w:val="24"/>
          <w:highlight w:val="cyan"/>
          <w:u w:val="single"/>
        </w:rPr>
        <w:t>displace</w:t>
      </w:r>
      <w:r>
        <w:rPr>
          <w:b/>
          <w:i w:val="0"/>
          <w:smallCaps w:val="0"/>
          <w:strike w:val="0"/>
          <w:sz w:val="24"/>
          <w:u w:val="single"/>
        </w:rPr>
        <w:t xml:space="preserve"> the burden of </w:t>
      </w:r>
      <w:r>
        <w:rPr>
          <w:b/>
          <w:i w:val="0"/>
          <w:smallCaps w:val="0"/>
          <w:strike w:val="0"/>
          <w:sz w:val="24"/>
          <w:highlight w:val="cyan"/>
          <w:u w:val="single"/>
        </w:rPr>
        <w:t>responsibility</w:t>
      </w:r>
      <w:r>
        <w:rPr>
          <w:b/>
          <w:i w:val="0"/>
          <w:smallCaps w:val="0"/>
          <w:strike w:val="0"/>
          <w:sz w:val="22"/>
          <w:u w:val="single"/>
        </w:rPr>
        <w:t xml:space="preserve"> for action </w:t>
      </w:r>
      <w:r>
        <w:rPr>
          <w:b/>
          <w:i w:val="0"/>
          <w:smallCaps w:val="0"/>
          <w:strike w:val="0"/>
          <w:sz w:val="22"/>
          <w:highlight w:val="cyan"/>
          <w:u w:val="single"/>
        </w:rPr>
        <w:t>from</w:t>
      </w:r>
      <w:r>
        <w:rPr>
          <w:b/>
          <w:i w:val="0"/>
          <w:smallCaps w:val="0"/>
          <w:strike w:val="0"/>
          <w:sz w:val="22"/>
          <w:u w:val="single"/>
        </w:rPr>
        <w:t xml:space="preserve"> </w:t>
      </w:r>
      <w:r>
        <w:rPr>
          <w:b/>
          <w:i w:val="0"/>
          <w:smallCaps w:val="0"/>
          <w:strike w:val="0"/>
          <w:sz w:val="22"/>
          <w:highlight w:val="cyan"/>
          <w:u w:val="single"/>
        </w:rPr>
        <w:t>fossil fuel companies</w:t>
      </w:r>
      <w:r>
        <w:rPr>
          <w:b/>
          <w:i w:val="0"/>
          <w:smallCaps w:val="0"/>
          <w:strike w:val="0"/>
          <w:sz w:val="22"/>
          <w:u w:val="single"/>
        </w:rPr>
        <w:t xml:space="preserve">, polluting industries and acquiescent politicians, all of which are to blame for the </w:t>
      </w:r>
      <w:r>
        <w:rPr>
          <w:b/>
          <w:i w:val="0"/>
          <w:smallCaps w:val="0"/>
          <w:strike w:val="0"/>
          <w:sz w:val="24"/>
          <w:u w:val="single"/>
        </w:rPr>
        <w:t>climate crisis’s root causes.</w:t>
      </w:r>
    </w:p>
    <w:p>
      <w:pPr>
        <w:spacing w:after="60"/>
      </w:pPr>
      <w:r>
        <w:rPr>
          <w:b/>
          <w:i w:val="0"/>
          <w:smallCaps w:val="0"/>
          <w:strike w:val="0"/>
          <w:sz w:val="22"/>
          <w:u w:val="single"/>
        </w:rPr>
        <w:t xml:space="preserve">The focus on </w:t>
      </w:r>
      <w:r>
        <w:rPr>
          <w:b/>
          <w:i w:val="0"/>
          <w:smallCaps w:val="0"/>
          <w:strike w:val="0"/>
          <w:sz w:val="22"/>
          <w:highlight w:val="cyan"/>
          <w:u w:val="single"/>
        </w:rPr>
        <w:t xml:space="preserve">technology </w:t>
      </w:r>
      <w:r>
        <w:rPr>
          <w:b/>
          <w:i w:val="0"/>
          <w:smallCaps w:val="0"/>
          <w:strike w:val="0"/>
          <w:sz w:val="24"/>
          <w:highlight w:val="cyan"/>
          <w:u w:val="single"/>
        </w:rPr>
        <w:t>ignores many factors</w:t>
      </w:r>
      <w:r>
        <w:rPr>
          <w:b/>
          <w:i w:val="0"/>
          <w:smallCaps w:val="0"/>
          <w:strike w:val="0"/>
          <w:sz w:val="22"/>
          <w:u w:val="single"/>
        </w:rPr>
        <w:t xml:space="preserve">. For one, </w:t>
      </w:r>
      <w:r>
        <w:rPr>
          <w:b/>
          <w:i w:val="0"/>
          <w:smallCaps w:val="0"/>
          <w:strike w:val="0"/>
          <w:sz w:val="22"/>
          <w:highlight w:val="cyan"/>
          <w:u w:val="single"/>
        </w:rPr>
        <w:t>waiting on</w:t>
      </w:r>
      <w:r>
        <w:rPr>
          <w:b/>
          <w:i w:val="0"/>
          <w:smallCaps w:val="0"/>
          <w:strike w:val="0"/>
          <w:sz w:val="22"/>
          <w:u w:val="single"/>
        </w:rPr>
        <w:t xml:space="preserve"> a perfect </w:t>
      </w:r>
      <w:r>
        <w:rPr>
          <w:b/>
          <w:i w:val="0"/>
          <w:smallCaps w:val="0"/>
          <w:strike w:val="0"/>
          <w:sz w:val="22"/>
          <w:highlight w:val="cyan"/>
          <w:u w:val="single"/>
        </w:rPr>
        <w:t>technology</w:t>
      </w:r>
      <w:r>
        <w:rPr>
          <w:b/>
          <w:i w:val="0"/>
          <w:smallCaps w:val="0"/>
          <w:strike w:val="0"/>
          <w:sz w:val="22"/>
          <w:u w:val="single"/>
        </w:rPr>
        <w:t xml:space="preserve"> without a swift reduction in emissions and an urgent transition away from fossil fuels will </w:t>
      </w:r>
      <w:r>
        <w:rPr>
          <w:b/>
          <w:i w:val="0"/>
          <w:smallCaps w:val="0"/>
          <w:strike w:val="0"/>
          <w:sz w:val="24"/>
          <w:highlight w:val="cyan"/>
          <w:u w:val="single"/>
        </w:rPr>
        <w:t>doom us to</w:t>
      </w:r>
      <w:r>
        <w:rPr>
          <w:b/>
          <w:i w:val="0"/>
          <w:smallCaps w:val="0"/>
          <w:strike w:val="0"/>
          <w:sz w:val="24"/>
          <w:u w:val="single"/>
        </w:rPr>
        <w:t xml:space="preserve"> the </w:t>
      </w:r>
      <w:r>
        <w:rPr>
          <w:b/>
          <w:i w:val="0"/>
          <w:smallCaps w:val="0"/>
          <w:strike w:val="0"/>
          <w:sz w:val="24"/>
          <w:highlight w:val="cyan"/>
          <w:u w:val="single"/>
        </w:rPr>
        <w:t>worst of the climate crisis</w:t>
      </w:r>
      <w:r>
        <w:rPr>
          <w:b/>
          <w:i w:val="0"/>
          <w:smallCaps w:val="0"/>
          <w:strike w:val="0"/>
          <w:sz w:val="24"/>
          <w:u w:val="single"/>
        </w:rPr>
        <w:t>.</w:t>
      </w:r>
      <w:r>
        <w:rPr>
          <w:b/>
          <w:i w:val="0"/>
          <w:smallCaps w:val="0"/>
          <w:strike w:val="0"/>
          <w:sz w:val="22"/>
          <w:u w:val="single"/>
        </w:rPr>
        <w:t xml:space="preserve"> Nuclear </w:t>
      </w:r>
      <w:r>
        <w:rPr>
          <w:b/>
          <w:i w:val="0"/>
          <w:smallCaps w:val="0"/>
          <w:strike w:val="0"/>
          <w:sz w:val="22"/>
          <w:highlight w:val="cyan"/>
          <w:u w:val="single"/>
        </w:rPr>
        <w:t>fusion</w:t>
      </w:r>
      <w:r>
        <w:rPr>
          <w:b/>
          <w:i w:val="0"/>
          <w:smallCaps w:val="0"/>
          <w:strike w:val="0"/>
          <w:sz w:val="22"/>
          <w:u w:val="single"/>
        </w:rPr>
        <w:t xml:space="preserve">, for example, will </w:t>
      </w:r>
      <w:r>
        <w:rPr>
          <w:b/>
          <w:i w:val="0"/>
          <w:smallCaps w:val="0"/>
          <w:strike w:val="0"/>
          <w:sz w:val="22"/>
          <w:highlight w:val="cyan"/>
          <w:u w:val="single"/>
        </w:rPr>
        <w:t>not</w:t>
      </w:r>
      <w:r>
        <w:rPr>
          <w:b/>
          <w:i w:val="0"/>
          <w:smallCaps w:val="0"/>
          <w:strike w:val="0"/>
          <w:sz w:val="22"/>
          <w:u w:val="single"/>
        </w:rPr>
        <w:t xml:space="preserve"> be </w:t>
      </w:r>
      <w:r>
        <w:rPr>
          <w:b/>
          <w:i w:val="0"/>
          <w:smallCaps w:val="0"/>
          <w:strike w:val="0"/>
          <w:sz w:val="22"/>
          <w:highlight w:val="cyan"/>
          <w:u w:val="single"/>
        </w:rPr>
        <w:t>ready</w:t>
      </w:r>
      <w:r>
        <w:rPr>
          <w:b/>
          <w:i w:val="0"/>
          <w:smallCaps w:val="0"/>
          <w:strike w:val="0"/>
          <w:sz w:val="22"/>
          <w:u w:val="single"/>
        </w:rPr>
        <w:t xml:space="preserve"> for mass utilization </w:t>
      </w:r>
      <w:r>
        <w:rPr>
          <w:b/>
          <w:i w:val="0"/>
          <w:smallCaps w:val="0"/>
          <w:strike w:val="0"/>
          <w:sz w:val="22"/>
          <w:highlight w:val="cyan"/>
          <w:u w:val="single"/>
        </w:rPr>
        <w:t xml:space="preserve">by </w:t>
      </w:r>
      <w:r>
        <w:rPr>
          <w:b/>
          <w:i w:val="0"/>
          <w:smallCaps w:val="0"/>
          <w:strike w:val="0"/>
          <w:sz w:val="24"/>
          <w:highlight w:val="cyan"/>
          <w:u w:val="single"/>
        </w:rPr>
        <w:t>2050</w:t>
      </w:r>
      <w:r>
        <w:rPr>
          <w:b/>
          <w:i w:val="0"/>
          <w:smallCaps w:val="0"/>
          <w:strike w:val="0"/>
          <w:sz w:val="22"/>
          <w:u w:val="single"/>
        </w:rPr>
        <w:t xml:space="preserve">; and neither </w:t>
      </w:r>
      <w:r>
        <w:rPr>
          <w:b/>
          <w:i w:val="0"/>
          <w:smallCaps w:val="0"/>
          <w:strike w:val="0"/>
          <w:sz w:val="22"/>
          <w:highlight w:val="cyan"/>
          <w:u w:val="single"/>
        </w:rPr>
        <w:t>carbon capture</w:t>
      </w:r>
      <w:r>
        <w:rPr>
          <w:b/>
          <w:i w:val="0"/>
          <w:smallCaps w:val="0"/>
          <w:strike w:val="0"/>
          <w:sz w:val="22"/>
          <w:u w:val="single"/>
        </w:rPr>
        <w:t xml:space="preserve"> and storage </w:t>
      </w:r>
      <w:r>
        <w:rPr>
          <w:b/>
          <w:i w:val="0"/>
          <w:smallCaps w:val="0"/>
          <w:strike w:val="0"/>
          <w:sz w:val="22"/>
          <w:highlight w:val="cyan"/>
          <w:u w:val="single"/>
        </w:rPr>
        <w:t>or blue hydrogen</w:t>
      </w:r>
      <w:r>
        <w:rPr>
          <w:b/>
          <w:i w:val="0"/>
          <w:smallCaps w:val="0"/>
          <w:strike w:val="0"/>
          <w:sz w:val="22"/>
          <w:u w:val="single"/>
        </w:rPr>
        <w:t xml:space="preserve"> alone will </w:t>
      </w:r>
      <w:r>
        <w:rPr>
          <w:b/>
          <w:i w:val="0"/>
          <w:smallCaps w:val="0"/>
          <w:strike w:val="0"/>
          <w:sz w:val="22"/>
          <w:highlight w:val="cyan"/>
          <w:u w:val="single"/>
        </w:rPr>
        <w:t>solve</w:t>
      </w:r>
      <w:r>
        <w:rPr>
          <w:b/>
          <w:i w:val="0"/>
          <w:smallCaps w:val="0"/>
          <w:strike w:val="0"/>
          <w:sz w:val="22"/>
          <w:u w:val="single"/>
        </w:rPr>
        <w:t xml:space="preserve"> the climate crisis. </w:t>
      </w:r>
      <w:r>
        <w:rPr>
          <w:b/>
          <w:i w:val="0"/>
          <w:smallCaps w:val="0"/>
          <w:strike w:val="0"/>
          <w:sz w:val="22"/>
          <w:highlight w:val="cyan"/>
          <w:u w:val="single"/>
        </w:rPr>
        <w:t>To</w:t>
      </w:r>
      <w:r>
        <w:rPr>
          <w:b/>
          <w:i w:val="0"/>
          <w:smallCaps w:val="0"/>
          <w:strike w:val="0"/>
          <w:sz w:val="22"/>
          <w:u w:val="single"/>
        </w:rPr>
        <w:t xml:space="preserve"> continue to </w:t>
      </w:r>
      <w:r>
        <w:rPr>
          <w:b/>
          <w:i w:val="0"/>
          <w:smallCaps w:val="0"/>
          <w:strike w:val="0"/>
          <w:sz w:val="22"/>
          <w:highlight w:val="cyan"/>
          <w:u w:val="single"/>
        </w:rPr>
        <w:t>rely on</w:t>
      </w:r>
      <w:r>
        <w:rPr>
          <w:b/>
          <w:i w:val="0"/>
          <w:smallCaps w:val="0"/>
          <w:strike w:val="0"/>
          <w:sz w:val="22"/>
          <w:u w:val="single"/>
        </w:rPr>
        <w:t xml:space="preserve"> the hope of such </w:t>
      </w:r>
      <w:r>
        <w:rPr>
          <w:b/>
          <w:i w:val="0"/>
          <w:smallCaps w:val="0"/>
          <w:strike w:val="0"/>
          <w:sz w:val="22"/>
          <w:highlight w:val="cyan"/>
          <w:u w:val="single"/>
        </w:rPr>
        <w:t>technologies</w:t>
      </w:r>
      <w:r>
        <w:rPr>
          <w:b/>
          <w:i w:val="0"/>
          <w:smallCaps w:val="0"/>
          <w:strike w:val="0"/>
          <w:sz w:val="22"/>
          <w:u w:val="single"/>
        </w:rPr>
        <w:t xml:space="preserve">, while ignoring the </w:t>
      </w:r>
      <w:r>
        <w:rPr>
          <w:b/>
          <w:i w:val="0"/>
          <w:smallCaps w:val="0"/>
          <w:strike w:val="0"/>
          <w:sz w:val="24"/>
          <w:u w:val="single"/>
        </w:rPr>
        <w:t>immediate gravity of the climate</w:t>
      </w:r>
      <w:r>
        <w:rPr>
          <w:b/>
          <w:i w:val="0"/>
          <w:smallCaps w:val="0"/>
          <w:strike w:val="0"/>
          <w:sz w:val="22"/>
          <w:u w:val="single"/>
        </w:rPr>
        <w:t xml:space="preserve"> crisis, </w:t>
      </w:r>
      <w:r>
        <w:rPr>
          <w:b/>
          <w:i w:val="0"/>
          <w:smallCaps w:val="0"/>
          <w:strike w:val="0"/>
          <w:sz w:val="22"/>
          <w:highlight w:val="cyan"/>
          <w:u w:val="single"/>
        </w:rPr>
        <w:t>is a mistake</w:t>
      </w:r>
      <w:r>
        <w:rPr>
          <w:b w:val="0"/>
          <w:i w:val="0"/>
          <w:smallCaps w:val="0"/>
          <w:strike w:val="0"/>
          <w:sz w:val="16"/>
          <w:u w:val="none"/>
        </w:rPr>
        <w:t xml:space="preserve"> — a mistake that </w:t>
      </w:r>
      <w:r>
        <w:rPr>
          <w:b/>
          <w:i w:val="0"/>
          <w:smallCaps w:val="0"/>
          <w:strike w:val="0"/>
          <w:sz w:val="22"/>
          <w:u w:val="single"/>
        </w:rPr>
        <w:t xml:space="preserve">many </w:t>
      </w:r>
      <w:r>
        <w:rPr>
          <w:b/>
          <w:i w:val="0"/>
          <w:smallCaps w:val="0"/>
          <w:strike w:val="0"/>
          <w:sz w:val="22"/>
          <w:highlight w:val="cyan"/>
          <w:u w:val="single"/>
        </w:rPr>
        <w:t>fossil fuel companies hope we</w:t>
      </w:r>
      <w:r>
        <w:rPr>
          <w:b/>
          <w:i w:val="0"/>
          <w:smallCaps w:val="0"/>
          <w:strike w:val="0"/>
          <w:sz w:val="22"/>
          <w:u w:val="single"/>
        </w:rPr>
        <w:t xml:space="preserve"> will </w:t>
      </w:r>
      <w:r>
        <w:rPr>
          <w:b/>
          <w:i w:val="0"/>
          <w:smallCaps w:val="0"/>
          <w:strike w:val="0"/>
          <w:sz w:val="22"/>
          <w:highlight w:val="cyan"/>
          <w:u w:val="single"/>
        </w:rPr>
        <w:t xml:space="preserve">make and buy </w:t>
      </w:r>
      <w:r>
        <w:rPr>
          <w:b/>
          <w:i w:val="0"/>
          <w:smallCaps w:val="0"/>
          <w:strike w:val="0"/>
          <w:sz w:val="22"/>
          <w:u w:val="single"/>
        </w:rPr>
        <w:t xml:space="preserve">them more </w:t>
      </w:r>
      <w:r>
        <w:rPr>
          <w:b/>
          <w:i w:val="0"/>
          <w:smallCaps w:val="0"/>
          <w:strike w:val="0"/>
          <w:sz w:val="22"/>
          <w:highlight w:val="cyan"/>
          <w:u w:val="single"/>
        </w:rPr>
        <w:t>time</w:t>
      </w:r>
      <w:r>
        <w:rPr>
          <w:b w:val="0"/>
          <w:i w:val="0"/>
          <w:smallCaps w:val="0"/>
          <w:strike w:val="0"/>
          <w:sz w:val="16"/>
          <w:u w:val="none"/>
        </w:rPr>
        <w:t xml:space="preserve">. </w:t>
      </w:r>
      <w:r>
        <w:rPr>
          <w:b/>
          <w:i w:val="0"/>
          <w:smallCaps w:val="0"/>
          <w:strike w:val="0"/>
          <w:sz w:val="22"/>
          <w:u w:val="single"/>
        </w:rPr>
        <w:t xml:space="preserve">We must be realistic and not let the promise of exciting new technology get in the way of the </w:t>
      </w:r>
      <w:r>
        <w:rPr>
          <w:b/>
          <w:i w:val="0"/>
          <w:smallCaps w:val="0"/>
          <w:strike w:val="0"/>
          <w:sz w:val="24"/>
          <w:u w:val="single"/>
        </w:rPr>
        <w:t>immediate action needed.</w:t>
      </w:r>
    </w:p>
    <w:p>
      <w:pPr>
        <w:spacing w:after="60"/>
      </w:pPr>
      <w:r>
        <w:rPr>
          <w:b/>
          <w:i w:val="0"/>
          <w:smallCaps w:val="0"/>
          <w:strike w:val="0"/>
          <w:sz w:val="22"/>
          <w:u w:val="single"/>
        </w:rPr>
        <w:t xml:space="preserve">The ongoing focus on new </w:t>
      </w:r>
      <w:r>
        <w:rPr>
          <w:b/>
          <w:i w:val="0"/>
          <w:smallCaps w:val="0"/>
          <w:strike w:val="0"/>
          <w:sz w:val="22"/>
          <w:highlight w:val="cyan"/>
          <w:u w:val="single"/>
        </w:rPr>
        <w:t>technologies</w:t>
      </w:r>
      <w:r>
        <w:rPr>
          <w:b/>
          <w:i w:val="0"/>
          <w:smallCaps w:val="0"/>
          <w:strike w:val="0"/>
          <w:sz w:val="22"/>
          <w:u w:val="single"/>
        </w:rPr>
        <w:t xml:space="preserve"> also helps </w:t>
      </w:r>
      <w:r>
        <w:rPr>
          <w:b/>
          <w:i w:val="0"/>
          <w:smallCaps w:val="0"/>
          <w:strike w:val="0"/>
          <w:sz w:val="22"/>
          <w:highlight w:val="cyan"/>
          <w:u w:val="single"/>
        </w:rPr>
        <w:t>keep</w:t>
      </w:r>
      <w:r>
        <w:rPr>
          <w:b/>
          <w:i w:val="0"/>
          <w:smallCaps w:val="0"/>
          <w:strike w:val="0"/>
          <w:sz w:val="22"/>
          <w:u w:val="single"/>
        </w:rPr>
        <w:t xml:space="preserve"> everyday </w:t>
      </w:r>
      <w:r>
        <w:rPr>
          <w:b/>
          <w:i w:val="0"/>
          <w:smallCaps w:val="0"/>
          <w:strike w:val="0"/>
          <w:sz w:val="22"/>
          <w:highlight w:val="cyan"/>
          <w:u w:val="single"/>
        </w:rPr>
        <w:t>people complacent</w:t>
      </w:r>
      <w:r>
        <w:rPr>
          <w:b/>
          <w:i w:val="0"/>
          <w:smallCaps w:val="0"/>
          <w:strike w:val="0"/>
          <w:sz w:val="22"/>
          <w:u w:val="single"/>
        </w:rPr>
        <w:t xml:space="preserve"> about the climate crisis</w:t>
      </w:r>
      <w:r>
        <w:rPr>
          <w:b w:val="0"/>
          <w:i w:val="0"/>
          <w:smallCaps w:val="0"/>
          <w:strike w:val="0"/>
          <w:sz w:val="16"/>
          <w:u w:val="none"/>
        </w:rPr>
        <w:t xml:space="preserve">. When I was under the impression that we just had to wait for scientists to perfect a miracle invention, I had no interest in climate action. </w:t>
      </w:r>
      <w:r>
        <w:rPr>
          <w:b/>
          <w:i w:val="0"/>
          <w:smallCaps w:val="0"/>
          <w:strike w:val="0"/>
          <w:sz w:val="22"/>
          <w:u w:val="single"/>
        </w:rPr>
        <w:t xml:space="preserve">It allowed me to separate myself from the problem, and not keep my elected officials and corporate leaders accountable. However, in the past few years, scientists have made it abundantly clear that this is not the case. We already have 95 percent of the technology we need. </w:t>
      </w:r>
      <w:r>
        <w:rPr>
          <w:b/>
          <w:i w:val="0"/>
          <w:smallCaps w:val="0"/>
          <w:strike w:val="0"/>
          <w:sz w:val="22"/>
          <w:highlight w:val="cyan"/>
          <w:u w:val="single"/>
        </w:rPr>
        <w:t>Technologies</w:t>
      </w:r>
      <w:r>
        <w:rPr>
          <w:b/>
          <w:i w:val="0"/>
          <w:smallCaps w:val="0"/>
          <w:strike w:val="0"/>
          <w:sz w:val="22"/>
          <w:u w:val="single"/>
        </w:rPr>
        <w:t xml:space="preserve"> like renewable energies are </w:t>
      </w:r>
      <w:r>
        <w:rPr>
          <w:b/>
          <w:i w:val="0"/>
          <w:smallCaps w:val="0"/>
          <w:strike w:val="0"/>
          <w:sz w:val="24"/>
          <w:highlight w:val="cyan"/>
          <w:u w:val="single"/>
        </w:rPr>
        <w:t>ready for an energy transition</w:t>
      </w:r>
      <w:r>
        <w:rPr>
          <w:b/>
          <w:i w:val="0"/>
          <w:smallCaps w:val="0"/>
          <w:strike w:val="0"/>
          <w:sz w:val="22"/>
          <w:u w:val="single"/>
        </w:rPr>
        <w:t xml:space="preserve"> away</w:t>
      </w:r>
      <w:r>
        <w:rPr>
          <w:b w:val="0"/>
          <w:i w:val="0"/>
          <w:smallCaps w:val="0"/>
          <w:strike w:val="0"/>
          <w:sz w:val="16"/>
          <w:u w:val="none"/>
        </w:rPr>
        <w:t xml:space="preserve"> from fossil fuels and must be coupled with a scaling down of polluting industries and confronting over-production.</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