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Indo-Pak war</w:t>
      </w:r>
    </w:p>
    <w:p>
      <w:pPr>
        <w:spacing w:after="80"/>
      </w:pPr>
      <w:r>
        <w:rPr>
          <w:b/>
          <w:i w:val="0"/>
          <w:smallCaps w:val="0"/>
          <w:strike w:val="0"/>
          <w:sz w:val="26"/>
          <w:u w:val="none"/>
        </w:rPr>
        <w:t>Gupta 21</w:t>
      </w:r>
      <w:r>
        <w:rPr>
          <w:b w:val="0"/>
          <w:i w:val="0"/>
          <w:smallCaps w:val="0"/>
          <w:strike w:val="0"/>
          <w:u w:val="none"/>
        </w:rPr>
        <w:t xml:space="preserve"> – Shekar Gupta, an Indian journalist and author. [Why distrust-but-verify is a prudent response to Pakistan Gen Bajwa's call to bury the past, 3-20-2021, https://theprint.in/national-interest/why-distrust-but-verify-is-a-prudent-response-to-pakistan-gen-bajwas-call-to-bury-the-past/625108/]</w:t>
      </w:r>
    </w:p>
    <w:p>
      <w:pPr>
        <w:spacing w:after="60"/>
      </w:pPr>
      <w:r>
        <w:rPr>
          <w:b/>
          <w:i w:val="0"/>
          <w:smallCaps w:val="0"/>
          <w:strike w:val="0"/>
          <w:sz w:val="24"/>
          <w:u w:val="single"/>
        </w:rPr>
        <w:t>Militarily</w:t>
      </w:r>
      <w:r>
        <w:rPr>
          <w:b/>
          <w:i w:val="0"/>
          <w:smallCaps w:val="0"/>
          <w:strike w:val="0"/>
          <w:u w:val="single"/>
        </w:rPr>
        <w:t xml:space="preserve">, </w:t>
      </w:r>
      <w:r>
        <w:rPr>
          <w:b/>
          <w:i w:val="0"/>
          <w:smallCaps w:val="0"/>
          <w:strike w:val="0"/>
          <w:sz w:val="24"/>
          <w:u w:val="single"/>
        </w:rPr>
        <w:t>diplomatically</w:t>
      </w:r>
      <w:r>
        <w:rPr>
          <w:b/>
          <w:i w:val="0"/>
          <w:smallCaps w:val="0"/>
          <w:strike w:val="0"/>
          <w:u w:val="single"/>
        </w:rPr>
        <w:t xml:space="preserve">, </w:t>
      </w:r>
      <w:r>
        <w:rPr>
          <w:b/>
          <w:i w:val="0"/>
          <w:smallCaps w:val="0"/>
          <w:strike w:val="0"/>
          <w:sz w:val="24"/>
          <w:u w:val="single"/>
        </w:rPr>
        <w:t>politically</w:t>
      </w:r>
      <w:r>
        <w:rPr>
          <w:b/>
          <w:i w:val="0"/>
          <w:smallCaps w:val="0"/>
          <w:strike w:val="0"/>
          <w:u w:val="single"/>
        </w:rPr>
        <w:t xml:space="preserve"> or </w:t>
      </w:r>
      <w:r>
        <w:rPr>
          <w:b/>
          <w:i w:val="0"/>
          <w:smallCaps w:val="0"/>
          <w:strike w:val="0"/>
          <w:sz w:val="24"/>
          <w:u w:val="single"/>
        </w:rPr>
        <w:t>economically</w:t>
      </w:r>
      <w:r>
        <w:rPr>
          <w:b/>
          <w:i w:val="0"/>
          <w:smallCaps w:val="0"/>
          <w:strike w:val="0"/>
          <w:u w:val="single"/>
        </w:rPr>
        <w:t xml:space="preserve">, achieving </w:t>
      </w:r>
      <w:r>
        <w:rPr>
          <w:b/>
          <w:i w:val="0"/>
          <w:smallCaps w:val="0"/>
          <w:strike w:val="0"/>
          <w:sz w:val="24"/>
          <w:u w:val="single"/>
        </w:rPr>
        <w:t>anything by force</w:t>
      </w:r>
      <w:r>
        <w:rPr>
          <w:b/>
          <w:i w:val="0"/>
          <w:smallCaps w:val="0"/>
          <w:strike w:val="0"/>
          <w:u w:val="single"/>
        </w:rPr>
        <w:t xml:space="preserve"> is </w:t>
      </w:r>
      <w:r>
        <w:rPr>
          <w:b/>
          <w:i w:val="0"/>
          <w:smallCaps w:val="0"/>
          <w:strike w:val="0"/>
          <w:sz w:val="24"/>
          <w:u w:val="single"/>
        </w:rPr>
        <w:t>out of the question</w:t>
      </w:r>
      <w:r>
        <w:rPr>
          <w:b w:val="0"/>
          <w:i w:val="0"/>
          <w:smallCaps w:val="0"/>
          <w:strike w:val="0"/>
          <w:sz w:val="16"/>
          <w:u w:val="none"/>
        </w:rPr>
        <w:t xml:space="preserve">. As former Army chief General V.P. Malik said in a conversation with me earlier this month on ThePrint’s ‘Off The Cuff’, </w:t>
      </w:r>
      <w:r>
        <w:rPr>
          <w:b/>
          <w:i w:val="0"/>
          <w:smallCaps w:val="0"/>
          <w:strike w:val="0"/>
          <w:highlight w:val="cyan"/>
          <w:u w:val="single"/>
        </w:rPr>
        <w:t xml:space="preserve">it isn’t </w:t>
      </w:r>
      <w:r>
        <w:rPr>
          <w:b/>
          <w:i w:val="0"/>
          <w:smallCaps w:val="0"/>
          <w:strike w:val="0"/>
          <w:sz w:val="24"/>
          <w:highlight w:val="cyan"/>
          <w:u w:val="single"/>
        </w:rPr>
        <w:t>possible</w:t>
      </w:r>
      <w:r>
        <w:rPr>
          <w:b/>
          <w:i w:val="0"/>
          <w:smallCaps w:val="0"/>
          <w:strike w:val="0"/>
          <w:sz w:val="24"/>
          <w:u w:val="single"/>
        </w:rPr>
        <w:t xml:space="preserve"> today</w:t>
      </w:r>
      <w:r>
        <w:rPr>
          <w:b/>
          <w:i w:val="0"/>
          <w:smallCaps w:val="0"/>
          <w:strike w:val="0"/>
          <w:u w:val="single"/>
        </w:rPr>
        <w:t xml:space="preserve"> </w:t>
      </w:r>
      <w:r>
        <w:rPr>
          <w:b/>
          <w:i w:val="0"/>
          <w:smallCaps w:val="0"/>
          <w:strike w:val="0"/>
          <w:highlight w:val="cyan"/>
          <w:u w:val="single"/>
        </w:rPr>
        <w:t>to achieve</w:t>
      </w:r>
      <w:r>
        <w:rPr>
          <w:b w:val="0"/>
          <w:i w:val="0"/>
          <w:smallCaps w:val="0"/>
          <w:strike w:val="0"/>
          <w:sz w:val="16"/>
          <w:u w:val="none"/>
        </w:rPr>
        <w:t xml:space="preserve"> any of our </w:t>
      </w:r>
      <w:r>
        <w:rPr>
          <w:b/>
          <w:i w:val="0"/>
          <w:smallCaps w:val="0"/>
          <w:strike w:val="0"/>
          <w:sz w:val="24"/>
          <w:u w:val="single"/>
        </w:rPr>
        <w:t xml:space="preserve">territorial </w:t>
      </w:r>
      <w:r>
        <w:rPr>
          <w:b/>
          <w:i w:val="0"/>
          <w:smallCaps w:val="0"/>
          <w:strike w:val="0"/>
          <w:sz w:val="24"/>
          <w:highlight w:val="cyan"/>
          <w:u w:val="single"/>
        </w:rPr>
        <w:t>objectives</w:t>
      </w:r>
      <w:r>
        <w:rPr>
          <w:b w:val="0"/>
          <w:i w:val="0"/>
          <w:smallCaps w:val="0"/>
          <w:strike w:val="0"/>
          <w:sz w:val="16"/>
          <w:u w:val="none"/>
        </w:rPr>
        <w:t xml:space="preserve">, PoK or Aksai Chin, </w:t>
      </w:r>
      <w:r>
        <w:rPr>
          <w:b/>
          <w:i w:val="0"/>
          <w:smallCaps w:val="0"/>
          <w:strike w:val="0"/>
          <w:highlight w:val="cyan"/>
          <w:u w:val="single"/>
        </w:rPr>
        <w:t>by</w:t>
      </w:r>
      <w:r>
        <w:rPr>
          <w:b/>
          <w:i w:val="0"/>
          <w:smallCaps w:val="0"/>
          <w:strike w:val="0"/>
          <w:u w:val="single"/>
        </w:rPr>
        <w:t xml:space="preserve"> military </w:t>
      </w:r>
      <w:r>
        <w:rPr>
          <w:b/>
          <w:i w:val="0"/>
          <w:smallCaps w:val="0"/>
          <w:strike w:val="0"/>
          <w:highlight w:val="cyan"/>
          <w:u w:val="single"/>
        </w:rPr>
        <w:t>force</w:t>
      </w:r>
      <w:r>
        <w:rPr>
          <w:b w:val="0"/>
          <w:i w:val="0"/>
          <w:smallCaps w:val="0"/>
          <w:strike w:val="0"/>
          <w:sz w:val="16"/>
          <w:u w:val="none"/>
        </w:rPr>
        <w:t xml:space="preserve">. Besides the capability question, </w:t>
      </w:r>
      <w:r>
        <w:rPr>
          <w:b/>
          <w:i w:val="0"/>
          <w:smallCaps w:val="0"/>
          <w:strike w:val="0"/>
          <w:sz w:val="24"/>
          <w:highlight w:val="cyan"/>
          <w:u w:val="single"/>
        </w:rPr>
        <w:t>any</w:t>
      </w:r>
      <w:r>
        <w:rPr>
          <w:b/>
          <w:i w:val="0"/>
          <w:smallCaps w:val="0"/>
          <w:strike w:val="0"/>
          <w:sz w:val="24"/>
          <w:u w:val="single"/>
        </w:rPr>
        <w:t xml:space="preserve"> such </w:t>
      </w:r>
      <w:r>
        <w:rPr>
          <w:b/>
          <w:i w:val="0"/>
          <w:smallCaps w:val="0"/>
          <w:strike w:val="0"/>
          <w:sz w:val="24"/>
          <w:highlight w:val="cyan"/>
          <w:u w:val="single"/>
        </w:rPr>
        <w:t>adventure</w:t>
      </w:r>
      <w:r>
        <w:rPr>
          <w:b/>
          <w:i w:val="0"/>
          <w:smallCaps w:val="0"/>
          <w:strike w:val="0"/>
          <w:highlight w:val="cyan"/>
          <w:u w:val="single"/>
        </w:rPr>
        <w:t xml:space="preserve"> would</w:t>
      </w:r>
      <w:r>
        <w:rPr>
          <w:b/>
          <w:i w:val="0"/>
          <w:smallCaps w:val="0"/>
          <w:strike w:val="0"/>
          <w:u w:val="single"/>
        </w:rPr>
        <w:t xml:space="preserve"> </w:t>
      </w:r>
      <w:r>
        <w:rPr>
          <w:b/>
          <w:i w:val="0"/>
          <w:smallCaps w:val="0"/>
          <w:strike w:val="0"/>
          <w:sz w:val="24"/>
          <w:u w:val="single"/>
        </w:rPr>
        <w:t xml:space="preserve">immediately </w:t>
      </w:r>
      <w:r>
        <w:rPr>
          <w:b/>
          <w:i w:val="0"/>
          <w:smallCaps w:val="0"/>
          <w:strike w:val="0"/>
          <w:sz w:val="24"/>
          <w:highlight w:val="cyan"/>
          <w:u w:val="single"/>
        </w:rPr>
        <w:t>run</w:t>
      </w:r>
      <w:r>
        <w:rPr>
          <w:b/>
          <w:i w:val="0"/>
          <w:smallCaps w:val="0"/>
          <w:strike w:val="0"/>
          <w:highlight w:val="cyan"/>
          <w:u w:val="single"/>
        </w:rPr>
        <w:t xml:space="preserve"> into</w:t>
      </w:r>
      <w:r>
        <w:rPr>
          <w:b/>
          <w:i w:val="0"/>
          <w:smallCaps w:val="0"/>
          <w:strike w:val="0"/>
          <w:u w:val="single"/>
        </w:rPr>
        <w:t xml:space="preserve"> </w:t>
      </w:r>
      <w:r>
        <w:rPr>
          <w:b/>
          <w:i w:val="0"/>
          <w:smallCaps w:val="0"/>
          <w:strike w:val="0"/>
          <w:sz w:val="24"/>
          <w:u w:val="single"/>
        </w:rPr>
        <w:t xml:space="preserve">global </w:t>
      </w:r>
      <w:r>
        <w:rPr>
          <w:b/>
          <w:i w:val="0"/>
          <w:smallCaps w:val="0"/>
          <w:strike w:val="0"/>
          <w:sz w:val="24"/>
          <w:highlight w:val="cyan"/>
          <w:u w:val="single"/>
        </w:rPr>
        <w:t>disapproval</w:t>
      </w:r>
      <w:r>
        <w:rPr>
          <w:b/>
          <w:i w:val="0"/>
          <w:smallCaps w:val="0"/>
          <w:strike w:val="0"/>
          <w:highlight w:val="cyan"/>
          <w:u w:val="single"/>
        </w:rPr>
        <w:t xml:space="preserve"> and force a ceasefire earlier than</w:t>
      </w:r>
      <w:r>
        <w:rPr>
          <w:b/>
          <w:i w:val="0"/>
          <w:smallCaps w:val="0"/>
          <w:strike w:val="0"/>
          <w:u w:val="single"/>
        </w:rPr>
        <w:t xml:space="preserve"> you can advance </w:t>
      </w:r>
      <w:r>
        <w:rPr>
          <w:b/>
          <w:i w:val="0"/>
          <w:smallCaps w:val="0"/>
          <w:strike w:val="0"/>
          <w:sz w:val="24"/>
          <w:highlight w:val="cyan"/>
          <w:u w:val="single"/>
        </w:rPr>
        <w:t>a few miles</w:t>
      </w:r>
      <w:r>
        <w:rPr>
          <w:b w:val="0"/>
          <w:i w:val="0"/>
          <w:smallCaps w:val="0"/>
          <w:strike w:val="0"/>
          <w:sz w:val="16"/>
          <w:u w:val="none"/>
        </w:rPr>
        <w:t>. For clarity, these are my words, not his.</w:t>
      </w:r>
    </w:p>
    <w:p>
      <w:pPr>
        <w:spacing w:after="60"/>
      </w:pPr>
      <w:r>
        <w:rPr>
          <w:b w:val="0"/>
          <w:i w:val="0"/>
          <w:smallCaps w:val="0"/>
          <w:strike w:val="0"/>
          <w:sz w:val="16"/>
          <w:u w:val="none"/>
        </w:rPr>
        <w:t>Where do we go from here then? And how did we get here in the first place?</w:t>
      </w:r>
    </w:p>
    <w:p>
      <w:pPr>
        <w:spacing w:after="60"/>
      </w:pPr>
      <w:r>
        <w:rPr>
          <w:b w:val="0"/>
          <w:i w:val="0"/>
          <w:smallCaps w:val="0"/>
          <w:strike w:val="0"/>
          <w:sz w:val="16"/>
          <w:u w:val="none"/>
        </w:rPr>
        <w:t>Suddenly, one morning last month, we saw coordinated statements by the directors general of military operations (DGMOs) on both sides that they had solemnly agreed to once again abide by the 2003 agreement on maintaining peace on the Line of Control. What that means is a stop to those madcap, aimless spells of firing heavy ordnance at each other’s posts and villages. It achieved nothing, except take out some bhadaas (frustration).</w:t>
      </w:r>
    </w:p>
    <w:p>
      <w:pPr>
        <w:spacing w:after="60"/>
      </w:pPr>
      <w:r>
        <w:rPr>
          <w:b w:val="0"/>
          <w:i w:val="0"/>
          <w:smallCaps w:val="0"/>
          <w:strike w:val="0"/>
          <w:sz w:val="16"/>
          <w:u w:val="none"/>
        </w:rPr>
        <w:t xml:space="preserve">Besides, it made great pictures and TV for commando comic channels on either side, which could then, with the help of angry grey moustaches, declare victory for their respective armies. But </w:t>
      </w:r>
      <w:r>
        <w:rPr>
          <w:b/>
          <w:i w:val="0"/>
          <w:smallCaps w:val="0"/>
          <w:strike w:val="0"/>
          <w:highlight w:val="cyan"/>
          <w:u w:val="single"/>
        </w:rPr>
        <w:t>the armies</w:t>
      </w:r>
      <w:r>
        <w:rPr>
          <w:b/>
          <w:i w:val="0"/>
          <w:smallCaps w:val="0"/>
          <w:strike w:val="0"/>
          <w:u w:val="single"/>
        </w:rPr>
        <w:t xml:space="preserve"> </w:t>
      </w:r>
      <w:r>
        <w:rPr>
          <w:b/>
          <w:i w:val="0"/>
          <w:smallCaps w:val="0"/>
          <w:strike w:val="0"/>
          <w:sz w:val="24"/>
          <w:u w:val="single"/>
        </w:rPr>
        <w:t>know the truth</w:t>
      </w:r>
      <w:r>
        <w:rPr>
          <w:b/>
          <w:i w:val="0"/>
          <w:smallCaps w:val="0"/>
          <w:strike w:val="0"/>
          <w:u w:val="single"/>
        </w:rPr>
        <w:t xml:space="preserve">. As do their </w:t>
      </w:r>
      <w:r>
        <w:rPr>
          <w:b/>
          <w:i w:val="0"/>
          <w:smallCaps w:val="0"/>
          <w:strike w:val="0"/>
          <w:sz w:val="24"/>
          <w:highlight w:val="cyan"/>
          <w:u w:val="single"/>
        </w:rPr>
        <w:t>governments</w:t>
      </w:r>
      <w:r>
        <w:rPr>
          <w:b w:val="0"/>
          <w:i w:val="0"/>
          <w:smallCaps w:val="0"/>
          <w:strike w:val="0"/>
          <w:sz w:val="16"/>
          <w:u w:val="none"/>
        </w:rPr>
        <w:t xml:space="preserve">. At some point, </w:t>
      </w:r>
      <w:r>
        <w:rPr>
          <w:b/>
          <w:i w:val="0"/>
          <w:smallCaps w:val="0"/>
          <w:strike w:val="0"/>
          <w:u w:val="single"/>
        </w:rPr>
        <w:t xml:space="preserve">they </w:t>
      </w:r>
      <w:r>
        <w:rPr>
          <w:b/>
          <w:i w:val="0"/>
          <w:smallCaps w:val="0"/>
          <w:strike w:val="0"/>
          <w:highlight w:val="cyan"/>
          <w:u w:val="single"/>
        </w:rPr>
        <w:t xml:space="preserve">knew they needed to </w:t>
      </w:r>
      <w:r>
        <w:rPr>
          <w:b/>
          <w:i w:val="0"/>
          <w:smallCaps w:val="0"/>
          <w:strike w:val="0"/>
          <w:sz w:val="24"/>
          <w:highlight w:val="cyan"/>
          <w:u w:val="single"/>
        </w:rPr>
        <w:t>move on</w:t>
      </w:r>
      <w:r>
        <w:rPr>
          <w:b w:val="0"/>
          <w:i w:val="0"/>
          <w:smallCaps w:val="0"/>
          <w:strike w:val="0"/>
          <w:sz w:val="16"/>
          <w:u w:val="none"/>
        </w:rPr>
        <w:t>.</w:t>
      </w:r>
    </w:p>
    <w:p>
      <w:pPr>
        <w:spacing w:after="60"/>
      </w:pPr>
      <w:r>
        <w:rPr>
          <w:b w:val="0"/>
          <w:i w:val="0"/>
          <w:smallCaps w:val="0"/>
          <w:strike w:val="0"/>
          <w:sz w:val="16"/>
          <w:u w:val="none"/>
        </w:rPr>
        <w:t>Anybody who thinks that both DGMOs woke up one morning with the same thought of peacemaking has to be drinking something very potent, maybe gifted Maotai from the Chinese, and too much of it. Similarly, anybody who believes Gen. Bajwa’s speech came serendipitously has to be drinking on the next bar stool. Something has gone on between the two sides for several weeks, if not months, behind the scenes.</w:t>
      </w:r>
    </w:p>
    <w:p>
      <w:pPr>
        <w:spacing w:after="60"/>
      </w:pPr>
      <w:r>
        <w:rPr>
          <w:b w:val="0"/>
          <w:i w:val="0"/>
          <w:smallCaps w:val="0"/>
          <w:strike w:val="0"/>
          <w:sz w:val="16"/>
          <w:u w:val="none"/>
        </w:rPr>
        <w:t>Strong words of caution have come from the rugged old intelligence/strategic/military establishment.</w:t>
      </w:r>
    </w:p>
    <w:p>
      <w:pPr>
        <w:spacing w:after="60"/>
      </w:pPr>
      <w:r>
        <w:rPr>
          <w:b w:val="0"/>
          <w:i w:val="0"/>
          <w:smallCaps w:val="0"/>
          <w:strike w:val="0"/>
          <w:sz w:val="16"/>
          <w:u w:val="none"/>
        </w:rPr>
        <w:t>What does one more Pakistani general mean when he says bury the past and move on? It means India should bury the past and move on while Pakistan subverts us. For people who’ve dedicated their lives to fighting the same adversary, this sentiment is easy to appreciate.</w:t>
      </w:r>
    </w:p>
    <w:p>
      <w:pPr>
        <w:spacing w:after="60"/>
      </w:pPr>
      <w:r>
        <w:rPr>
          <w:b w:val="0"/>
          <w:i w:val="0"/>
          <w:smallCaps w:val="0"/>
          <w:strike w:val="0"/>
          <w:sz w:val="16"/>
          <w:u w:val="none"/>
        </w:rPr>
        <w:t xml:space="preserve">But then, as we argued earlier, </w:t>
      </w:r>
      <w:r>
        <w:rPr>
          <w:b/>
          <w:i w:val="0"/>
          <w:smallCaps w:val="0"/>
          <w:strike w:val="0"/>
          <w:u w:val="single"/>
        </w:rPr>
        <w:t xml:space="preserve">it isn’t </w:t>
      </w:r>
      <w:r>
        <w:rPr>
          <w:b/>
          <w:i w:val="0"/>
          <w:smallCaps w:val="0"/>
          <w:strike w:val="0"/>
          <w:sz w:val="24"/>
          <w:u w:val="single"/>
        </w:rPr>
        <w:t>possible in 2021</w:t>
      </w:r>
      <w:r>
        <w:rPr>
          <w:b/>
          <w:i w:val="0"/>
          <w:smallCaps w:val="0"/>
          <w:strike w:val="0"/>
          <w:u w:val="single"/>
        </w:rPr>
        <w:t xml:space="preserve"> for one nation to </w:t>
      </w:r>
      <w:r>
        <w:rPr>
          <w:b/>
          <w:i w:val="0"/>
          <w:smallCaps w:val="0"/>
          <w:strike w:val="0"/>
          <w:sz w:val="24"/>
          <w:u w:val="single"/>
        </w:rPr>
        <w:t>pulverise another</w:t>
      </w:r>
      <w:r>
        <w:rPr>
          <w:b/>
          <w:i w:val="0"/>
          <w:smallCaps w:val="0"/>
          <w:strike w:val="0"/>
          <w:u w:val="single"/>
        </w:rPr>
        <w:t xml:space="preserve"> to achieve anything. </w:t>
      </w:r>
      <w:r>
        <w:rPr>
          <w:b/>
          <w:i w:val="0"/>
          <w:smallCaps w:val="0"/>
          <w:strike w:val="0"/>
          <w:sz w:val="24"/>
          <w:highlight w:val="cyan"/>
          <w:u w:val="single"/>
        </w:rPr>
        <w:t>Especially</w:t>
      </w:r>
      <w:r>
        <w:rPr>
          <w:b w:val="0"/>
          <w:i w:val="0"/>
          <w:smallCaps w:val="0"/>
          <w:strike w:val="0"/>
          <w:sz w:val="16"/>
          <w:u w:val="none"/>
        </w:rPr>
        <w:t xml:space="preserve"> when we live </w:t>
      </w:r>
      <w:r>
        <w:rPr>
          <w:b/>
          <w:i w:val="0"/>
          <w:smallCaps w:val="0"/>
          <w:strike w:val="0"/>
          <w:u w:val="single"/>
        </w:rPr>
        <w:t xml:space="preserve">in </w:t>
      </w:r>
      <w:r>
        <w:rPr>
          <w:b/>
          <w:i w:val="0"/>
          <w:smallCaps w:val="0"/>
          <w:strike w:val="0"/>
          <w:sz w:val="24"/>
          <w:u w:val="single"/>
        </w:rPr>
        <w:t>a neighbourhood</w:t>
      </w:r>
      <w:r>
        <w:rPr>
          <w:b/>
          <w:i w:val="0"/>
          <w:smallCaps w:val="0"/>
          <w:strike w:val="0"/>
          <w:u w:val="single"/>
        </w:rPr>
        <w:t xml:space="preserve"> </w:t>
      </w:r>
      <w:r>
        <w:rPr>
          <w:b/>
          <w:i w:val="0"/>
          <w:smallCaps w:val="0"/>
          <w:strike w:val="0"/>
          <w:highlight w:val="cyan"/>
          <w:u w:val="single"/>
        </w:rPr>
        <w:t>with</w:t>
      </w:r>
      <w:r>
        <w:rPr>
          <w:b/>
          <w:i w:val="0"/>
          <w:smallCaps w:val="0"/>
          <w:strike w:val="0"/>
          <w:u w:val="single"/>
        </w:rPr>
        <w:t xml:space="preserve"> </w:t>
      </w:r>
      <w:r>
        <w:rPr>
          <w:b/>
          <w:i w:val="0"/>
          <w:smallCaps w:val="0"/>
          <w:strike w:val="0"/>
          <w:sz w:val="24"/>
          <w:u w:val="single"/>
        </w:rPr>
        <w:t>strong, competing nationalism</w:t>
      </w:r>
      <w:r>
        <w:rPr>
          <w:b/>
          <w:i w:val="0"/>
          <w:smallCaps w:val="0"/>
          <w:strike w:val="0"/>
          <w:u w:val="single"/>
        </w:rPr>
        <w:t xml:space="preserve"> and </w:t>
      </w:r>
      <w:r>
        <w:rPr>
          <w:b/>
          <w:i w:val="0"/>
          <w:smallCaps w:val="0"/>
          <w:strike w:val="0"/>
          <w:sz w:val="24"/>
          <w:u w:val="single"/>
        </w:rPr>
        <w:t xml:space="preserve">robust, </w:t>
      </w:r>
      <w:r>
        <w:rPr>
          <w:b/>
          <w:i w:val="0"/>
          <w:smallCaps w:val="0"/>
          <w:strike w:val="0"/>
          <w:sz w:val="24"/>
          <w:highlight w:val="cyan"/>
          <w:u w:val="single"/>
        </w:rPr>
        <w:t>nuc</w:t>
      </w:r>
      <w:r>
        <w:rPr>
          <w:b/>
          <w:i w:val="0"/>
          <w:smallCaps w:val="0"/>
          <w:strike w:val="0"/>
          <w:sz w:val="24"/>
          <w:u w:val="single"/>
        </w:rPr>
        <w:t xml:space="preserve">lear-armed </w:t>
      </w:r>
      <w:r>
        <w:rPr>
          <w:b/>
          <w:i w:val="0"/>
          <w:smallCaps w:val="0"/>
          <w:strike w:val="0"/>
          <w:sz w:val="24"/>
          <w:highlight w:val="cyan"/>
          <w:u w:val="single"/>
        </w:rPr>
        <w:t>militaries</w:t>
      </w:r>
      <w:r>
        <w:rPr>
          <w:b/>
          <w:i w:val="0"/>
          <w:smallCaps w:val="0"/>
          <w:strike w:val="0"/>
          <w:u w:val="single"/>
        </w:rPr>
        <w:t>. Nobody is</w:t>
      </w:r>
      <w:r>
        <w:rPr>
          <w:b w:val="0"/>
          <w:i w:val="0"/>
          <w:smallCaps w:val="0"/>
          <w:strike w:val="0"/>
          <w:sz w:val="16"/>
          <w:u w:val="none"/>
        </w:rPr>
        <w:t xml:space="preserve"> ever going to be like </w:t>
      </w:r>
      <w:r>
        <w:rPr>
          <w:b/>
          <w:i w:val="0"/>
          <w:smallCaps w:val="0"/>
          <w:strike w:val="0"/>
          <w:sz w:val="24"/>
          <w:u w:val="single"/>
        </w:rPr>
        <w:t>Armenia to Azerbaijan</w:t>
      </w:r>
      <w:r>
        <w:rPr>
          <w:b/>
          <w:i w:val="0"/>
          <w:smallCaps w:val="0"/>
          <w:strike w:val="0"/>
          <w:u w:val="single"/>
        </w:rPr>
        <w:t xml:space="preserve"> or </w:t>
      </w:r>
      <w:r>
        <w:rPr>
          <w:b/>
          <w:i w:val="0"/>
          <w:smallCaps w:val="0"/>
          <w:strike w:val="0"/>
          <w:sz w:val="24"/>
          <w:u w:val="single"/>
        </w:rPr>
        <w:t>Ukraine to Russia</w:t>
      </w:r>
      <w:r>
        <w:rPr>
          <w:b/>
          <w:i w:val="0"/>
          <w:smallCaps w:val="0"/>
          <w:strike w:val="0"/>
          <w:u w:val="single"/>
        </w:rPr>
        <w:t xml:space="preserve"> here</w:t>
      </w:r>
      <w:r>
        <w:rPr>
          <w:b w:val="0"/>
          <w:i w:val="0"/>
          <w:smallCaps w:val="0"/>
          <w:strike w:val="0"/>
          <w:sz w:val="16"/>
          <w:u w:val="none"/>
        </w:rPr>
        <w:t>. We need to think creatively.</w:t>
      </w:r>
    </w:p>
    <w:p>
      <w:pPr>
        <w:spacing w:after="60"/>
      </w:pPr>
      <w:r>
        <w:rPr>
          <w:b w:val="0"/>
          <w:i w:val="0"/>
          <w:smallCaps w:val="0"/>
          <w:strike w:val="0"/>
          <w:sz w:val="16"/>
          <w:u w:val="none"/>
        </w:rPr>
        <w:t>In negotiations to end the Cold War, Ronald Reagan had famously used a line with Mikhail Gorbachev: ‘Trust, but verify’. While dealing with Pakistan, we could turn it inside out: ‘Distrust, but verify’. What that means is, while you view every new move coming from Rawalpindi (my preferring this over Islamabad is deliberate) with the highest degree of suspicion, you check it out nevertheless.</w:t>
      </w:r>
    </w:p>
    <w:p>
      <w:pPr>
        <w:spacing w:after="60"/>
      </w:pPr>
      <w:r>
        <w:rPr>
          <w:b w:val="0"/>
          <w:i w:val="0"/>
          <w:smallCaps w:val="0"/>
          <w:strike w:val="0"/>
          <w:sz w:val="16"/>
          <w:u w:val="none"/>
        </w:rPr>
        <w:t>That’s why, while we hold our deep scepticism close to our hearts, we apply our minds to read between the general’s lines, spoken as these were in the most delightful, pucca Punjabi pronunciation familiar on both sides of the border.</w:t>
      </w:r>
    </w:p>
    <w:p>
      <w:pPr>
        <w:spacing w:after="60"/>
      </w:pPr>
      <w:r>
        <w:rPr>
          <w:b w:val="0"/>
          <w:i w:val="0"/>
          <w:smallCaps w:val="0"/>
          <w:strike w:val="0"/>
          <w:sz w:val="16"/>
          <w:u w:val="none"/>
        </w:rPr>
        <w:t>Two things stand out in that written speech. One, a commitment of non-interference in the internal affairs of any country in the neighbourhood or the region. You might say it’s a mere platitude. But be cautious and verify. Nobody’s in a rush to invite the Pakistani Northern Areas commander to a game of golf in Srinagar’s Badami Bagh cantonment.</w:t>
      </w:r>
    </w:p>
    <w:p>
      <w:pPr>
        <w:spacing w:after="60"/>
      </w:pPr>
      <w:r>
        <w:rPr>
          <w:b w:val="0"/>
          <w:i w:val="0"/>
          <w:smallCaps w:val="0"/>
          <w:strike w:val="0"/>
          <w:sz w:val="16"/>
          <w:u w:val="none"/>
        </w:rPr>
        <w:t>Second, he did not leave out the mention of Kashmir. But there was a nuance. He said progress in relations of course depends on India creating a ‘conducive environment’ on its side of Kashmir. The customary mention would’ve reminded India of the need to restore the pre-5 August 2019 status to Jammu and Kashmir forthwith, and prepare for self-determination as laid down in the UN Security Council Resolutions, blah blah blah.</w:t>
      </w:r>
    </w:p>
    <w:p>
      <w:pPr>
        <w:spacing w:after="60"/>
      </w:pPr>
      <w:r>
        <w:rPr>
          <w:b w:val="0"/>
          <w:i w:val="0"/>
          <w:smallCaps w:val="0"/>
          <w:strike w:val="0"/>
          <w:sz w:val="16"/>
          <w:u w:val="none"/>
        </w:rPr>
        <w:t xml:space="preserve">Does it mean </w:t>
      </w:r>
      <w:r>
        <w:rPr>
          <w:b/>
          <w:i w:val="0"/>
          <w:smallCaps w:val="0"/>
          <w:strike w:val="0"/>
          <w:u w:val="single"/>
        </w:rPr>
        <w:t xml:space="preserve">the </w:t>
      </w:r>
      <w:r>
        <w:rPr>
          <w:b/>
          <w:i w:val="0"/>
          <w:smallCaps w:val="0"/>
          <w:strike w:val="0"/>
          <w:highlight w:val="cyan"/>
          <w:u w:val="single"/>
        </w:rPr>
        <w:t>Pakistan</w:t>
      </w:r>
      <w:r>
        <w:rPr>
          <w:b/>
          <w:i w:val="0"/>
          <w:smallCaps w:val="0"/>
          <w:strike w:val="0"/>
          <w:u w:val="single"/>
        </w:rPr>
        <w:t>i Army</w:t>
      </w:r>
      <w:r>
        <w:rPr>
          <w:b w:val="0"/>
          <w:i w:val="0"/>
          <w:smallCaps w:val="0"/>
          <w:strike w:val="0"/>
          <w:sz w:val="16"/>
          <w:u w:val="none"/>
        </w:rPr>
        <w:t xml:space="preserve"> has given up its insistence on the restoration of the pre-5 August 2019 status quo ante? Don’t jump to that conclusion. But check it out. Because, if we think we are caught in this awful two-front situation, the picture only looks worse from where Bajwa sits.</w:t>
      </w:r>
    </w:p>
    <w:p>
      <w:pPr>
        <w:spacing w:after="60"/>
      </w:pPr>
      <w:r>
        <w:rPr>
          <w:b w:val="0"/>
          <w:i w:val="0"/>
          <w:smallCaps w:val="0"/>
          <w:strike w:val="0"/>
          <w:sz w:val="16"/>
          <w:u w:val="none"/>
        </w:rPr>
        <w:t xml:space="preserve">He </w:t>
      </w:r>
      <w:r>
        <w:rPr>
          <w:b/>
          <w:i w:val="0"/>
          <w:smallCaps w:val="0"/>
          <w:strike w:val="0"/>
          <w:u w:val="single"/>
        </w:rPr>
        <w:t xml:space="preserve">sees </w:t>
      </w:r>
      <w:r>
        <w:rPr>
          <w:b/>
          <w:i w:val="0"/>
          <w:smallCaps w:val="0"/>
          <w:strike w:val="0"/>
          <w:sz w:val="24"/>
          <w:u w:val="single"/>
        </w:rPr>
        <w:t>a domineering India</w:t>
      </w:r>
      <w:r>
        <w:rPr>
          <w:b/>
          <w:i w:val="0"/>
          <w:smallCaps w:val="0"/>
          <w:strike w:val="0"/>
          <w:u w:val="single"/>
        </w:rPr>
        <w:t xml:space="preserve"> to the east, </w:t>
      </w:r>
      <w:r>
        <w:rPr>
          <w:b/>
          <w:i w:val="0"/>
          <w:smallCaps w:val="0"/>
          <w:strike w:val="0"/>
          <w:sz w:val="24"/>
          <w:u w:val="single"/>
        </w:rPr>
        <w:t>an unravelling Afghanistan</w:t>
      </w:r>
      <w:r>
        <w:rPr>
          <w:b/>
          <w:i w:val="0"/>
          <w:smallCaps w:val="0"/>
          <w:strike w:val="0"/>
          <w:u w:val="single"/>
        </w:rPr>
        <w:t xml:space="preserve"> and </w:t>
      </w:r>
      <w:r>
        <w:rPr>
          <w:b/>
          <w:i w:val="0"/>
          <w:smallCaps w:val="0"/>
          <w:strike w:val="0"/>
          <w:sz w:val="24"/>
          <w:u w:val="single"/>
        </w:rPr>
        <w:t>a complex Iran</w:t>
      </w:r>
      <w:r>
        <w:rPr>
          <w:b/>
          <w:i w:val="0"/>
          <w:smallCaps w:val="0"/>
          <w:strike w:val="0"/>
          <w:u w:val="single"/>
        </w:rPr>
        <w:t xml:space="preserve"> to the west, </w:t>
      </w:r>
      <w:r>
        <w:rPr>
          <w:b/>
          <w:i w:val="0"/>
          <w:smallCaps w:val="0"/>
          <w:strike w:val="0"/>
          <w:sz w:val="24"/>
          <w:u w:val="single"/>
        </w:rPr>
        <w:t>an overbearing China</w:t>
      </w:r>
      <w:r>
        <w:rPr>
          <w:b/>
          <w:i w:val="0"/>
          <w:smallCaps w:val="0"/>
          <w:strike w:val="0"/>
          <w:u w:val="single"/>
        </w:rPr>
        <w:t xml:space="preserve"> to the north and a US which is </w:t>
      </w:r>
      <w:r>
        <w:rPr>
          <w:b/>
          <w:i w:val="0"/>
          <w:smallCaps w:val="0"/>
          <w:strike w:val="0"/>
          <w:sz w:val="24"/>
          <w:u w:val="single"/>
        </w:rPr>
        <w:t>no longer an ally</w:t>
      </w:r>
      <w:r>
        <w:rPr>
          <w:b w:val="0"/>
          <w:i w:val="0"/>
          <w:smallCaps w:val="0"/>
          <w:strike w:val="0"/>
          <w:sz w:val="16"/>
          <w:u w:val="none"/>
        </w:rPr>
        <w:t xml:space="preserve">. We are at that juncture of history where </w:t>
      </w:r>
      <w:r>
        <w:rPr>
          <w:b/>
          <w:i w:val="0"/>
          <w:smallCaps w:val="0"/>
          <w:strike w:val="0"/>
          <w:highlight w:val="cyan"/>
          <w:u w:val="single"/>
        </w:rPr>
        <w:t xml:space="preserve">US and India are </w:t>
      </w:r>
      <w:r>
        <w:rPr>
          <w:b/>
          <w:i w:val="0"/>
          <w:smallCaps w:val="0"/>
          <w:strike w:val="0"/>
          <w:sz w:val="24"/>
          <w:highlight w:val="cyan"/>
          <w:u w:val="single"/>
        </w:rPr>
        <w:t>allies</w:t>
      </w:r>
      <w:r>
        <w:rPr>
          <w:b w:val="0"/>
          <w:i w:val="0"/>
          <w:smallCaps w:val="0"/>
          <w:strike w:val="0"/>
          <w:sz w:val="16"/>
          <w:u w:val="none"/>
        </w:rPr>
        <w:t xml:space="preserve"> and their embrace is </w:t>
      </w:r>
      <w:r>
        <w:rPr>
          <w:b/>
          <w:i w:val="0"/>
          <w:smallCaps w:val="0"/>
          <w:strike w:val="0"/>
          <w:u w:val="single"/>
        </w:rPr>
        <w:t xml:space="preserve">getting </w:t>
      </w:r>
      <w:r>
        <w:rPr>
          <w:b/>
          <w:i w:val="0"/>
          <w:smallCaps w:val="0"/>
          <w:strike w:val="0"/>
          <w:sz w:val="24"/>
          <w:u w:val="single"/>
        </w:rPr>
        <w:t>tighter</w:t>
      </w:r>
      <w:r>
        <w:rPr>
          <w:b/>
          <w:i w:val="0"/>
          <w:smallCaps w:val="0"/>
          <w:strike w:val="0"/>
          <w:u w:val="single"/>
        </w:rPr>
        <w:t xml:space="preserve"> in the Quad</w:t>
      </w:r>
      <w:r>
        <w:rPr>
          <w:b w:val="0"/>
          <w:i w:val="0"/>
          <w:smallCaps w:val="0"/>
          <w:strike w:val="0"/>
          <w:sz w:val="16"/>
          <w:u w:val="none"/>
        </w:rPr>
        <w:t xml:space="preserve">. Like all the most important members of the Pakistani elite, Bajwa has to </w:t>
      </w:r>
      <w:r>
        <w:rPr>
          <w:b/>
          <w:i w:val="0"/>
          <w:smallCaps w:val="0"/>
          <w:strike w:val="0"/>
          <w:u w:val="single"/>
        </w:rPr>
        <w:t>make a call</w:t>
      </w:r>
      <w:r>
        <w:rPr>
          <w:b w:val="0"/>
          <w:i w:val="0"/>
          <w:smallCaps w:val="0"/>
          <w:strike w:val="0"/>
          <w:sz w:val="16"/>
          <w:u w:val="none"/>
        </w:rPr>
        <w:t>.</w:t>
      </w:r>
    </w:p>
    <w:p>
      <w:pPr>
        <w:spacing w:after="60"/>
      </w:pPr>
      <w:r>
        <w:rPr>
          <w:b/>
          <w:i w:val="0"/>
          <w:smallCaps w:val="0"/>
          <w:strike w:val="0"/>
          <w:highlight w:val="cyan"/>
          <w:u w:val="single"/>
        </w:rPr>
        <w:t>Either make peace with India, or</w:t>
      </w:r>
      <w:r>
        <w:rPr>
          <w:b w:val="0"/>
          <w:i w:val="0"/>
          <w:smallCaps w:val="0"/>
          <w:strike w:val="0"/>
          <w:sz w:val="16"/>
          <w:u w:val="none"/>
        </w:rPr>
        <w:t xml:space="preserve"> continue fighting it and </w:t>
      </w:r>
      <w:r>
        <w:rPr>
          <w:b/>
          <w:i w:val="0"/>
          <w:smallCaps w:val="0"/>
          <w:strike w:val="0"/>
          <w:highlight w:val="cyan"/>
          <w:u w:val="single"/>
        </w:rPr>
        <w:t xml:space="preserve">become </w:t>
      </w:r>
      <w:r>
        <w:rPr>
          <w:b/>
          <w:i w:val="0"/>
          <w:smallCaps w:val="0"/>
          <w:strike w:val="0"/>
          <w:sz w:val="24"/>
          <w:highlight w:val="cyan"/>
          <w:u w:val="single"/>
        </w:rPr>
        <w:t>a</w:t>
      </w:r>
      <w:r>
        <w:rPr>
          <w:b/>
          <w:i w:val="0"/>
          <w:smallCaps w:val="0"/>
          <w:strike w:val="0"/>
          <w:sz w:val="24"/>
          <w:u w:val="single"/>
        </w:rPr>
        <w:t xml:space="preserve"> military protectorate and economic </w:t>
      </w:r>
      <w:r>
        <w:rPr>
          <w:b/>
          <w:i w:val="0"/>
          <w:smallCaps w:val="0"/>
          <w:strike w:val="0"/>
          <w:sz w:val="24"/>
          <w:highlight w:val="cyan"/>
          <w:u w:val="single"/>
        </w:rPr>
        <w:t>colony</w:t>
      </w:r>
      <w:r>
        <w:rPr>
          <w:b/>
          <w:i w:val="0"/>
          <w:smallCaps w:val="0"/>
          <w:strike w:val="0"/>
          <w:highlight w:val="cyan"/>
          <w:u w:val="single"/>
        </w:rPr>
        <w:t xml:space="preserve"> of China</w:t>
      </w:r>
      <w:r>
        <w:rPr>
          <w:b w:val="0"/>
          <w:i w:val="0"/>
          <w:smallCaps w:val="0"/>
          <w:strike w:val="0"/>
          <w:sz w:val="16"/>
          <w:u w:val="none"/>
        </w:rPr>
        <w:t>.</w:t>
      </w:r>
    </w:p>
    <w:p>
      <w:pPr>
        <w:spacing w:after="60"/>
      </w:pPr>
      <w:r>
        <w:rPr>
          <w:b w:val="0"/>
          <w:i w:val="0"/>
          <w:smallCaps w:val="0"/>
          <w:strike w:val="0"/>
          <w:sz w:val="16"/>
          <w:u w:val="none"/>
        </w:rPr>
        <w:t xml:space="preserve">Remember, that all of the </w:t>
      </w:r>
      <w:r>
        <w:rPr>
          <w:b/>
          <w:i w:val="0"/>
          <w:smallCaps w:val="0"/>
          <w:strike w:val="0"/>
          <w:sz w:val="24"/>
          <w:highlight w:val="cyan"/>
          <w:u w:val="single"/>
        </w:rPr>
        <w:t>Pakistan</w:t>
      </w:r>
      <w:r>
        <w:rPr>
          <w:b/>
          <w:i w:val="0"/>
          <w:smallCaps w:val="0"/>
          <w:strike w:val="0"/>
          <w:sz w:val="24"/>
          <w:u w:val="single"/>
        </w:rPr>
        <w:t>i elite</w:t>
      </w:r>
      <w:r>
        <w:rPr>
          <w:b/>
          <w:i w:val="0"/>
          <w:smallCaps w:val="0"/>
          <w:strike w:val="0"/>
          <w:u w:val="single"/>
        </w:rPr>
        <w:t xml:space="preserve"> </w:t>
      </w:r>
      <w:r>
        <w:rPr>
          <w:b/>
          <w:i w:val="0"/>
          <w:smallCaps w:val="0"/>
          <w:strike w:val="0"/>
          <w:highlight w:val="cyan"/>
          <w:u w:val="single"/>
        </w:rPr>
        <w:t>have</w:t>
      </w:r>
      <w:r>
        <w:rPr>
          <w:b w:val="0"/>
          <w:i w:val="0"/>
          <w:smallCaps w:val="0"/>
          <w:strike w:val="0"/>
          <w:sz w:val="16"/>
          <w:u w:val="none"/>
        </w:rPr>
        <w:t xml:space="preserve"> their children, </w:t>
      </w:r>
      <w:r>
        <w:rPr>
          <w:b/>
          <w:i w:val="0"/>
          <w:smallCaps w:val="0"/>
          <w:strike w:val="0"/>
          <w:sz w:val="24"/>
          <w:highlight w:val="cyan"/>
          <w:u w:val="single"/>
        </w:rPr>
        <w:t>money and assets</w:t>
      </w:r>
      <w:r>
        <w:rPr>
          <w:b/>
          <w:i w:val="0"/>
          <w:smallCaps w:val="0"/>
          <w:strike w:val="0"/>
          <w:highlight w:val="cyan"/>
          <w:u w:val="single"/>
        </w:rPr>
        <w:t xml:space="preserve"> in the West</w:t>
      </w:r>
      <w:r>
        <w:rPr>
          <w:b w:val="0"/>
          <w:i w:val="0"/>
          <w:smallCaps w:val="0"/>
          <w:strike w:val="0"/>
          <w:sz w:val="16"/>
          <w:u w:val="none"/>
        </w:rPr>
        <w:t xml:space="preserve">. If they weren’t driven by such hatred of India, they would see little in common with China. Further, this comes at a time when the </w:t>
      </w:r>
      <w:r>
        <w:rPr>
          <w:b/>
          <w:i w:val="0"/>
          <w:smallCaps w:val="0"/>
          <w:strike w:val="0"/>
          <w:sz w:val="24"/>
          <w:u w:val="single"/>
        </w:rPr>
        <w:t>Gulf countries</w:t>
      </w:r>
      <w:r>
        <w:rPr>
          <w:b/>
          <w:i w:val="0"/>
          <w:smallCaps w:val="0"/>
          <w:strike w:val="0"/>
          <w:u w:val="single"/>
        </w:rPr>
        <w:t xml:space="preserve"> are </w:t>
      </w:r>
      <w:r>
        <w:rPr>
          <w:b/>
          <w:i w:val="0"/>
          <w:smallCaps w:val="0"/>
          <w:strike w:val="0"/>
          <w:sz w:val="24"/>
          <w:u w:val="single"/>
        </w:rPr>
        <w:t>alienated</w:t>
      </w:r>
      <w:r>
        <w:rPr>
          <w:b/>
          <w:i w:val="0"/>
          <w:smallCaps w:val="0"/>
          <w:strike w:val="0"/>
          <w:u w:val="single"/>
        </w:rPr>
        <w:t xml:space="preserve"> from Pakistan and are recalling their loans</w:t>
      </w:r>
      <w:r>
        <w:rPr>
          <w:b w:val="0"/>
          <w:i w:val="0"/>
          <w:smallCaps w:val="0"/>
          <w:strike w:val="0"/>
          <w:sz w:val="16"/>
          <w:u w:val="none"/>
        </w:rPr>
        <w:t xml:space="preserve">. </w:t>
      </w:r>
      <w:r>
        <w:rPr>
          <w:b/>
          <w:i w:val="0"/>
          <w:smallCaps w:val="0"/>
          <w:strike w:val="0"/>
          <w:u w:val="single"/>
        </w:rPr>
        <w:t xml:space="preserve">Peace with India is </w:t>
      </w:r>
      <w:r>
        <w:rPr>
          <w:b/>
          <w:i w:val="0"/>
          <w:smallCaps w:val="0"/>
          <w:strike w:val="0"/>
          <w:sz w:val="24"/>
          <w:u w:val="single"/>
        </w:rPr>
        <w:t>a way ahead</w:t>
      </w:r>
      <w:r>
        <w:rPr>
          <w:b w:val="0"/>
          <w:i w:val="0"/>
          <w:smallCaps w:val="0"/>
          <w:strike w:val="0"/>
          <w:sz w:val="16"/>
          <w:u w:val="none"/>
        </w:rPr>
        <w:t>.</w:t>
      </w:r>
    </w:p>
    <w:p>
      <w:pPr>
        <w:spacing w:after="60"/>
      </w:pPr>
      <w:r>
        <w:rPr>
          <w:b/>
          <w:i w:val="0"/>
          <w:smallCaps w:val="0"/>
          <w:strike w:val="0"/>
          <w:u w:val="single"/>
        </w:rPr>
        <w:t xml:space="preserve">Within </w:t>
      </w:r>
      <w:r>
        <w:rPr>
          <w:b/>
          <w:i w:val="0"/>
          <w:smallCaps w:val="0"/>
          <w:strike w:val="0"/>
          <w:highlight w:val="cyan"/>
          <w:u w:val="single"/>
        </w:rPr>
        <w:t>India</w:t>
      </w:r>
      <w:r>
        <w:rPr>
          <w:b w:val="0"/>
          <w:i w:val="0"/>
          <w:smallCaps w:val="0"/>
          <w:strike w:val="0"/>
          <w:sz w:val="16"/>
          <w:u w:val="none"/>
        </w:rPr>
        <w:t xml:space="preserve">, we have to admit that </w:t>
      </w:r>
      <w:r>
        <w:rPr>
          <w:b/>
          <w:i w:val="0"/>
          <w:smallCaps w:val="0"/>
          <w:strike w:val="0"/>
          <w:u w:val="single"/>
        </w:rPr>
        <w:t>the Modi government</w:t>
      </w:r>
      <w:r>
        <w:rPr>
          <w:b w:val="0"/>
          <w:i w:val="0"/>
          <w:smallCaps w:val="0"/>
          <w:strike w:val="0"/>
          <w:sz w:val="16"/>
          <w:u w:val="none"/>
        </w:rPr>
        <w:t xml:space="preserve"> is much too successful in keeping its mind to itself. Anybody except a few in the government, who claims to have an insight into its thinking, is lying. But, </w:t>
      </w:r>
      <w:r>
        <w:rPr>
          <w:b/>
          <w:i w:val="0"/>
          <w:smallCaps w:val="0"/>
          <w:strike w:val="0"/>
          <w:u w:val="single"/>
        </w:rPr>
        <w:t xml:space="preserve">we have </w:t>
      </w:r>
      <w:r>
        <w:rPr>
          <w:b/>
          <w:i w:val="0"/>
          <w:smallCaps w:val="0"/>
          <w:strike w:val="0"/>
          <w:sz w:val="24"/>
          <w:u w:val="single"/>
        </w:rPr>
        <w:t>enough evidence</w:t>
      </w:r>
      <w:r>
        <w:rPr>
          <w:b w:val="0"/>
          <w:i w:val="0"/>
          <w:smallCaps w:val="0"/>
          <w:strike w:val="0"/>
          <w:sz w:val="16"/>
          <w:u w:val="none"/>
        </w:rPr>
        <w:t xml:space="preserve"> by now to </w:t>
      </w:r>
      <w:r>
        <w:rPr>
          <w:b/>
          <w:i w:val="0"/>
          <w:smallCaps w:val="0"/>
          <w:strike w:val="0"/>
          <w:u w:val="single"/>
        </w:rPr>
        <w:t xml:space="preserve">know that this is not </w:t>
      </w:r>
      <w:r>
        <w:rPr>
          <w:b/>
          <w:i w:val="0"/>
          <w:smallCaps w:val="0"/>
          <w:strike w:val="0"/>
          <w:sz w:val="24"/>
          <w:u w:val="single"/>
        </w:rPr>
        <w:t>a dispensation</w:t>
      </w:r>
      <w:r>
        <w:rPr>
          <w:b/>
          <w:i w:val="0"/>
          <w:smallCaps w:val="0"/>
          <w:strike w:val="0"/>
          <w:u w:val="single"/>
        </w:rPr>
        <w:t xml:space="preserve"> that looks forward to any conflict</w:t>
      </w:r>
      <w:r>
        <w:rPr>
          <w:b w:val="0"/>
          <w:i w:val="0"/>
          <w:smallCaps w:val="0"/>
          <w:strike w:val="0"/>
          <w:sz w:val="16"/>
          <w:u w:val="none"/>
        </w:rPr>
        <w:t>.</w:t>
      </w:r>
    </w:p>
    <w:p>
      <w:pPr>
        <w:spacing w:after="60"/>
      </w:pPr>
      <w:r>
        <w:rPr>
          <w:b/>
          <w:i w:val="0"/>
          <w:smallCaps w:val="0"/>
          <w:strike w:val="0"/>
          <w:highlight w:val="cyan"/>
          <w:u w:val="single"/>
        </w:rPr>
        <w:t xml:space="preserve">In </w:t>
      </w:r>
      <w:r>
        <w:rPr>
          <w:b/>
          <w:i w:val="0"/>
          <w:smallCaps w:val="0"/>
          <w:strike w:val="0"/>
          <w:sz w:val="24"/>
          <w:highlight w:val="cyan"/>
          <w:u w:val="single"/>
        </w:rPr>
        <w:t>seven years</w:t>
      </w:r>
      <w:r>
        <w:rPr>
          <w:b/>
          <w:i w:val="0"/>
          <w:smallCaps w:val="0"/>
          <w:strike w:val="0"/>
          <w:highlight w:val="cyan"/>
          <w:u w:val="single"/>
        </w:rPr>
        <w:t>, and</w:t>
      </w:r>
      <w:r>
        <w:rPr>
          <w:b/>
          <w:i w:val="0"/>
          <w:smallCaps w:val="0"/>
          <w:strike w:val="0"/>
          <w:u w:val="single"/>
        </w:rPr>
        <w:t xml:space="preserve"> </w:t>
      </w:r>
      <w:r>
        <w:rPr>
          <w:b/>
          <w:i w:val="0"/>
          <w:smallCaps w:val="0"/>
          <w:strike w:val="0"/>
          <w:sz w:val="24"/>
          <w:u w:val="single"/>
        </w:rPr>
        <w:t xml:space="preserve">across </w:t>
      </w:r>
      <w:r>
        <w:rPr>
          <w:b/>
          <w:i w:val="0"/>
          <w:smallCaps w:val="0"/>
          <w:strike w:val="0"/>
          <w:sz w:val="24"/>
          <w:highlight w:val="cyan"/>
          <w:u w:val="single"/>
        </w:rPr>
        <w:t>eight budgets</w:t>
      </w:r>
      <w:r>
        <w:rPr>
          <w:b/>
          <w:i w:val="0"/>
          <w:smallCaps w:val="0"/>
          <w:strike w:val="0"/>
          <w:u w:val="single"/>
        </w:rPr>
        <w:t xml:space="preserve">, </w:t>
      </w:r>
      <w:r>
        <w:rPr>
          <w:b/>
          <w:i w:val="0"/>
          <w:smallCaps w:val="0"/>
          <w:strike w:val="0"/>
          <w:sz w:val="24"/>
          <w:u w:val="single"/>
        </w:rPr>
        <w:t xml:space="preserve">the allocation for </w:t>
      </w:r>
      <w:r>
        <w:rPr>
          <w:b/>
          <w:i w:val="0"/>
          <w:smallCaps w:val="0"/>
          <w:strike w:val="0"/>
          <w:sz w:val="24"/>
          <w:highlight w:val="cyan"/>
          <w:u w:val="single"/>
        </w:rPr>
        <w:t>defence</w:t>
      </w:r>
      <w:r>
        <w:rPr>
          <w:b w:val="0"/>
          <w:i w:val="0"/>
          <w:smallCaps w:val="0"/>
          <w:strike w:val="0"/>
          <w:sz w:val="16"/>
          <w:u w:val="none"/>
        </w:rPr>
        <w:t xml:space="preserve"> has remained the same or marginally </w:t>
      </w:r>
      <w:r>
        <w:rPr>
          <w:b/>
          <w:i w:val="0"/>
          <w:smallCaps w:val="0"/>
          <w:strike w:val="0"/>
          <w:highlight w:val="cyan"/>
          <w:u w:val="single"/>
        </w:rPr>
        <w:t>declined</w:t>
      </w:r>
      <w:r>
        <w:rPr>
          <w:b/>
          <w:i w:val="0"/>
          <w:smallCaps w:val="0"/>
          <w:strike w:val="0"/>
          <w:u w:val="single"/>
        </w:rPr>
        <w:t xml:space="preserve">. They are </w:t>
      </w:r>
      <w:r>
        <w:rPr>
          <w:b/>
          <w:i w:val="0"/>
          <w:smallCaps w:val="0"/>
          <w:strike w:val="0"/>
          <w:highlight w:val="cyan"/>
          <w:u w:val="single"/>
        </w:rPr>
        <w:t>not preparing for war</w:t>
      </w:r>
      <w:r>
        <w:rPr>
          <w:b w:val="0"/>
          <w:i w:val="0"/>
          <w:smallCaps w:val="0"/>
          <w:strike w:val="0"/>
          <w:sz w:val="16"/>
          <w:u w:val="none"/>
        </w:rPr>
        <w:t>. Similarly, Pathankot, Uri, Pulwama, Galwan all tell us they are also not about to be knee-jerked into a conflict.</w:t>
      </w:r>
    </w:p>
    <w:p>
      <w:pPr>
        <w:spacing w:after="60"/>
      </w:pPr>
      <w:r>
        <w:rPr>
          <w:b w:val="0"/>
          <w:i w:val="0"/>
          <w:smallCaps w:val="0"/>
          <w:strike w:val="0"/>
          <w:sz w:val="16"/>
          <w:u w:val="none"/>
        </w:rPr>
        <w:t xml:space="preserve">Let’s conclude this with a view that will provoke, even trigger (since that’s the word millennials prefer), many. The Modi government can build on a no-war policy because it is strong enough to do so. A weaker government would’ve been under much greater pressure in east Ladakh, and earlier with Pakistan, to do something more adventurous. Many taunted Modi for not going to war with China, unlike Nehru who “at least fought, even if he lost”. Nehru’s was a much weaker government in 1962 than Modi’s now. He had no choice but to go down fighting, </w:t>
      </w:r>
      <w:r>
        <w:rPr>
          <w:b/>
          <w:i w:val="0"/>
          <w:smallCaps w:val="0"/>
          <w:strike w:val="0"/>
          <w:highlight w:val="cyan"/>
          <w:u w:val="single"/>
        </w:rPr>
        <w:t>Modi</w:t>
      </w:r>
      <w:r>
        <w:rPr>
          <w:b w:val="0"/>
          <w:i w:val="0"/>
          <w:smallCaps w:val="0"/>
          <w:strike w:val="0"/>
          <w:sz w:val="16"/>
          <w:u w:val="none"/>
        </w:rPr>
        <w:t xml:space="preserve"> is too strong to fall in that trap. He </w:t>
      </w:r>
      <w:r>
        <w:rPr>
          <w:b/>
          <w:i w:val="0"/>
          <w:smallCaps w:val="0"/>
          <w:strike w:val="0"/>
          <w:u w:val="single"/>
        </w:rPr>
        <w:t xml:space="preserve">would </w:t>
      </w:r>
      <w:r>
        <w:rPr>
          <w:b/>
          <w:i w:val="0"/>
          <w:smallCaps w:val="0"/>
          <w:strike w:val="0"/>
          <w:highlight w:val="cyan"/>
          <w:u w:val="single"/>
        </w:rPr>
        <w:t xml:space="preserve">prefer </w:t>
      </w:r>
      <w:r>
        <w:rPr>
          <w:b/>
          <w:i w:val="0"/>
          <w:smallCaps w:val="0"/>
          <w:strike w:val="0"/>
          <w:sz w:val="24"/>
          <w:highlight w:val="cyan"/>
          <w:u w:val="single"/>
        </w:rPr>
        <w:t>peace</w:t>
      </w:r>
      <w:r>
        <w:rPr>
          <w:b/>
          <w:i w:val="0"/>
          <w:smallCaps w:val="0"/>
          <w:strike w:val="0"/>
          <w:sz w:val="24"/>
          <w:u w:val="single"/>
        </w:rPr>
        <w:t>, not war</w:t>
      </w:r>
      <w:r>
        <w:rPr>
          <w:b w:val="0"/>
          <w:i w:val="0"/>
          <w:smallCaps w:val="0"/>
          <w:strike w:val="0"/>
          <w:sz w:val="16"/>
          <w:u w:val="none"/>
        </w:rPr>
        <w:t>.</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