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No risk of India/Pakistan nuclear escalation</w:t>
      </w:r>
    </w:p>
    <w:p>
      <w:pPr>
        <w:spacing w:after="80"/>
      </w:pPr>
      <w:r>
        <w:rPr>
          <w:b w:val="0"/>
          <w:i w:val="0"/>
          <w:smallCaps w:val="0"/>
          <w:strike w:val="0"/>
          <w:u w:val="none"/>
        </w:rPr>
        <w:t xml:space="preserve">Sarbhanu </w:t>
      </w:r>
      <w:r>
        <w:rPr>
          <w:b/>
          <w:i w:val="0"/>
          <w:smallCaps w:val="0"/>
          <w:strike w:val="0"/>
          <w:sz w:val="26"/>
          <w:u w:val="none"/>
        </w:rPr>
        <w:t>Nath 19</w:t>
      </w:r>
      <w:r>
        <w:rPr>
          <w:b w:val="0"/>
          <w:i w:val="0"/>
          <w:smallCaps w:val="0"/>
          <w:strike w:val="0"/>
          <w:u w:val="none"/>
        </w:rPr>
        <w:t xml:space="preserve">, Master’s Degree in Geopolitics and International Relations from Manipal University, CBRN Analyst at Jane’s by IHS Markit, “Why We Do Not Need to Worry About a Nuclear War Between India and Pakistan”, The Geopolitics, 9/13/2019, </w:t>
      </w:r>
      <w:r>
        <w:rPr>
          <w:b w:val="0"/>
          <w:i w:val="0"/>
          <w:smallCaps w:val="0"/>
          <w:strike w:val="0"/>
          <w:u w:val="none"/>
        </w:rPr>
        <w:t xml:space="preserve"> [language modified]</w:t>
      </w:r>
    </w:p>
    <w:p>
      <w:pPr>
        <w:spacing w:after="60"/>
      </w:pPr>
      <w:r>
        <w:rPr>
          <w:b w:val="0"/>
          <w:i w:val="0"/>
          <w:smallCaps w:val="0"/>
          <w:strike w:val="0"/>
          <w:sz w:val="16"/>
          <w:u w:val="none"/>
        </w:rPr>
        <w:t xml:space="preserve">Following India’s revocation of the special status for Kashmir, there was a lot of brouhaha over the risk of a nuclear war between India and Pakistan. While neither country sees eye to eye over a lot of issues and have engaged in several armed conflicts in the past, </w:t>
      </w:r>
      <w:r>
        <w:rPr>
          <w:b/>
          <w:i w:val="0"/>
          <w:smallCaps w:val="0"/>
          <w:strike w:val="0"/>
          <w:u w:val="single"/>
        </w:rPr>
        <w:t xml:space="preserve">the </w:t>
      </w:r>
      <w:r>
        <w:rPr>
          <w:b/>
          <w:i w:val="0"/>
          <w:smallCaps w:val="0"/>
          <w:strike w:val="0"/>
          <w:highlight w:val="cyan"/>
          <w:u w:val="single"/>
        </w:rPr>
        <w:t>risk of</w:t>
      </w:r>
      <w:r>
        <w:rPr>
          <w:b/>
          <w:i w:val="0"/>
          <w:smallCaps w:val="0"/>
          <w:strike w:val="0"/>
          <w:u w:val="single"/>
        </w:rPr>
        <w:t xml:space="preserve"> a </w:t>
      </w:r>
      <w:r>
        <w:rPr>
          <w:b/>
          <w:i w:val="0"/>
          <w:smallCaps w:val="0"/>
          <w:strike w:val="0"/>
          <w:highlight w:val="cyan"/>
          <w:u w:val="single"/>
        </w:rPr>
        <w:t>nuclear exchange</w:t>
      </w:r>
      <w:r>
        <w:rPr>
          <w:b/>
          <w:i w:val="0"/>
          <w:smallCaps w:val="0"/>
          <w:strike w:val="0"/>
          <w:u w:val="single"/>
        </w:rPr>
        <w:t xml:space="preserve"> between them </w:t>
      </w:r>
      <w:r>
        <w:rPr>
          <w:b/>
          <w:i w:val="0"/>
          <w:smallCaps w:val="0"/>
          <w:strike w:val="0"/>
          <w:highlight w:val="cyan"/>
          <w:u w:val="single"/>
        </w:rPr>
        <w:t xml:space="preserve">remains </w:t>
      </w:r>
      <w:r>
        <w:rPr>
          <w:b/>
          <w:i w:val="0"/>
          <w:smallCaps w:val="0"/>
          <w:strike w:val="0"/>
          <w:sz w:val="24"/>
          <w:highlight w:val="cyan"/>
          <w:u w:val="single"/>
        </w:rPr>
        <w:t>very low</w:t>
      </w:r>
      <w:r>
        <w:rPr>
          <w:b/>
          <w:i w:val="0"/>
          <w:smallCaps w:val="0"/>
          <w:strike w:val="0"/>
          <w:u w:val="single"/>
        </w:rPr>
        <w:t xml:space="preserve"> at best</w:t>
      </w:r>
      <w:r>
        <w:rPr>
          <w:b w:val="0"/>
          <w:i w:val="0"/>
          <w:smallCaps w:val="0"/>
          <w:strike w:val="0"/>
          <w:sz w:val="16"/>
          <w:u w:val="none"/>
        </w:rPr>
        <w:t xml:space="preserve">. There are </w:t>
      </w:r>
      <w:r>
        <w:rPr>
          <w:b/>
          <w:i w:val="0"/>
          <w:smallCaps w:val="0"/>
          <w:strike w:val="0"/>
          <w:u w:val="single"/>
        </w:rPr>
        <w:t>a number of factors</w:t>
      </w:r>
      <w:r>
        <w:rPr>
          <w:b w:val="0"/>
          <w:i w:val="0"/>
          <w:smallCaps w:val="0"/>
          <w:strike w:val="0"/>
          <w:sz w:val="16"/>
          <w:u w:val="none"/>
        </w:rPr>
        <w:t xml:space="preserve"> which </w:t>
      </w:r>
      <w:r>
        <w:rPr>
          <w:b/>
          <w:i w:val="0"/>
          <w:smallCaps w:val="0"/>
          <w:strike w:val="0"/>
          <w:u w:val="single"/>
        </w:rPr>
        <w:t>ensure</w:t>
      </w:r>
      <w:r>
        <w:rPr>
          <w:b w:val="0"/>
          <w:i w:val="0"/>
          <w:smallCaps w:val="0"/>
          <w:strike w:val="0"/>
          <w:sz w:val="16"/>
          <w:u w:val="none"/>
        </w:rPr>
        <w:t xml:space="preserve"> that </w:t>
      </w:r>
      <w:r>
        <w:rPr>
          <w:b/>
          <w:i w:val="0"/>
          <w:smallCaps w:val="0"/>
          <w:strike w:val="0"/>
          <w:u w:val="single"/>
        </w:rPr>
        <w:t>the two</w:t>
      </w:r>
      <w:r>
        <w:rPr>
          <w:b w:val="0"/>
          <w:i w:val="0"/>
          <w:smallCaps w:val="0"/>
          <w:strike w:val="0"/>
          <w:sz w:val="16"/>
          <w:u w:val="none"/>
        </w:rPr>
        <w:t xml:space="preserve"> neighbors </w:t>
      </w:r>
      <w:r>
        <w:rPr>
          <w:b/>
          <w:i w:val="0"/>
          <w:smallCaps w:val="0"/>
          <w:strike w:val="0"/>
          <w:u w:val="single"/>
        </w:rPr>
        <w:t>will not be coming to nuclear blows</w:t>
      </w:r>
      <w:r>
        <w:rPr>
          <w:b w:val="0"/>
          <w:i w:val="0"/>
          <w:smallCaps w:val="0"/>
          <w:strike w:val="0"/>
          <w:sz w:val="16"/>
          <w:u w:val="none"/>
        </w:rPr>
        <w:t xml:space="preserve"> any time soon.</w:t>
      </w:r>
    </w:p>
    <w:p>
      <w:pPr>
        <w:spacing w:after="60"/>
      </w:pPr>
      <w:r>
        <w:rPr>
          <w:b w:val="0"/>
          <w:i w:val="0"/>
          <w:smallCaps w:val="0"/>
          <w:strike w:val="0"/>
          <w:sz w:val="16"/>
          <w:u w:val="none"/>
        </w:rPr>
        <w:t xml:space="preserve">The first and most important factor being that </w:t>
      </w:r>
      <w:r>
        <w:rPr>
          <w:b/>
          <w:i w:val="0"/>
          <w:smallCaps w:val="0"/>
          <w:strike w:val="0"/>
          <w:highlight w:val="cyan"/>
          <w:u w:val="single"/>
        </w:rPr>
        <w:t>both</w:t>
      </w:r>
      <w:r>
        <w:rPr>
          <w:b/>
          <w:i w:val="0"/>
          <w:smallCaps w:val="0"/>
          <w:strike w:val="0"/>
          <w:u w:val="single"/>
        </w:rPr>
        <w:t xml:space="preserve"> countries have </w:t>
      </w:r>
      <w:r>
        <w:rPr>
          <w:b/>
          <w:i w:val="0"/>
          <w:smallCaps w:val="0"/>
          <w:strike w:val="0"/>
          <w:sz w:val="24"/>
          <w:highlight w:val="cyan"/>
          <w:u w:val="single"/>
        </w:rPr>
        <w:t>democratic</w:t>
      </w:r>
      <w:r>
        <w:rPr>
          <w:b/>
          <w:i w:val="0"/>
          <w:smallCaps w:val="0"/>
          <w:strike w:val="0"/>
          <w:sz w:val="24"/>
          <w:u w:val="single"/>
        </w:rPr>
        <w:t xml:space="preserve"> governments</w:t>
      </w:r>
      <w:r>
        <w:rPr>
          <w:b w:val="0"/>
          <w:i w:val="0"/>
          <w:smallCaps w:val="0"/>
          <w:strike w:val="0"/>
          <w:sz w:val="16"/>
          <w:u w:val="none"/>
        </w:rPr>
        <w:t xml:space="preserve"> which are beholden to the people </w:t>
      </w:r>
      <w:r>
        <w:rPr>
          <w:b/>
          <w:i w:val="0"/>
          <w:smallCaps w:val="0"/>
          <w:strike w:val="0"/>
          <w:highlight w:val="cyan"/>
          <w:u w:val="single"/>
        </w:rPr>
        <w:t>and</w:t>
      </w:r>
      <w:r>
        <w:rPr>
          <w:b/>
          <w:i w:val="0"/>
          <w:smallCaps w:val="0"/>
          <w:strike w:val="0"/>
          <w:u w:val="single"/>
        </w:rPr>
        <w:t xml:space="preserve"> there are </w:t>
      </w:r>
      <w:r>
        <w:rPr>
          <w:b/>
          <w:i w:val="0"/>
          <w:smallCaps w:val="0"/>
          <w:strike w:val="0"/>
          <w:sz w:val="24"/>
          <w:highlight w:val="cyan"/>
          <w:u w:val="single"/>
        </w:rPr>
        <w:t>numerous checks and balances</w:t>
      </w:r>
      <w:r>
        <w:rPr>
          <w:b/>
          <w:i w:val="0"/>
          <w:smallCaps w:val="0"/>
          <w:strike w:val="0"/>
          <w:u w:val="single"/>
        </w:rPr>
        <w:t xml:space="preserve"> in place to </w:t>
      </w:r>
      <w:r>
        <w:rPr>
          <w:b/>
          <w:i w:val="0"/>
          <w:smallCaps w:val="0"/>
          <w:strike w:val="0"/>
          <w:highlight w:val="cyan"/>
          <w:u w:val="single"/>
        </w:rPr>
        <w:t>ensure</w:t>
      </w:r>
      <w:r>
        <w:rPr>
          <w:b/>
          <w:i w:val="0"/>
          <w:smallCaps w:val="0"/>
          <w:strike w:val="0"/>
          <w:u w:val="single"/>
        </w:rPr>
        <w:t xml:space="preserve"> that </w:t>
      </w:r>
      <w:r>
        <w:rPr>
          <w:b/>
          <w:i w:val="0"/>
          <w:smallCaps w:val="0"/>
          <w:strike w:val="0"/>
          <w:highlight w:val="cyan"/>
          <w:u w:val="single"/>
        </w:rPr>
        <w:t>extreme decisions</w:t>
      </w:r>
      <w:r>
        <w:rPr>
          <w:b/>
          <w:i w:val="0"/>
          <w:smallCaps w:val="0"/>
          <w:strike w:val="0"/>
          <w:u w:val="single"/>
        </w:rPr>
        <w:t xml:space="preserve"> like that of one to use nuclear weapons </w:t>
      </w:r>
      <w:r>
        <w:rPr>
          <w:b/>
          <w:i w:val="0"/>
          <w:smallCaps w:val="0"/>
          <w:strike w:val="0"/>
          <w:highlight w:val="cyan"/>
          <w:u w:val="single"/>
        </w:rPr>
        <w:t>will not be taken</w:t>
      </w:r>
      <w:r>
        <w:rPr>
          <w:b/>
          <w:i w:val="0"/>
          <w:smallCaps w:val="0"/>
          <w:strike w:val="0"/>
          <w:u w:val="single"/>
        </w:rPr>
        <w:t xml:space="preserve"> unilaterally and casually. Democratic governments generally tend to have a greater degree of accountability and responsibility</w:t>
      </w:r>
      <w:r>
        <w:rPr>
          <w:b w:val="0"/>
          <w:i w:val="0"/>
          <w:smallCaps w:val="0"/>
          <w:strike w:val="0"/>
          <w:sz w:val="16"/>
          <w:u w:val="none"/>
        </w:rPr>
        <w:t>.</w:t>
      </w:r>
    </w:p>
    <w:p>
      <w:pPr>
        <w:spacing w:after="60"/>
      </w:pPr>
      <w:r>
        <w:rPr>
          <w:b w:val="0"/>
          <w:i w:val="0"/>
          <w:smallCaps w:val="0"/>
          <w:strike w:val="0"/>
          <w:sz w:val="16"/>
          <w:u w:val="none"/>
        </w:rPr>
        <w:t xml:space="preserve">Secondly, </w:t>
      </w:r>
      <w:r>
        <w:rPr>
          <w:b/>
          <w:i w:val="0"/>
          <w:smallCaps w:val="0"/>
          <w:strike w:val="0"/>
          <w:highlight w:val="cyan"/>
          <w:u w:val="single"/>
        </w:rPr>
        <w:t>India follows</w:t>
      </w:r>
      <w:r>
        <w:rPr>
          <w:b w:val="0"/>
          <w:i w:val="0"/>
          <w:smallCaps w:val="0"/>
          <w:strike w:val="0"/>
          <w:sz w:val="16"/>
          <w:u w:val="none"/>
        </w:rPr>
        <w:t xml:space="preserve"> a policy of “</w:t>
      </w:r>
      <w:r>
        <w:rPr>
          <w:b/>
          <w:i w:val="0"/>
          <w:smallCaps w:val="0"/>
          <w:strike w:val="0"/>
          <w:sz w:val="24"/>
          <w:highlight w:val="cyan"/>
          <w:u w:val="single"/>
        </w:rPr>
        <w:t>N</w:t>
      </w:r>
      <w:r>
        <w:rPr>
          <w:b w:val="0"/>
          <w:i w:val="0"/>
          <w:smallCaps w:val="0"/>
          <w:strike w:val="0"/>
          <w:sz w:val="16"/>
          <w:u w:val="none"/>
        </w:rPr>
        <w:t xml:space="preserve">o </w:t>
      </w:r>
      <w:r>
        <w:rPr>
          <w:b/>
          <w:i w:val="0"/>
          <w:smallCaps w:val="0"/>
          <w:strike w:val="0"/>
          <w:sz w:val="24"/>
          <w:highlight w:val="cyan"/>
          <w:u w:val="single"/>
        </w:rPr>
        <w:t>F</w:t>
      </w:r>
      <w:r>
        <w:rPr>
          <w:b w:val="0"/>
          <w:i w:val="0"/>
          <w:smallCaps w:val="0"/>
          <w:strike w:val="0"/>
          <w:sz w:val="16"/>
          <w:u w:val="none"/>
        </w:rPr>
        <w:t xml:space="preserve">irst </w:t>
      </w:r>
      <w:r>
        <w:rPr>
          <w:b/>
          <w:i w:val="0"/>
          <w:smallCaps w:val="0"/>
          <w:strike w:val="0"/>
          <w:sz w:val="24"/>
          <w:highlight w:val="cyan"/>
          <w:u w:val="single"/>
        </w:rPr>
        <w:t>U</w:t>
      </w:r>
      <w:r>
        <w:rPr>
          <w:b w:val="0"/>
          <w:i w:val="0"/>
          <w:smallCaps w:val="0"/>
          <w:strike w:val="0"/>
          <w:sz w:val="16"/>
          <w:u w:val="none"/>
        </w:rPr>
        <w:t xml:space="preserve">se” when it comes to nuclear weapons </w:t>
      </w:r>
      <w:r>
        <w:rPr>
          <w:b/>
          <w:i w:val="0"/>
          <w:smallCaps w:val="0"/>
          <w:strike w:val="0"/>
          <w:u w:val="single"/>
        </w:rPr>
        <w:t xml:space="preserve">which nullifies the possibility that India will be the one to initiate a nuclear strike. India is a responsible power </w:t>
      </w:r>
      <w:r>
        <w:rPr>
          <w:b/>
          <w:i w:val="0"/>
          <w:smallCaps w:val="0"/>
          <w:strike w:val="0"/>
          <w:highlight w:val="cyan"/>
          <w:u w:val="single"/>
        </w:rPr>
        <w:t>and</w:t>
      </w:r>
      <w:r>
        <w:rPr>
          <w:b/>
          <w:i w:val="0"/>
          <w:smallCaps w:val="0"/>
          <w:strike w:val="0"/>
          <w:u w:val="single"/>
        </w:rPr>
        <w:t xml:space="preserve"> has </w:t>
      </w:r>
      <w:r>
        <w:rPr>
          <w:b/>
          <w:i w:val="0"/>
          <w:smallCaps w:val="0"/>
          <w:strike w:val="0"/>
          <w:sz w:val="24"/>
          <w:highlight w:val="cyan"/>
          <w:u w:val="single"/>
        </w:rPr>
        <w:t>exercised</w:t>
      </w:r>
      <w:r>
        <w:rPr>
          <w:b/>
          <w:i w:val="0"/>
          <w:smallCaps w:val="0"/>
          <w:strike w:val="0"/>
          <w:sz w:val="24"/>
          <w:u w:val="single"/>
        </w:rPr>
        <w:t xml:space="preserve"> considerable </w:t>
      </w:r>
      <w:r>
        <w:rPr>
          <w:b/>
          <w:i w:val="0"/>
          <w:smallCaps w:val="0"/>
          <w:strike w:val="0"/>
          <w:sz w:val="24"/>
          <w:highlight w:val="cyan"/>
          <w:u w:val="single"/>
        </w:rPr>
        <w:t>restraint</w:t>
      </w:r>
      <w:r>
        <w:rPr>
          <w:b/>
          <w:i w:val="0"/>
          <w:smallCaps w:val="0"/>
          <w:strike w:val="0"/>
          <w:highlight w:val="cyan"/>
          <w:u w:val="single"/>
        </w:rPr>
        <w:t xml:space="preserve"> in </w:t>
      </w:r>
      <w:r>
        <w:rPr>
          <w:b/>
          <w:i w:val="0"/>
          <w:smallCaps w:val="0"/>
          <w:strike w:val="0"/>
          <w:sz w:val="24"/>
          <w:highlight w:val="cyan"/>
          <w:u w:val="single"/>
        </w:rPr>
        <w:t>past</w:t>
      </w:r>
      <w:r>
        <w:rPr>
          <w:b/>
          <w:i w:val="0"/>
          <w:smallCaps w:val="0"/>
          <w:strike w:val="0"/>
          <w:highlight w:val="cyan"/>
          <w:u w:val="single"/>
        </w:rPr>
        <w:t xml:space="preserve"> crisis</w:t>
      </w:r>
      <w:r>
        <w:rPr>
          <w:b/>
          <w:i w:val="0"/>
          <w:smallCaps w:val="0"/>
          <w:strike w:val="0"/>
          <w:u w:val="single"/>
        </w:rPr>
        <w:t xml:space="preserve"> situations, notable examples being</w:t>
      </w:r>
      <w:r>
        <w:rPr>
          <w:b w:val="0"/>
          <w:i w:val="0"/>
          <w:smallCaps w:val="0"/>
          <w:strike w:val="0"/>
          <w:sz w:val="16"/>
          <w:u w:val="none"/>
        </w:rPr>
        <w:t xml:space="preserve"> – the non-escalation of </w:t>
      </w:r>
      <w:r>
        <w:rPr>
          <w:b/>
          <w:i w:val="0"/>
          <w:smallCaps w:val="0"/>
          <w:strike w:val="0"/>
          <w:u w:val="single"/>
        </w:rPr>
        <w:t xml:space="preserve">the </w:t>
      </w:r>
      <w:r>
        <w:rPr>
          <w:b/>
          <w:i w:val="0"/>
          <w:smallCaps w:val="0"/>
          <w:strike w:val="0"/>
          <w:sz w:val="24"/>
          <w:highlight w:val="cyan"/>
          <w:u w:val="single"/>
        </w:rPr>
        <w:t>Kargil</w:t>
      </w:r>
      <w:r>
        <w:rPr>
          <w:b/>
          <w:i w:val="0"/>
          <w:smallCaps w:val="0"/>
          <w:strike w:val="0"/>
          <w:u w:val="single"/>
        </w:rPr>
        <w:t xml:space="preserve"> conflict </w:t>
      </w:r>
      <w:r>
        <w:rPr>
          <w:b/>
          <w:i w:val="0"/>
          <w:smallCaps w:val="0"/>
          <w:strike w:val="0"/>
          <w:highlight w:val="cyan"/>
          <w:u w:val="single"/>
        </w:rPr>
        <w:t>and</w:t>
      </w:r>
      <w:r>
        <w:rPr>
          <w:b w:val="0"/>
          <w:i w:val="0"/>
          <w:smallCaps w:val="0"/>
          <w:strike w:val="0"/>
          <w:sz w:val="16"/>
          <w:u w:val="none"/>
        </w:rPr>
        <w:t xml:space="preserve"> engaging in dialogue with Pakistan rather than a military response </w:t>
      </w:r>
      <w:r>
        <w:rPr>
          <w:b/>
          <w:i w:val="0"/>
          <w:smallCaps w:val="0"/>
          <w:strike w:val="0"/>
          <w:u w:val="single"/>
        </w:rPr>
        <w:t xml:space="preserve">after the 2008 </w:t>
      </w:r>
      <w:r>
        <w:rPr>
          <w:b/>
          <w:i w:val="0"/>
          <w:smallCaps w:val="0"/>
          <w:strike w:val="0"/>
          <w:sz w:val="24"/>
          <w:highlight w:val="cyan"/>
          <w:u w:val="single"/>
        </w:rPr>
        <w:t>Mumbai</w:t>
      </w:r>
      <w:r>
        <w:rPr>
          <w:b/>
          <w:i w:val="0"/>
          <w:smallCaps w:val="0"/>
          <w:strike w:val="0"/>
          <w:u w:val="single"/>
        </w:rPr>
        <w:t xml:space="preserve"> terror attacks</w:t>
      </w:r>
      <w:r>
        <w:rPr>
          <w:b w:val="0"/>
          <w:i w:val="0"/>
          <w:smallCaps w:val="0"/>
          <w:strike w:val="0"/>
          <w:sz w:val="16"/>
          <w:u w:val="none"/>
        </w:rPr>
        <w:t xml:space="preserve">. Therefore, it can be reasonably expected that </w:t>
      </w:r>
      <w:r>
        <w:rPr>
          <w:b/>
          <w:i w:val="0"/>
          <w:smallCaps w:val="0"/>
          <w:strike w:val="0"/>
          <w:u w:val="single"/>
        </w:rPr>
        <w:t>a nuclear strike will not come from the Indian side</w:t>
      </w:r>
      <w:r>
        <w:rPr>
          <w:b w:val="0"/>
          <w:i w:val="0"/>
          <w:smallCaps w:val="0"/>
          <w:strike w:val="0"/>
          <w:sz w:val="16"/>
          <w:u w:val="none"/>
        </w:rPr>
        <w:t>, unless of course it is attacked first with a nuclear weapon.</w:t>
      </w:r>
    </w:p>
    <w:p>
      <w:pPr>
        <w:spacing w:after="60"/>
      </w:pPr>
      <w:r>
        <w:rPr>
          <w:b w:val="0"/>
          <w:i w:val="0"/>
          <w:smallCaps w:val="0"/>
          <w:strike w:val="0"/>
          <w:sz w:val="16"/>
          <w:u w:val="none"/>
        </w:rPr>
        <w:t xml:space="preserve">Third, </w:t>
      </w:r>
      <w:r>
        <w:rPr>
          <w:b/>
          <w:i w:val="0"/>
          <w:smallCaps w:val="0"/>
          <w:strike w:val="0"/>
          <w:u w:val="single"/>
        </w:rPr>
        <w:t>both</w:t>
      </w:r>
      <w:r>
        <w:rPr>
          <w:b w:val="0"/>
          <w:i w:val="0"/>
          <w:smallCaps w:val="0"/>
          <w:strike w:val="0"/>
          <w:sz w:val="16"/>
          <w:u w:val="none"/>
        </w:rPr>
        <w:t xml:space="preserve"> India and Pakistan </w:t>
      </w:r>
      <w:r>
        <w:rPr>
          <w:b/>
          <w:i w:val="0"/>
          <w:smallCaps w:val="0"/>
          <w:strike w:val="0"/>
          <w:u w:val="single"/>
        </w:rPr>
        <w:t>possessing nuclear warheads reinforces</w:t>
      </w:r>
      <w:r>
        <w:rPr>
          <w:b w:val="0"/>
          <w:i w:val="0"/>
          <w:smallCaps w:val="0"/>
          <w:strike w:val="0"/>
          <w:sz w:val="16"/>
          <w:u w:val="none"/>
        </w:rPr>
        <w:t xml:space="preserve"> the theory of </w:t>
      </w:r>
      <w:r>
        <w:rPr>
          <w:b/>
          <w:i w:val="0"/>
          <w:smallCaps w:val="0"/>
          <w:strike w:val="0"/>
          <w:sz w:val="24"/>
          <w:highlight w:val="cyan"/>
          <w:u w:val="single"/>
        </w:rPr>
        <w:t>M</w:t>
      </w:r>
      <w:r>
        <w:rPr>
          <w:b w:val="0"/>
          <w:i w:val="0"/>
          <w:smallCaps w:val="0"/>
          <w:strike w:val="0"/>
          <w:sz w:val="16"/>
          <w:u w:val="none"/>
        </w:rPr>
        <w:t xml:space="preserve">utually </w:t>
      </w:r>
      <w:r>
        <w:rPr>
          <w:b/>
          <w:i w:val="0"/>
          <w:smallCaps w:val="0"/>
          <w:strike w:val="0"/>
          <w:sz w:val="24"/>
          <w:highlight w:val="cyan"/>
          <w:u w:val="single"/>
        </w:rPr>
        <w:t>A</w:t>
      </w:r>
      <w:r>
        <w:rPr>
          <w:b w:val="0"/>
          <w:i w:val="0"/>
          <w:smallCaps w:val="0"/>
          <w:strike w:val="0"/>
          <w:sz w:val="16"/>
          <w:u w:val="none"/>
        </w:rPr>
        <w:t xml:space="preserve">ssured </w:t>
      </w:r>
      <w:r>
        <w:rPr>
          <w:b/>
          <w:i w:val="0"/>
          <w:smallCaps w:val="0"/>
          <w:strike w:val="0"/>
          <w:sz w:val="24"/>
          <w:highlight w:val="cyan"/>
          <w:u w:val="single"/>
        </w:rPr>
        <w:t>D</w:t>
      </w:r>
      <w:r>
        <w:rPr>
          <w:b w:val="0"/>
          <w:i w:val="0"/>
          <w:smallCaps w:val="0"/>
          <w:strike w:val="0"/>
          <w:sz w:val="16"/>
          <w:u w:val="none"/>
        </w:rPr>
        <w:t xml:space="preserve">estruction </w:t>
      </w:r>
      <w:r>
        <w:rPr>
          <w:b/>
          <w:i w:val="0"/>
          <w:smallCaps w:val="0"/>
          <w:strike w:val="0"/>
          <w:u w:val="single"/>
        </w:rPr>
        <w:t xml:space="preserve">and </w:t>
      </w:r>
      <w:r>
        <w:rPr>
          <w:b/>
          <w:i w:val="0"/>
          <w:smallCaps w:val="0"/>
          <w:strike w:val="0"/>
          <w:highlight w:val="cyan"/>
          <w:u w:val="single"/>
        </w:rPr>
        <w:t>ensures</w:t>
      </w:r>
      <w:r>
        <w:rPr>
          <w:b w:val="0"/>
          <w:i w:val="0"/>
          <w:smallCaps w:val="0"/>
          <w:strike w:val="0"/>
          <w:sz w:val="16"/>
          <w:u w:val="none"/>
        </w:rPr>
        <w:t xml:space="preserve"> that </w:t>
      </w:r>
      <w:r>
        <w:rPr>
          <w:b/>
          <w:i w:val="0"/>
          <w:smallCaps w:val="0"/>
          <w:strike w:val="0"/>
          <w:u w:val="single"/>
        </w:rPr>
        <w:t xml:space="preserve">there will be </w:t>
      </w:r>
      <w:r>
        <w:rPr>
          <w:b/>
          <w:i w:val="0"/>
          <w:smallCaps w:val="0"/>
          <w:strike w:val="0"/>
          <w:highlight w:val="cyan"/>
          <w:u w:val="single"/>
        </w:rPr>
        <w:t>no winners</w:t>
      </w:r>
      <w:r>
        <w:rPr>
          <w:b w:val="0"/>
          <w:i w:val="0"/>
          <w:smallCaps w:val="0"/>
          <w:strike w:val="0"/>
          <w:sz w:val="16"/>
          <w:u w:val="none"/>
        </w:rPr>
        <w:t xml:space="preserve"> in a nuclear war. Thus, </w:t>
      </w:r>
      <w:r>
        <w:rPr>
          <w:b/>
          <w:i w:val="0"/>
          <w:smallCaps w:val="0"/>
          <w:strike w:val="0"/>
          <w:u w:val="single"/>
        </w:rPr>
        <w:t xml:space="preserve">there is </w:t>
      </w:r>
      <w:r>
        <w:rPr>
          <w:b/>
          <w:i w:val="0"/>
          <w:smallCaps w:val="0"/>
          <w:strike w:val="0"/>
          <w:sz w:val="24"/>
          <w:u w:val="single"/>
        </w:rPr>
        <w:t>no tangible incentive</w:t>
      </w:r>
      <w:r>
        <w:rPr>
          <w:b/>
          <w:i w:val="0"/>
          <w:smallCaps w:val="0"/>
          <w:strike w:val="0"/>
          <w:u w:val="single"/>
        </w:rPr>
        <w:t xml:space="preserve"> for either</w:t>
      </w:r>
      <w:r>
        <w:rPr>
          <w:b w:val="0"/>
          <w:i w:val="0"/>
          <w:smallCaps w:val="0"/>
          <w:strike w:val="0"/>
          <w:sz w:val="16"/>
          <w:u w:val="none"/>
        </w:rPr>
        <w:t xml:space="preserve"> country </w:t>
      </w:r>
      <w:r>
        <w:rPr>
          <w:b/>
          <w:i w:val="0"/>
          <w:smallCaps w:val="0"/>
          <w:strike w:val="0"/>
          <w:u w:val="single"/>
        </w:rPr>
        <w:t>to risk a nuclear conflict. The primary goal</w:t>
      </w:r>
      <w:r>
        <w:rPr>
          <w:b w:val="0"/>
          <w:i w:val="0"/>
          <w:smallCaps w:val="0"/>
          <w:strike w:val="0"/>
          <w:sz w:val="16"/>
          <w:u w:val="none"/>
        </w:rPr>
        <w:t xml:space="preserve"> of any entity </w:t>
      </w:r>
      <w:r>
        <w:rPr>
          <w:b/>
          <w:i w:val="0"/>
          <w:smallCaps w:val="0"/>
          <w:strike w:val="0"/>
          <w:u w:val="single"/>
        </w:rPr>
        <w:t>is to ensure</w:t>
      </w:r>
      <w:r>
        <w:rPr>
          <w:b w:val="0"/>
          <w:i w:val="0"/>
          <w:smallCaps w:val="0"/>
          <w:strike w:val="0"/>
          <w:sz w:val="16"/>
          <w:u w:val="none"/>
        </w:rPr>
        <w:t xml:space="preserve"> its </w:t>
      </w:r>
      <w:r>
        <w:rPr>
          <w:b/>
          <w:i w:val="0"/>
          <w:smallCaps w:val="0"/>
          <w:strike w:val="0"/>
          <w:u w:val="single"/>
        </w:rPr>
        <w:t xml:space="preserve">well-being and survival and India and Pakistan being </w:t>
      </w:r>
      <w:r>
        <w:rPr>
          <w:b/>
          <w:i w:val="0"/>
          <w:smallCaps w:val="0"/>
          <w:strike w:val="0"/>
          <w:sz w:val="24"/>
          <w:highlight w:val="cyan"/>
          <w:u w:val="single"/>
        </w:rPr>
        <w:t>rational actors</w:t>
      </w:r>
      <w:r>
        <w:rPr>
          <w:b/>
          <w:i w:val="0"/>
          <w:smallCaps w:val="0"/>
          <w:strike w:val="0"/>
          <w:highlight w:val="cyan"/>
          <w:u w:val="single"/>
        </w:rPr>
        <w:t xml:space="preserve"> will not</w:t>
      </w:r>
      <w:r>
        <w:rPr>
          <w:b w:val="0"/>
          <w:i w:val="0"/>
          <w:smallCaps w:val="0"/>
          <w:strike w:val="0"/>
          <w:sz w:val="16"/>
          <w:u w:val="none"/>
        </w:rPr>
        <w:t xml:space="preserve"> whimsically </w:t>
      </w:r>
      <w:r>
        <w:rPr>
          <w:b/>
          <w:i w:val="0"/>
          <w:smallCaps w:val="0"/>
          <w:strike w:val="0"/>
          <w:highlight w:val="cyan"/>
          <w:u w:val="single"/>
        </w:rPr>
        <w:t>risk</w:t>
      </w:r>
      <w:r>
        <w:rPr>
          <w:b w:val="0"/>
          <w:i w:val="0"/>
          <w:smallCaps w:val="0"/>
          <w:strike w:val="0"/>
          <w:sz w:val="16"/>
          <w:u w:val="none"/>
        </w:rPr>
        <w:t xml:space="preserve"> their very </w:t>
      </w:r>
      <w:r>
        <w:rPr>
          <w:b/>
          <w:i w:val="0"/>
          <w:smallCaps w:val="0"/>
          <w:strike w:val="0"/>
          <w:highlight w:val="cyan"/>
          <w:u w:val="single"/>
        </w:rPr>
        <w:t>survival</w:t>
      </w:r>
      <w:r>
        <w:rPr>
          <w:b/>
          <w:i w:val="0"/>
          <w:smallCaps w:val="0"/>
          <w:strike w:val="0"/>
          <w:u w:val="single"/>
        </w:rPr>
        <w:t xml:space="preserve"> over issues that can be dealt with in much simpler terms. It is</w:t>
      </w:r>
      <w:r>
        <w:rPr>
          <w:b w:val="0"/>
          <w:i w:val="0"/>
          <w:smallCaps w:val="0"/>
          <w:strike w:val="0"/>
          <w:sz w:val="16"/>
          <w:u w:val="none"/>
        </w:rPr>
        <w:t xml:space="preserve"> also </w:t>
      </w:r>
      <w:r>
        <w:rPr>
          <w:b/>
          <w:i w:val="0"/>
          <w:smallCaps w:val="0"/>
          <w:strike w:val="0"/>
          <w:u w:val="single"/>
        </w:rPr>
        <w:t>not in the interest of the international community to risk massive destabilization in the South Asian region.</w:t>
      </w:r>
    </w:p>
    <w:p>
      <w:pPr>
        <w:spacing w:after="60"/>
      </w:pPr>
      <w:r>
        <w:rPr>
          <w:b w:val="0"/>
          <w:i w:val="0"/>
          <w:smallCaps w:val="0"/>
          <w:strike w:val="0"/>
          <w:sz w:val="16"/>
          <w:u w:val="none"/>
        </w:rPr>
        <w:t xml:space="preserve">With a population of nearly 2 billion people, South Asia is one of the most densely populated regions of the planet and almost all of these people will be adversely affected by nuclear war between India and Pakistan, both through direct impact of the weapons and the subsequent spread of nuclear fallout. The ramifications of nuclear war will not be limited to just India and Pakistan but will acquire global dimensions and have global impacts as well. And in today’s interconnected and interdependent world such a situation cannot and will not be allowed to come to pass. </w:t>
      </w:r>
      <w:r>
        <w:rPr>
          <w:b/>
          <w:i w:val="0"/>
          <w:smallCaps w:val="0"/>
          <w:strike w:val="0"/>
          <w:u w:val="single"/>
        </w:rPr>
        <w:t>In the past</w:t>
      </w:r>
      <w:r>
        <w:rPr>
          <w:b w:val="0"/>
          <w:i w:val="0"/>
          <w:smallCaps w:val="0"/>
          <w:strike w:val="0"/>
          <w:sz w:val="16"/>
          <w:u w:val="none"/>
        </w:rPr>
        <w:t xml:space="preserve">, almost </w:t>
      </w:r>
      <w:r>
        <w:rPr>
          <w:b/>
          <w:i w:val="0"/>
          <w:smallCaps w:val="0"/>
          <w:strike w:val="0"/>
          <w:highlight w:val="cyan"/>
          <w:u w:val="single"/>
        </w:rPr>
        <w:t>every</w:t>
      </w:r>
      <w:r>
        <w:rPr>
          <w:b w:val="0"/>
          <w:i w:val="0"/>
          <w:smallCaps w:val="0"/>
          <w:strike w:val="0"/>
          <w:sz w:val="16"/>
          <w:u w:val="none"/>
        </w:rPr>
        <w:t xml:space="preserve"> conflict and </w:t>
      </w:r>
      <w:r>
        <w:rPr>
          <w:b/>
          <w:i w:val="0"/>
          <w:smallCaps w:val="0"/>
          <w:strike w:val="0"/>
          <w:highlight w:val="cyan"/>
          <w:u w:val="single"/>
        </w:rPr>
        <w:t>escalation</w:t>
      </w:r>
      <w:r>
        <w:rPr>
          <w:b w:val="0"/>
          <w:i w:val="0"/>
          <w:smallCaps w:val="0"/>
          <w:strike w:val="0"/>
          <w:sz w:val="16"/>
          <w:u w:val="none"/>
        </w:rPr>
        <w:t xml:space="preserve"> of tensions between India and Pakistan </w:t>
      </w:r>
      <w:r>
        <w:rPr>
          <w:b/>
          <w:i w:val="0"/>
          <w:smallCaps w:val="0"/>
          <w:strike w:val="0"/>
          <w:highlight w:val="cyan"/>
          <w:u w:val="single"/>
        </w:rPr>
        <w:t>have seen offers</w:t>
      </w:r>
      <w:r>
        <w:rPr>
          <w:b/>
          <w:i w:val="0"/>
          <w:smallCaps w:val="0"/>
          <w:strike w:val="0"/>
          <w:u w:val="single"/>
        </w:rPr>
        <w:t xml:space="preserve"> from the international community </w:t>
      </w:r>
      <w:r>
        <w:rPr>
          <w:b/>
          <w:i w:val="0"/>
          <w:smallCaps w:val="0"/>
          <w:strike w:val="0"/>
          <w:highlight w:val="cyan"/>
          <w:u w:val="single"/>
        </w:rPr>
        <w:t xml:space="preserve">for </w:t>
      </w:r>
      <w:r>
        <w:rPr>
          <w:b/>
          <w:i w:val="0"/>
          <w:smallCaps w:val="0"/>
          <w:strike w:val="0"/>
          <w:sz w:val="24"/>
          <w:highlight w:val="cyan"/>
          <w:u w:val="single"/>
        </w:rPr>
        <w:t>mediation</w:t>
      </w:r>
      <w:r>
        <w:rPr>
          <w:b/>
          <w:i w:val="0"/>
          <w:smallCaps w:val="0"/>
          <w:strike w:val="0"/>
          <w:u w:val="single"/>
        </w:rPr>
        <w:t xml:space="preserve"> and </w:t>
      </w:r>
      <w:r>
        <w:rPr>
          <w:b/>
          <w:i w:val="0"/>
          <w:smallCaps w:val="0"/>
          <w:strike w:val="0"/>
          <w:sz w:val="24"/>
          <w:u w:val="single"/>
        </w:rPr>
        <w:t>de-escalation</w:t>
      </w:r>
      <w:r>
        <w:rPr>
          <w:b/>
          <w:i w:val="0"/>
          <w:smallCaps w:val="0"/>
          <w:strike w:val="0"/>
          <w:u w:val="single"/>
        </w:rPr>
        <w:t>. These</w:t>
      </w:r>
      <w:r>
        <w:rPr>
          <w:b w:val="0"/>
          <w:i w:val="0"/>
          <w:smallCaps w:val="0"/>
          <w:strike w:val="0"/>
          <w:sz w:val="16"/>
          <w:u w:val="none"/>
        </w:rPr>
        <w:t xml:space="preserve"> offers </w:t>
      </w:r>
      <w:r>
        <w:rPr>
          <w:b/>
          <w:i w:val="0"/>
          <w:smallCaps w:val="0"/>
          <w:strike w:val="0"/>
          <w:u w:val="single"/>
        </w:rPr>
        <w:t>are not likely to stop in</w:t>
      </w:r>
      <w:r>
        <w:rPr>
          <w:b w:val="0"/>
          <w:i w:val="0"/>
          <w:smallCaps w:val="0"/>
          <w:strike w:val="0"/>
          <w:sz w:val="16"/>
          <w:u w:val="none"/>
        </w:rPr>
        <w:t xml:space="preserve"> case of </w:t>
      </w:r>
      <w:r>
        <w:rPr>
          <w:b/>
          <w:i w:val="0"/>
          <w:smallCaps w:val="0"/>
          <w:strike w:val="0"/>
          <w:u w:val="single"/>
        </w:rPr>
        <w:t>future incidents</w:t>
      </w:r>
      <w:r>
        <w:rPr>
          <w:b w:val="0"/>
          <w:i w:val="0"/>
          <w:smallCaps w:val="0"/>
          <w:strike w:val="0"/>
          <w:sz w:val="16"/>
          <w:u w:val="none"/>
        </w:rPr>
        <w:t xml:space="preserve"> as the importance of peace in South Asia cannot be understated.</w:t>
      </w:r>
    </w:p>
    <w:p>
      <w:pPr>
        <w:spacing w:after="60"/>
      </w:pPr>
      <w:r>
        <w:rPr>
          <w:b/>
          <w:i w:val="0"/>
          <w:smallCaps w:val="0"/>
          <w:strike w:val="0"/>
          <w:highlight w:val="cyan"/>
          <w:u w:val="single"/>
        </w:rPr>
        <w:t>Despite</w:t>
      </w:r>
      <w:r>
        <w:rPr>
          <w:b w:val="0"/>
          <w:i w:val="0"/>
          <w:smallCaps w:val="0"/>
          <w:strike w:val="0"/>
          <w:sz w:val="16"/>
          <w:u w:val="none"/>
        </w:rPr>
        <w:t xml:space="preserve"> making </w:t>
      </w:r>
      <w:r>
        <w:rPr>
          <w:b/>
          <w:i w:val="0"/>
          <w:smallCaps w:val="0"/>
          <w:strike w:val="0"/>
          <w:u w:val="single"/>
        </w:rPr>
        <w:t xml:space="preserve">veiled </w:t>
      </w:r>
      <w:r>
        <w:rPr>
          <w:b/>
          <w:i w:val="0"/>
          <w:smallCaps w:val="0"/>
          <w:strike w:val="0"/>
          <w:highlight w:val="cyan"/>
          <w:u w:val="single"/>
        </w:rPr>
        <w:t>threats</w:t>
      </w:r>
      <w:r>
        <w:rPr>
          <w:b w:val="0"/>
          <w:i w:val="0"/>
          <w:smallCaps w:val="0"/>
          <w:strike w:val="0"/>
          <w:sz w:val="16"/>
          <w:u w:val="none"/>
        </w:rPr>
        <w:t xml:space="preserve"> about using nuclear weapons in case of increasing tensions, </w:t>
      </w:r>
      <w:r>
        <w:rPr>
          <w:b/>
          <w:i w:val="0"/>
          <w:smallCaps w:val="0"/>
          <w:strike w:val="0"/>
          <w:u w:val="single"/>
        </w:rPr>
        <w:t xml:space="preserve">the </w:t>
      </w:r>
      <w:r>
        <w:rPr>
          <w:b/>
          <w:i w:val="0"/>
          <w:smallCaps w:val="0"/>
          <w:strike w:val="0"/>
          <w:sz w:val="24"/>
          <w:highlight w:val="cyan"/>
          <w:u w:val="single"/>
        </w:rPr>
        <w:t>Pakistan</w:t>
      </w:r>
      <w:r>
        <w:rPr>
          <w:b/>
          <w:i w:val="0"/>
          <w:smallCaps w:val="0"/>
          <w:strike w:val="0"/>
          <w:u w:val="single"/>
        </w:rPr>
        <w:t xml:space="preserve">i leadership </w:t>
      </w:r>
      <w:r>
        <w:rPr>
          <w:b/>
          <w:i w:val="0"/>
          <w:smallCaps w:val="0"/>
          <w:strike w:val="0"/>
          <w:highlight w:val="cyan"/>
          <w:u w:val="single"/>
        </w:rPr>
        <w:t xml:space="preserve">will </w:t>
      </w:r>
      <w:r>
        <w:rPr>
          <w:b/>
          <w:i w:val="0"/>
          <w:smallCaps w:val="0"/>
          <w:strike w:val="0"/>
          <w:sz w:val="24"/>
          <w:highlight w:val="cyan"/>
          <w:u w:val="single"/>
        </w:rPr>
        <w:t>not act</w:t>
      </w:r>
      <w:r>
        <w:rPr>
          <w:b/>
          <w:i w:val="0"/>
          <w:smallCaps w:val="0"/>
          <w:strike w:val="0"/>
          <w:sz w:val="24"/>
          <w:u w:val="single"/>
        </w:rPr>
        <w:t xml:space="preserve"> upon it</w:t>
      </w:r>
      <w:r>
        <w:rPr>
          <w:b/>
          <w:i w:val="0"/>
          <w:smallCaps w:val="0"/>
          <w:strike w:val="0"/>
          <w:u w:val="single"/>
        </w:rPr>
        <w:t xml:space="preserve"> simply because </w:t>
      </w:r>
      <w:r>
        <w:rPr>
          <w:b/>
          <w:i w:val="0"/>
          <w:smallCaps w:val="0"/>
          <w:strike w:val="0"/>
          <w:highlight w:val="cyan"/>
          <w:u w:val="single"/>
        </w:rPr>
        <w:t>that would be</w:t>
      </w:r>
      <w:r>
        <w:rPr>
          <w:b/>
          <w:i w:val="0"/>
          <w:smallCaps w:val="0"/>
          <w:strike w:val="0"/>
          <w:u w:val="single"/>
        </w:rPr>
        <w:t xml:space="preserve"> a </w:t>
      </w:r>
      <w:r>
        <w:rPr>
          <w:b/>
          <w:i w:val="0"/>
          <w:smallCaps w:val="0"/>
          <w:strike w:val="0"/>
          <w:highlight w:val="cyan"/>
          <w:u w:val="single"/>
        </w:rPr>
        <w:t>[self-defeating]</w:t>
      </w:r>
      <w:r>
        <w:rPr>
          <w:b w:val="0"/>
          <w:i w:val="0"/>
          <w:smallCaps w:val="0"/>
          <w:strike w:val="0"/>
          <w:u w:val="none"/>
        </w:rPr>
        <w:t xml:space="preserve"> </w:t>
      </w:r>
      <w:r>
        <w:rPr>
          <w:b w:val="0"/>
          <w:i w:val="0"/>
          <w:smallCaps w:val="0"/>
          <w:strike/>
          <w:sz w:val="16"/>
          <w:u w:val="none"/>
        </w:rPr>
        <w:t>suicidal</w:t>
      </w:r>
      <w:r>
        <w:rPr>
          <w:b/>
          <w:i w:val="0"/>
          <w:smallCaps w:val="0"/>
          <w:strike w:val="0"/>
          <w:sz w:val="16"/>
          <w:u w:val="single"/>
        </w:rPr>
        <w:t xml:space="preserve"> </w:t>
      </w:r>
      <w:r>
        <w:rPr>
          <w:b/>
          <w:i w:val="0"/>
          <w:smallCaps w:val="0"/>
          <w:strike w:val="0"/>
          <w:u w:val="single"/>
        </w:rPr>
        <w:t>move</w:t>
      </w:r>
      <w:r>
        <w:rPr>
          <w:b w:val="0"/>
          <w:i w:val="0"/>
          <w:smallCaps w:val="0"/>
          <w:strike w:val="0"/>
          <w:sz w:val="16"/>
          <w:u w:val="none"/>
        </w:rPr>
        <w:t xml:space="preserve">. There can be no doubt that India’s response, when it comes, will be massive and punitive. </w:t>
      </w:r>
      <w:r>
        <w:rPr>
          <w:b/>
          <w:i w:val="0"/>
          <w:smallCaps w:val="0"/>
          <w:strike w:val="0"/>
          <w:u w:val="single"/>
        </w:rPr>
        <w:t>India</w:t>
      </w:r>
      <w:r>
        <w:rPr>
          <w:b w:val="0"/>
          <w:i w:val="0"/>
          <w:smallCaps w:val="0"/>
          <w:strike w:val="0"/>
          <w:sz w:val="16"/>
          <w:u w:val="none"/>
        </w:rPr>
        <w:t xml:space="preserve"> also </w:t>
      </w:r>
      <w:r>
        <w:rPr>
          <w:b/>
          <w:i w:val="0"/>
          <w:smallCaps w:val="0"/>
          <w:strike w:val="0"/>
          <w:u w:val="single"/>
        </w:rPr>
        <w:t>possesses a</w:t>
      </w:r>
      <w:r>
        <w:rPr>
          <w:b w:val="0"/>
          <w:i w:val="0"/>
          <w:smallCaps w:val="0"/>
          <w:strike w:val="0"/>
          <w:sz w:val="16"/>
          <w:u w:val="none"/>
        </w:rPr>
        <w:t xml:space="preserve"> nuclear </w:t>
      </w:r>
      <w:r>
        <w:rPr>
          <w:b/>
          <w:i w:val="0"/>
          <w:smallCaps w:val="0"/>
          <w:strike w:val="0"/>
          <w:u w:val="single"/>
        </w:rPr>
        <w:t>triad</w:t>
      </w:r>
      <w:r>
        <w:rPr>
          <w:b w:val="0"/>
          <w:i w:val="0"/>
          <w:smallCaps w:val="0"/>
          <w:strike w:val="0"/>
          <w:sz w:val="16"/>
          <w:u w:val="none"/>
        </w:rPr>
        <w:t xml:space="preserve"> capability, </w:t>
      </w:r>
      <w:r>
        <w:rPr>
          <w:b/>
          <w:i w:val="0"/>
          <w:smallCaps w:val="0"/>
          <w:strike w:val="0"/>
          <w:u w:val="single"/>
        </w:rPr>
        <w:t>and this means</w:t>
      </w:r>
      <w:r>
        <w:rPr>
          <w:b w:val="0"/>
          <w:i w:val="0"/>
          <w:smallCaps w:val="0"/>
          <w:strike w:val="0"/>
          <w:sz w:val="16"/>
          <w:u w:val="none"/>
        </w:rPr>
        <w:t xml:space="preserve"> that </w:t>
      </w:r>
      <w:r>
        <w:rPr>
          <w:b/>
          <w:i w:val="0"/>
          <w:smallCaps w:val="0"/>
          <w:strike w:val="0"/>
          <w:u w:val="single"/>
        </w:rPr>
        <w:t>a first strike will not</w:t>
      </w:r>
      <w:r>
        <w:rPr>
          <w:b w:val="0"/>
          <w:i w:val="0"/>
          <w:smallCaps w:val="0"/>
          <w:strike w:val="0"/>
          <w:sz w:val="16"/>
          <w:u w:val="none"/>
        </w:rPr>
        <w:t xml:space="preserve"> be able to </w:t>
      </w:r>
      <w:r>
        <w:rPr>
          <w:b/>
          <w:i w:val="0"/>
          <w:smallCaps w:val="0"/>
          <w:strike w:val="0"/>
          <w:u w:val="single"/>
        </w:rPr>
        <w:t>nullify</w:t>
      </w:r>
      <w:r>
        <w:rPr>
          <w:b w:val="0"/>
          <w:i w:val="0"/>
          <w:smallCaps w:val="0"/>
          <w:strike w:val="0"/>
          <w:sz w:val="16"/>
          <w:u w:val="none"/>
        </w:rPr>
        <w:t xml:space="preserve"> India’s </w:t>
      </w:r>
      <w:r>
        <w:rPr>
          <w:b/>
          <w:i w:val="0"/>
          <w:smallCaps w:val="0"/>
          <w:strike w:val="0"/>
          <w:u w:val="single"/>
        </w:rPr>
        <w:t>retaliatory capability</w:t>
      </w:r>
      <w:r>
        <w:rPr>
          <w:b w:val="0"/>
          <w:i w:val="0"/>
          <w:smallCaps w:val="0"/>
          <w:strike w:val="0"/>
          <w:sz w:val="16"/>
          <w:u w:val="none"/>
        </w:rPr>
        <w:t xml:space="preserve">. So, it is safe to expect that </w:t>
      </w:r>
      <w:r>
        <w:rPr>
          <w:b/>
          <w:i w:val="0"/>
          <w:smallCaps w:val="0"/>
          <w:strike w:val="0"/>
          <w:u w:val="single"/>
        </w:rPr>
        <w:t>any</w:t>
      </w:r>
      <w:r>
        <w:rPr>
          <w:b w:val="0"/>
          <w:i w:val="0"/>
          <w:smallCaps w:val="0"/>
          <w:strike w:val="0"/>
          <w:sz w:val="16"/>
          <w:u w:val="none"/>
        </w:rPr>
        <w:t xml:space="preserve"> nuclear </w:t>
      </w:r>
      <w:r>
        <w:rPr>
          <w:b/>
          <w:i w:val="0"/>
          <w:smallCaps w:val="0"/>
          <w:strike w:val="0"/>
          <w:highlight w:val="cyan"/>
          <w:u w:val="single"/>
        </w:rPr>
        <w:t>saber-rattling will</w:t>
      </w:r>
      <w:r>
        <w:rPr>
          <w:b/>
          <w:i w:val="0"/>
          <w:smallCaps w:val="0"/>
          <w:strike w:val="0"/>
          <w:u w:val="single"/>
        </w:rPr>
        <w:t xml:space="preserve"> remain </w:t>
      </w:r>
      <w:r>
        <w:rPr>
          <w:b/>
          <w:i w:val="0"/>
          <w:smallCaps w:val="0"/>
          <w:strike w:val="0"/>
          <w:sz w:val="24"/>
          <w:u w:val="single"/>
        </w:rPr>
        <w:t>limited</w:t>
      </w:r>
      <w:r>
        <w:rPr>
          <w:b w:val="0"/>
          <w:i w:val="0"/>
          <w:smallCaps w:val="0"/>
          <w:strike w:val="0"/>
          <w:sz w:val="16"/>
          <w:u w:val="none"/>
        </w:rPr>
        <w:t xml:space="preserve"> to that only </w:t>
      </w:r>
      <w:r>
        <w:rPr>
          <w:b/>
          <w:i w:val="0"/>
          <w:smallCaps w:val="0"/>
          <w:strike w:val="0"/>
          <w:u w:val="single"/>
        </w:rPr>
        <w:t xml:space="preserve">and </w:t>
      </w:r>
      <w:r>
        <w:rPr>
          <w:b/>
          <w:i w:val="0"/>
          <w:smallCaps w:val="0"/>
          <w:strike w:val="0"/>
          <w:sz w:val="24"/>
          <w:highlight w:val="cyan"/>
          <w:u w:val="single"/>
        </w:rPr>
        <w:t>not go beyond</w:t>
      </w:r>
      <w:r>
        <w:rPr>
          <w:b/>
          <w:i w:val="0"/>
          <w:smallCaps w:val="0"/>
          <w:strike w:val="0"/>
          <w:highlight w:val="cyan"/>
          <w:u w:val="single"/>
        </w:rPr>
        <w:t xml:space="preserve"> threats</w:t>
      </w:r>
      <w:r>
        <w:rPr>
          <w:b w:val="0"/>
          <w:i w:val="0"/>
          <w:smallCaps w:val="0"/>
          <w:strike w:val="0"/>
          <w:sz w:val="16"/>
          <w:u w:val="none"/>
        </w:rPr>
        <w:t>.</w:t>
      </w:r>
    </w:p>
    <w:p>
      <w:pPr>
        <w:spacing w:after="60"/>
      </w:pPr>
      <w:r>
        <w:rPr>
          <w:b w:val="0"/>
          <w:i w:val="0"/>
          <w:smallCaps w:val="0"/>
          <w:strike w:val="0"/>
          <w:sz w:val="16"/>
          <w:u w:val="none"/>
        </w:rPr>
        <w:t xml:space="preserve">But </w:t>
      </w:r>
      <w:r>
        <w:rPr>
          <w:b/>
          <w:i w:val="0"/>
          <w:smallCaps w:val="0"/>
          <w:strike w:val="0"/>
          <w:u w:val="single"/>
        </w:rPr>
        <w:t>there are a number of risk factors to consider as well</w:t>
      </w:r>
      <w:r>
        <w:rPr>
          <w:b w:val="0"/>
          <w:i w:val="0"/>
          <w:smallCaps w:val="0"/>
          <w:strike w:val="0"/>
          <w:sz w:val="16"/>
          <w:u w:val="none"/>
        </w:rPr>
        <w:t xml:space="preserve">. Pakistan is believed to possess tactical nuclear weapons which are meant for battlefield use. Thus, a large-scale war between India and Pakistan sees a greater chance of tactical nuclear weapons being deployed. But such a situation is unlikely to come about as it is in neither country’s interest to engage in such a large-scale conflict as it is simply not feasible, and </w:t>
      </w:r>
      <w:r>
        <w:rPr>
          <w:b/>
          <w:i w:val="0"/>
          <w:smallCaps w:val="0"/>
          <w:strike w:val="0"/>
          <w:u w:val="single"/>
        </w:rPr>
        <w:t xml:space="preserve">the </w:t>
      </w:r>
      <w:r>
        <w:rPr>
          <w:b/>
          <w:i w:val="0"/>
          <w:smallCaps w:val="0"/>
          <w:strike w:val="0"/>
          <w:highlight w:val="cyan"/>
          <w:u w:val="single"/>
        </w:rPr>
        <w:t>resources required would</w:t>
      </w:r>
      <w:r>
        <w:rPr>
          <w:b/>
          <w:i w:val="0"/>
          <w:smallCaps w:val="0"/>
          <w:strike w:val="0"/>
          <w:u w:val="single"/>
        </w:rPr>
        <w:t xml:space="preserve"> put unmanageable </w:t>
      </w:r>
      <w:r>
        <w:rPr>
          <w:b/>
          <w:i w:val="0"/>
          <w:smallCaps w:val="0"/>
          <w:strike w:val="0"/>
          <w:sz w:val="24"/>
          <w:highlight w:val="cyan"/>
          <w:u w:val="single"/>
        </w:rPr>
        <w:t>strain</w:t>
      </w:r>
      <w:r>
        <w:rPr>
          <w:b/>
          <w:i w:val="0"/>
          <w:smallCaps w:val="0"/>
          <w:strike w:val="0"/>
          <w:u w:val="single"/>
        </w:rPr>
        <w:t xml:space="preserve">s on the </w:t>
      </w:r>
      <w:r>
        <w:rPr>
          <w:b/>
          <w:i w:val="0"/>
          <w:smallCaps w:val="0"/>
          <w:strike w:val="0"/>
          <w:highlight w:val="cyan"/>
          <w:u w:val="single"/>
        </w:rPr>
        <w:t>economies</w:t>
      </w:r>
      <w:r>
        <w:rPr>
          <w:b/>
          <w:i w:val="0"/>
          <w:smallCaps w:val="0"/>
          <w:strike w:val="0"/>
          <w:u w:val="single"/>
        </w:rPr>
        <w:t xml:space="preserve"> of both</w:t>
      </w:r>
      <w:r>
        <w:rPr>
          <w:b w:val="0"/>
          <w:i w:val="0"/>
          <w:smallCaps w:val="0"/>
          <w:strike w:val="0"/>
          <w:sz w:val="16"/>
          <w:u w:val="none"/>
        </w:rPr>
        <w:t xml:space="preserve"> India and Pakistan. As it is, </w:t>
      </w:r>
      <w:r>
        <w:rPr>
          <w:b/>
          <w:i w:val="0"/>
          <w:smallCaps w:val="0"/>
          <w:strike w:val="0"/>
          <w:u w:val="single"/>
        </w:rPr>
        <w:t xml:space="preserve">the economy in </w:t>
      </w:r>
      <w:r>
        <w:rPr>
          <w:b/>
          <w:i w:val="0"/>
          <w:smallCaps w:val="0"/>
          <w:strike w:val="0"/>
          <w:highlight w:val="cyan"/>
          <w:u w:val="single"/>
        </w:rPr>
        <w:t xml:space="preserve">Pakistan is </w:t>
      </w:r>
      <w:r>
        <w:rPr>
          <w:b/>
          <w:i w:val="0"/>
          <w:smallCaps w:val="0"/>
          <w:strike w:val="0"/>
          <w:sz w:val="24"/>
          <w:highlight w:val="cyan"/>
          <w:u w:val="single"/>
        </w:rPr>
        <w:t>tottering</w:t>
      </w:r>
      <w:r>
        <w:rPr>
          <w:b w:val="0"/>
          <w:i w:val="0"/>
          <w:smallCaps w:val="0"/>
          <w:strike w:val="0"/>
          <w:sz w:val="16"/>
          <w:u w:val="none"/>
        </w:rPr>
        <w:t xml:space="preserve"> and engaging in a war will push it over the edge – simply put, </w:t>
      </w:r>
      <w:r>
        <w:rPr>
          <w:b/>
          <w:i w:val="0"/>
          <w:smallCaps w:val="0"/>
          <w:strike w:val="0"/>
          <w:u w:val="single"/>
        </w:rPr>
        <w:t xml:space="preserve">Pakistan </w:t>
      </w:r>
      <w:r>
        <w:rPr>
          <w:b/>
          <w:i w:val="0"/>
          <w:smallCaps w:val="0"/>
          <w:strike w:val="0"/>
          <w:sz w:val="24"/>
          <w:highlight w:val="cyan"/>
          <w:u w:val="single"/>
        </w:rPr>
        <w:t>cannot afford</w:t>
      </w:r>
      <w:r>
        <w:rPr>
          <w:b/>
          <w:i w:val="0"/>
          <w:smallCaps w:val="0"/>
          <w:strike w:val="0"/>
          <w:highlight w:val="cyan"/>
          <w:u w:val="single"/>
        </w:rPr>
        <w:t xml:space="preserve"> war</w:t>
      </w:r>
      <w:r>
        <w:rPr>
          <w:b w:val="0"/>
          <w:i w:val="0"/>
          <w:smallCaps w:val="0"/>
          <w:strike w:val="0"/>
          <w:sz w:val="16"/>
          <w:u w:val="none"/>
        </w:rPr>
        <w:t>.</w:t>
      </w:r>
    </w:p>
    <w:p>
      <w:pPr>
        <w:spacing w:after="60"/>
      </w:pPr>
      <w:r>
        <w:rPr>
          <w:b w:val="0"/>
          <w:i w:val="0"/>
          <w:smallCaps w:val="0"/>
          <w:strike w:val="0"/>
          <w:sz w:val="16"/>
          <w:u w:val="none"/>
        </w:rPr>
        <w:t xml:space="preserve">One more factor to consider, even though it is a distant possibility, is that if the governmental system of either country collapses and there is a complete breakdown of law and order. Then there are higher chances of nuclear weapons falling into the wrong hands who would have no qualms about using them. But </w:t>
      </w:r>
      <w:r>
        <w:rPr>
          <w:b/>
          <w:i w:val="0"/>
          <w:smallCaps w:val="0"/>
          <w:strike w:val="0"/>
          <w:u w:val="single"/>
        </w:rPr>
        <w:t>the launching of nuclear weapons is</w:t>
      </w:r>
      <w:r>
        <w:rPr>
          <w:b w:val="0"/>
          <w:i w:val="0"/>
          <w:smallCaps w:val="0"/>
          <w:strike w:val="0"/>
          <w:sz w:val="16"/>
          <w:u w:val="none"/>
        </w:rPr>
        <w:t xml:space="preserve"> a </w:t>
      </w:r>
      <w:r>
        <w:rPr>
          <w:b/>
          <w:i w:val="0"/>
          <w:smallCaps w:val="0"/>
          <w:strike w:val="0"/>
          <w:u w:val="single"/>
        </w:rPr>
        <w:t>complex</w:t>
      </w:r>
      <w:r>
        <w:rPr>
          <w:b w:val="0"/>
          <w:i w:val="0"/>
          <w:smallCaps w:val="0"/>
          <w:strike w:val="0"/>
          <w:sz w:val="16"/>
          <w:u w:val="none"/>
        </w:rPr>
        <w:t xml:space="preserve"> process </w:t>
      </w:r>
      <w:r>
        <w:rPr>
          <w:b/>
          <w:i w:val="0"/>
          <w:smallCaps w:val="0"/>
          <w:strike w:val="0"/>
          <w:u w:val="single"/>
        </w:rPr>
        <w:t xml:space="preserve">and </w:t>
      </w:r>
      <w:r>
        <w:rPr>
          <w:b/>
          <w:i w:val="0"/>
          <w:smallCaps w:val="0"/>
          <w:strike w:val="0"/>
          <w:highlight w:val="cyan"/>
          <w:u w:val="single"/>
        </w:rPr>
        <w:t>both</w:t>
      </w:r>
      <w:r>
        <w:rPr>
          <w:b w:val="0"/>
          <w:i w:val="0"/>
          <w:smallCaps w:val="0"/>
          <w:strike w:val="0"/>
          <w:sz w:val="16"/>
          <w:u w:val="none"/>
        </w:rPr>
        <w:t xml:space="preserve"> India and Pakistan, reportedly </w:t>
      </w:r>
      <w:r>
        <w:rPr>
          <w:b/>
          <w:i w:val="0"/>
          <w:smallCaps w:val="0"/>
          <w:strike w:val="0"/>
          <w:highlight w:val="cyan"/>
          <w:u w:val="single"/>
        </w:rPr>
        <w:t>keep</w:t>
      </w:r>
      <w:r>
        <w:rPr>
          <w:b/>
          <w:i w:val="0"/>
          <w:smallCaps w:val="0"/>
          <w:strike w:val="0"/>
          <w:u w:val="single"/>
        </w:rPr>
        <w:t xml:space="preserve"> their</w:t>
      </w:r>
      <w:r>
        <w:rPr>
          <w:b w:val="0"/>
          <w:i w:val="0"/>
          <w:smallCaps w:val="0"/>
          <w:strike w:val="0"/>
          <w:sz w:val="16"/>
          <w:u w:val="none"/>
        </w:rPr>
        <w:t xml:space="preserve"> nuclear </w:t>
      </w:r>
      <w:r>
        <w:rPr>
          <w:b/>
          <w:i w:val="0"/>
          <w:smallCaps w:val="0"/>
          <w:strike w:val="0"/>
          <w:highlight w:val="cyan"/>
          <w:u w:val="single"/>
        </w:rPr>
        <w:t>weapons</w:t>
      </w:r>
      <w:r>
        <w:rPr>
          <w:b w:val="0"/>
          <w:i w:val="0"/>
          <w:smallCaps w:val="0"/>
          <w:strike w:val="0"/>
          <w:sz w:val="16"/>
          <w:u w:val="none"/>
        </w:rPr>
        <w:t xml:space="preserve"> in a </w:t>
      </w:r>
      <w:r>
        <w:rPr>
          <w:b/>
          <w:i w:val="0"/>
          <w:smallCaps w:val="0"/>
          <w:strike w:val="0"/>
          <w:sz w:val="24"/>
          <w:highlight w:val="cyan"/>
          <w:u w:val="single"/>
        </w:rPr>
        <w:t>de-mated</w:t>
      </w:r>
      <w:r>
        <w:rPr>
          <w:b w:val="0"/>
          <w:i w:val="0"/>
          <w:smallCaps w:val="0"/>
          <w:strike w:val="0"/>
          <w:sz w:val="16"/>
          <w:u w:val="none"/>
        </w:rPr>
        <w:t xml:space="preserve"> state, that is to say, the warheads are stored separate from the launchers.</w:t>
      </w:r>
    </w:p>
    <w:p>
      <w:pPr>
        <w:spacing w:after="60"/>
      </w:pPr>
      <w:r>
        <w:rPr>
          <w:b w:val="0"/>
          <w:i w:val="0"/>
          <w:smallCaps w:val="0"/>
          <w:strike w:val="0"/>
          <w:sz w:val="16"/>
          <w:u w:val="none"/>
        </w:rPr>
        <w:t>This reduces the aforementioned risk somewhat and it is very likely that should there be such an eventuality where there is a collapse of the government of a nuclear-armed country, the international community will step in immediately to stop nuclear weapons and weapon materials from getting misplaced. A similar example exists if one were to look at the dissolution of the Soviet Union, the collapse of which created widespread fears about the safety of the tens of thousands of nuclear weapons possessed by the country. But timely and proper action and cooperation between the United States and the new Russian government, both of whom were ideological enemies for so many decades, allayed those fears and allowed for all those weapons to be secured in a safe manner.</w:t>
      </w:r>
    </w:p>
    <w:p>
      <w:pPr>
        <w:spacing w:after="60"/>
      </w:pPr>
      <w:r>
        <w:rPr>
          <w:b w:val="0"/>
          <w:i w:val="0"/>
          <w:smallCaps w:val="0"/>
          <w:strike w:val="0"/>
          <w:sz w:val="16"/>
          <w:u w:val="none"/>
        </w:rPr>
        <w:t xml:space="preserve">So, </w:t>
      </w:r>
      <w:r>
        <w:rPr>
          <w:b/>
          <w:i w:val="0"/>
          <w:smallCaps w:val="0"/>
          <w:strike w:val="0"/>
          <w:u w:val="single"/>
        </w:rPr>
        <w:t xml:space="preserve">considering all these factors, one can rest assured that we do not need to worry about a nuclear apocalypse caused by India and Pakistan lobbing nuclear weapons at each other. </w:t>
      </w:r>
      <w:r>
        <w:rPr>
          <w:b/>
          <w:i w:val="0"/>
          <w:smallCaps w:val="0"/>
          <w:strike w:val="0"/>
          <w:highlight w:val="cyan"/>
          <w:u w:val="single"/>
        </w:rPr>
        <w:t>Despite</w:t>
      </w:r>
      <w:r>
        <w:rPr>
          <w:b/>
          <w:i w:val="0"/>
          <w:smallCaps w:val="0"/>
          <w:strike w:val="0"/>
          <w:u w:val="single"/>
        </w:rPr>
        <w:t xml:space="preserve"> all the </w:t>
      </w:r>
      <w:r>
        <w:rPr>
          <w:b/>
          <w:i w:val="0"/>
          <w:smallCaps w:val="0"/>
          <w:strike w:val="0"/>
          <w:sz w:val="24"/>
          <w:u w:val="single"/>
        </w:rPr>
        <w:t xml:space="preserve">political </w:t>
      </w:r>
      <w:r>
        <w:rPr>
          <w:b/>
          <w:i w:val="0"/>
          <w:smallCaps w:val="0"/>
          <w:strike w:val="0"/>
          <w:sz w:val="24"/>
          <w:highlight w:val="cyan"/>
          <w:u w:val="single"/>
        </w:rPr>
        <w:t>rhetoric</w:t>
      </w:r>
      <w:r>
        <w:rPr>
          <w:b/>
          <w:i w:val="0"/>
          <w:smallCaps w:val="0"/>
          <w:strike w:val="0"/>
          <w:highlight w:val="cyan"/>
          <w:u w:val="single"/>
        </w:rPr>
        <w:t xml:space="preserve"> and </w:t>
      </w:r>
      <w:r>
        <w:rPr>
          <w:b/>
          <w:i w:val="0"/>
          <w:smallCaps w:val="0"/>
          <w:strike w:val="0"/>
          <w:sz w:val="24"/>
          <w:highlight w:val="cyan"/>
          <w:u w:val="single"/>
        </w:rPr>
        <w:t>scare-mongering</w:t>
      </w:r>
      <w:r>
        <w:rPr>
          <w:b/>
          <w:i w:val="0"/>
          <w:smallCaps w:val="0"/>
          <w:strike w:val="0"/>
          <w:u w:val="single"/>
        </w:rPr>
        <w:t xml:space="preserve">, we will </w:t>
      </w:r>
      <w:r>
        <w:rPr>
          <w:b/>
          <w:i w:val="0"/>
          <w:smallCaps w:val="0"/>
          <w:strike w:val="0"/>
          <w:sz w:val="24"/>
          <w:highlight w:val="cyan"/>
          <w:u w:val="single"/>
        </w:rPr>
        <w:t>no</w:t>
      </w:r>
      <w:r>
        <w:rPr>
          <w:b/>
          <w:i w:val="0"/>
          <w:smallCaps w:val="0"/>
          <w:strike w:val="0"/>
          <w:u w:val="single"/>
        </w:rPr>
        <w:t xml:space="preserve">t be living in a </w:t>
      </w:r>
      <w:r>
        <w:rPr>
          <w:b/>
          <w:i w:val="0"/>
          <w:smallCaps w:val="0"/>
          <w:strike w:val="0"/>
          <w:sz w:val="24"/>
          <w:highlight w:val="cyan"/>
          <w:u w:val="single"/>
        </w:rPr>
        <w:t>nuclear winter</w:t>
      </w:r>
      <w:r>
        <w:rPr>
          <w:b/>
          <w:i w:val="0"/>
          <w:smallCaps w:val="0"/>
          <w:strike w:val="0"/>
          <w:u w:val="single"/>
        </w:rPr>
        <w:t xml:space="preserve"> any time soon</w:t>
      </w:r>
      <w:r>
        <w:rPr>
          <w:b w:val="0"/>
          <w:i w:val="0"/>
          <w:smallCaps w:val="0"/>
          <w:strike w:val="0"/>
          <w:sz w:val="16"/>
          <w:u w:val="none"/>
        </w:rPr>
        <w:t>.</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