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escalation – </w:t>
      </w:r>
      <w:r>
        <w:rPr>
          <w:b/>
          <w:i w:val="0"/>
          <w:smallCaps w:val="0"/>
          <w:strike w:val="0"/>
          <w:sz w:val="26"/>
          <w:u w:val="single"/>
        </w:rPr>
        <w:t>humiliate, not eliminate</w:t>
      </w:r>
      <w:r>
        <w:rPr>
          <w:b/>
          <w:i w:val="0"/>
          <w:smallCaps w:val="0"/>
          <w:strike w:val="0"/>
          <w:sz w:val="26"/>
          <w:u w:val="none"/>
        </w:rPr>
        <w:t>.</w:t>
      </w:r>
    </w:p>
    <w:p>
      <w:pPr>
        <w:spacing w:after="80"/>
      </w:pPr>
      <w:r>
        <w:rPr>
          <w:b/>
          <w:i w:val="0"/>
          <w:smallCaps w:val="0"/>
          <w:strike w:val="0"/>
          <w:sz w:val="26"/>
          <w:u w:val="none"/>
        </w:rPr>
        <w:t>Kadir 19</w:t>
      </w:r>
      <w:r>
        <w:rPr>
          <w:b w:val="0"/>
          <w:i w:val="0"/>
          <w:smallCaps w:val="0"/>
          <w:strike w:val="0"/>
          <w:u w:val="none"/>
        </w:rPr>
        <w:t xml:space="preserve"> – Jawad Kadir, Politics, Philosophy, and Religion PhD Candidate at Lancaster Univeristy, expert in Pakistan-India relations, citing “The</w:t>
      </w:r>
      <w:r>
        <w:rPr>
          <w:b w:val="0"/>
          <w:i/>
          <w:smallCaps w:val="0"/>
          <w:strike w:val="0"/>
          <w:u w:val="none"/>
        </w:rPr>
        <w:t xml:space="preserve"> </w:t>
      </w:r>
      <w:r>
        <w:rPr>
          <w:b w:val="0"/>
          <w:i w:val="0"/>
          <w:smallCaps w:val="0"/>
          <w:strike w:val="0"/>
          <w:u w:val="none"/>
        </w:rPr>
        <w:t>Spy Chronicles” by AS Dulat, Asad Durrani and Aditya Sinha. [India and Pakistan Won’t Fight to Death Because They Need Each Other, 5-18-2019, https://theglobepost.com/2019/03/06/india-pakistan-conflict/]</w:t>
      </w:r>
    </w:p>
    <w:p>
      <w:pPr>
        <w:spacing w:after="60"/>
      </w:pPr>
      <w:r>
        <w:rPr>
          <w:b w:val="0"/>
          <w:i w:val="0"/>
          <w:smallCaps w:val="0"/>
          <w:strike w:val="0"/>
          <w:sz w:val="16"/>
          <w:u w:val="none"/>
        </w:rPr>
        <w:t xml:space="preserve">India-Pakistan Ties These developments have the international community worried about the possibility of an all-out conflict, which would seriously challenge security in the Asian subcontinent. However, there also prevails </w:t>
      </w:r>
      <w:r>
        <w:rPr>
          <w:b/>
          <w:i w:val="0"/>
          <w:smallCaps w:val="0"/>
          <w:strike w:val="0"/>
          <w:u w:val="single"/>
        </w:rPr>
        <w:t xml:space="preserve">a popular </w:t>
      </w:r>
      <w:r>
        <w:rPr>
          <w:b/>
          <w:i w:val="0"/>
          <w:smallCaps w:val="0"/>
          <w:strike w:val="0"/>
          <w:highlight w:val="cyan"/>
          <w:u w:val="single"/>
        </w:rPr>
        <w:t>narrative</w:t>
      </w:r>
      <w:r>
        <w:rPr>
          <w:b/>
          <w:i w:val="0"/>
          <w:smallCaps w:val="0"/>
          <w:strike w:val="0"/>
          <w:u w:val="single"/>
        </w:rPr>
        <w:t xml:space="preserve"> that</w:t>
      </w:r>
      <w:r>
        <w:rPr>
          <w:b w:val="0"/>
          <w:i w:val="0"/>
          <w:smallCaps w:val="0"/>
          <w:strike w:val="0"/>
          <w:sz w:val="16"/>
          <w:u w:val="none"/>
        </w:rPr>
        <w:t xml:space="preserve"> the </w:t>
      </w:r>
      <w:r>
        <w:rPr>
          <w:b/>
          <w:i w:val="0"/>
          <w:smallCaps w:val="0"/>
          <w:strike w:val="0"/>
          <w:highlight w:val="cyan"/>
          <w:u w:val="single"/>
        </w:rPr>
        <w:t>elites</w:t>
      </w:r>
      <w:r>
        <w:rPr>
          <w:b w:val="0"/>
          <w:i w:val="0"/>
          <w:smallCaps w:val="0"/>
          <w:strike w:val="0"/>
          <w:sz w:val="16"/>
          <w:u w:val="none"/>
        </w:rPr>
        <w:t xml:space="preserve"> in both countries </w:t>
      </w:r>
      <w:r>
        <w:rPr>
          <w:b/>
          <w:i w:val="0"/>
          <w:smallCaps w:val="0"/>
          <w:strike w:val="0"/>
          <w:highlight w:val="cyan"/>
          <w:u w:val="single"/>
        </w:rPr>
        <w:t>use</w:t>
      </w:r>
      <w:r>
        <w:rPr>
          <w:b/>
          <w:i w:val="0"/>
          <w:smallCaps w:val="0"/>
          <w:strike w:val="0"/>
          <w:u w:val="single"/>
        </w:rPr>
        <w:t xml:space="preserve"> the </w:t>
      </w:r>
      <w:r>
        <w:rPr>
          <w:b/>
          <w:i w:val="0"/>
          <w:smallCaps w:val="0"/>
          <w:strike w:val="0"/>
          <w:highlight w:val="cyan"/>
          <w:u w:val="single"/>
        </w:rPr>
        <w:t xml:space="preserve">flare-ups </w:t>
      </w:r>
      <w:r>
        <w:rPr>
          <w:b/>
          <w:i w:val="0"/>
          <w:smallCaps w:val="0"/>
          <w:strike w:val="0"/>
          <w:sz w:val="24"/>
          <w:highlight w:val="cyan"/>
          <w:u w:val="single"/>
        </w:rPr>
        <w:t>to serve</w:t>
      </w:r>
      <w:r>
        <w:rPr>
          <w:b/>
          <w:i w:val="0"/>
          <w:smallCaps w:val="0"/>
          <w:strike w:val="0"/>
          <w:sz w:val="24"/>
          <w:u w:val="single"/>
        </w:rPr>
        <w:t xml:space="preserve"> their political </w:t>
      </w:r>
      <w:r>
        <w:rPr>
          <w:b/>
          <w:i w:val="0"/>
          <w:smallCaps w:val="0"/>
          <w:strike w:val="0"/>
          <w:sz w:val="24"/>
          <w:highlight w:val="cyan"/>
          <w:u w:val="single"/>
        </w:rPr>
        <w:t>agenda</w:t>
      </w:r>
      <w:r>
        <w:rPr>
          <w:b/>
          <w:i w:val="0"/>
          <w:smallCaps w:val="0"/>
          <w:strike w:val="0"/>
          <w:u w:val="single"/>
        </w:rPr>
        <w:t>. A</w:t>
      </w:r>
      <w:r>
        <w:rPr>
          <w:b w:val="0"/>
          <w:i w:val="0"/>
          <w:smallCaps w:val="0"/>
          <w:strike w:val="0"/>
          <w:sz w:val="16"/>
          <w:u w:val="none"/>
        </w:rPr>
        <w:t xml:space="preserve"> recent </w:t>
      </w:r>
      <w:r>
        <w:rPr>
          <w:b/>
          <w:i w:val="0"/>
          <w:smallCaps w:val="0"/>
          <w:strike w:val="0"/>
          <w:highlight w:val="cyan"/>
          <w:u w:val="single"/>
        </w:rPr>
        <w:t>book, written by</w:t>
      </w:r>
      <w:r>
        <w:rPr>
          <w:b/>
          <w:i w:val="0"/>
          <w:smallCaps w:val="0"/>
          <w:strike w:val="0"/>
          <w:u w:val="single"/>
        </w:rPr>
        <w:t xml:space="preserve"> </w:t>
      </w:r>
      <w:r>
        <w:rPr>
          <w:b/>
          <w:i w:val="0"/>
          <w:smallCaps w:val="0"/>
          <w:strike w:val="0"/>
          <w:sz w:val="24"/>
          <w:u w:val="single"/>
        </w:rPr>
        <w:t xml:space="preserve">the </w:t>
      </w:r>
      <w:r>
        <w:rPr>
          <w:b/>
          <w:i w:val="0"/>
          <w:smallCaps w:val="0"/>
          <w:strike w:val="0"/>
          <w:sz w:val="24"/>
          <w:highlight w:val="cyan"/>
          <w:u w:val="single"/>
        </w:rPr>
        <w:t>former intel</w:t>
      </w:r>
      <w:r>
        <w:rPr>
          <w:b/>
          <w:i w:val="0"/>
          <w:smallCaps w:val="0"/>
          <w:strike w:val="0"/>
          <w:sz w:val="24"/>
          <w:u w:val="single"/>
        </w:rPr>
        <w:t xml:space="preserve">ligence </w:t>
      </w:r>
      <w:r>
        <w:rPr>
          <w:b/>
          <w:i w:val="0"/>
          <w:smallCaps w:val="0"/>
          <w:strike w:val="0"/>
          <w:sz w:val="24"/>
          <w:highlight w:val="cyan"/>
          <w:u w:val="single"/>
        </w:rPr>
        <w:t>chiefs</w:t>
      </w:r>
      <w:r>
        <w:rPr>
          <w:b/>
          <w:i w:val="0"/>
          <w:smallCaps w:val="0"/>
          <w:strike w:val="0"/>
          <w:u w:val="single"/>
        </w:rPr>
        <w:t xml:space="preserve"> of </w:t>
      </w:r>
      <w:r>
        <w:rPr>
          <w:b/>
          <w:i w:val="0"/>
          <w:smallCaps w:val="0"/>
          <w:strike w:val="0"/>
          <w:sz w:val="24"/>
          <w:u w:val="single"/>
        </w:rPr>
        <w:t>India and Pakistan</w:t>
      </w:r>
      <w:r>
        <w:rPr>
          <w:b w:val="0"/>
          <w:i w:val="0"/>
          <w:smallCaps w:val="0"/>
          <w:strike w:val="0"/>
          <w:sz w:val="16"/>
          <w:u w:val="none"/>
        </w:rPr>
        <w:t xml:space="preserve">, goes further and </w:t>
      </w:r>
      <w:r>
        <w:rPr>
          <w:b/>
          <w:i w:val="0"/>
          <w:smallCaps w:val="0"/>
          <w:strike w:val="0"/>
          <w:highlight w:val="cyan"/>
          <w:u w:val="single"/>
        </w:rPr>
        <w:t>claims</w:t>
      </w:r>
      <w:r>
        <w:rPr>
          <w:b w:val="0"/>
          <w:i w:val="0"/>
          <w:smallCaps w:val="0"/>
          <w:strike w:val="0"/>
          <w:sz w:val="16"/>
          <w:u w:val="none"/>
        </w:rPr>
        <w:t xml:space="preserve"> that </w:t>
      </w:r>
      <w:r>
        <w:rPr>
          <w:b/>
          <w:i w:val="0"/>
          <w:smallCaps w:val="0"/>
          <w:strike w:val="0"/>
          <w:u w:val="single"/>
        </w:rPr>
        <w:t xml:space="preserve">the </w:t>
      </w:r>
      <w:r>
        <w:rPr>
          <w:b/>
          <w:i w:val="0"/>
          <w:smallCaps w:val="0"/>
          <w:strike w:val="0"/>
          <w:highlight w:val="cyan"/>
          <w:u w:val="single"/>
        </w:rPr>
        <w:t>governments</w:t>
      </w:r>
      <w:r>
        <w:rPr>
          <w:b w:val="0"/>
          <w:i w:val="0"/>
          <w:smallCaps w:val="0"/>
          <w:strike w:val="0"/>
          <w:sz w:val="16"/>
          <w:u w:val="none"/>
        </w:rPr>
        <w:t xml:space="preserve"> sometimes </w:t>
      </w:r>
      <w:r>
        <w:rPr>
          <w:b/>
          <w:i w:val="0"/>
          <w:smallCaps w:val="0"/>
          <w:strike w:val="0"/>
          <w:sz w:val="24"/>
          <w:highlight w:val="cyan"/>
          <w:u w:val="single"/>
        </w:rPr>
        <w:t>accommodate each other</w:t>
      </w:r>
      <w:r>
        <w:rPr>
          <w:b w:val="0"/>
          <w:i w:val="0"/>
          <w:smallCaps w:val="0"/>
          <w:strike w:val="0"/>
          <w:sz w:val="16"/>
          <w:u w:val="none"/>
        </w:rPr>
        <w:t xml:space="preserve">. At times </w:t>
      </w:r>
      <w:r>
        <w:rPr>
          <w:b/>
          <w:i w:val="0"/>
          <w:smallCaps w:val="0"/>
          <w:strike w:val="0"/>
          <w:highlight w:val="cyan"/>
          <w:u w:val="single"/>
        </w:rPr>
        <w:t>Pakistan</w:t>
      </w:r>
      <w:r>
        <w:rPr>
          <w:b w:val="0"/>
          <w:i w:val="0"/>
          <w:smallCaps w:val="0"/>
          <w:strike w:val="0"/>
          <w:sz w:val="16"/>
          <w:u w:val="none"/>
        </w:rPr>
        <w:t xml:space="preserve"> has even </w:t>
      </w:r>
      <w:r>
        <w:rPr>
          <w:b/>
          <w:i w:val="0"/>
          <w:smallCaps w:val="0"/>
          <w:strike w:val="0"/>
          <w:highlight w:val="cyan"/>
          <w:u w:val="single"/>
        </w:rPr>
        <w:t xml:space="preserve">allowed India to </w:t>
      </w:r>
      <w:r>
        <w:rPr>
          <w:b/>
          <w:i w:val="0"/>
          <w:smallCaps w:val="0"/>
          <w:strike w:val="0"/>
          <w:sz w:val="24"/>
          <w:highlight w:val="cyan"/>
          <w:u w:val="single"/>
        </w:rPr>
        <w:t>drop</w:t>
      </w:r>
      <w:r>
        <w:rPr>
          <w:b/>
          <w:i w:val="0"/>
          <w:smallCaps w:val="0"/>
          <w:strike w:val="0"/>
          <w:sz w:val="24"/>
          <w:u w:val="single"/>
        </w:rPr>
        <w:t xml:space="preserve"> a couple of </w:t>
      </w:r>
      <w:r>
        <w:rPr>
          <w:b/>
          <w:i w:val="0"/>
          <w:smallCaps w:val="0"/>
          <w:strike w:val="0"/>
          <w:sz w:val="24"/>
          <w:highlight w:val="cyan"/>
          <w:u w:val="single"/>
        </w:rPr>
        <w:t>bombs</w:t>
      </w:r>
      <w:r>
        <w:rPr>
          <w:b w:val="0"/>
          <w:i w:val="0"/>
          <w:smallCaps w:val="0"/>
          <w:strike w:val="0"/>
          <w:sz w:val="16"/>
          <w:u w:val="none"/>
        </w:rPr>
        <w:t xml:space="preserve"> at harmless places in Pakistan, just </w:t>
      </w:r>
      <w:r>
        <w:rPr>
          <w:b/>
          <w:i w:val="0"/>
          <w:smallCaps w:val="0"/>
          <w:strike w:val="0"/>
          <w:highlight w:val="cyan"/>
          <w:u w:val="single"/>
        </w:rPr>
        <w:t>to satisfy</w:t>
      </w:r>
      <w:r>
        <w:rPr>
          <w:b w:val="0"/>
          <w:i w:val="0"/>
          <w:smallCaps w:val="0"/>
          <w:strike w:val="0"/>
          <w:sz w:val="16"/>
          <w:u w:val="none"/>
        </w:rPr>
        <w:t xml:space="preserve"> the </w:t>
      </w:r>
      <w:r>
        <w:rPr>
          <w:b/>
          <w:i w:val="0"/>
          <w:smallCaps w:val="0"/>
          <w:strike w:val="0"/>
          <w:u w:val="single"/>
        </w:rPr>
        <w:t xml:space="preserve">Indian </w:t>
      </w:r>
      <w:r>
        <w:rPr>
          <w:b/>
          <w:i w:val="0"/>
          <w:smallCaps w:val="0"/>
          <w:strike w:val="0"/>
          <w:highlight w:val="cyan"/>
          <w:u w:val="single"/>
        </w:rPr>
        <w:t>public</w:t>
      </w:r>
      <w:r>
        <w:rPr>
          <w:b w:val="0"/>
          <w:i w:val="0"/>
          <w:smallCaps w:val="0"/>
          <w:strike w:val="0"/>
          <w:sz w:val="16"/>
          <w:u w:val="none"/>
        </w:rPr>
        <w:t xml:space="preserve">’s </w:t>
      </w:r>
      <w:r>
        <w:rPr>
          <w:b/>
          <w:i w:val="0"/>
          <w:smallCaps w:val="0"/>
          <w:strike w:val="0"/>
          <w:highlight w:val="cyan"/>
          <w:u w:val="single"/>
        </w:rPr>
        <w:t>opinion</w:t>
      </w:r>
      <w:r>
        <w:rPr>
          <w:b w:val="0"/>
          <w:i w:val="0"/>
          <w:smallCaps w:val="0"/>
          <w:strike w:val="0"/>
          <w:sz w:val="16"/>
          <w:u w:val="none"/>
        </w:rPr>
        <w:t xml:space="preserve">. Since the violent 1947 partition of British India in India and Pakistan, both countries have pursued policies that diametrically oppose each other. Pakistan’s military even owes its powerful role in politics to the popular “desire” for competing/defeating India at any cost. The majority of Pakistanis see the military as the only powerful institution that can compete with India. To secure the popular votes, all the political parties in Pakistan currently seem to be on the same anti-Indian page. The scenario is not much different in India, where Prime Minister Narendra Modi is said to have ignited anti-Pakistani sentiments in light of the upcoming elections. Prestige Competition In India and Pakistan, it is the popular sentiment to undermine the other that determines policies. After the recent incident in Kashmir, one can easily notice an ongoing prestige competition on social media, engaging people in all classes from both countries. </w:t>
      </w:r>
      <w:r>
        <w:rPr>
          <w:b/>
          <w:i w:val="0"/>
          <w:smallCaps w:val="0"/>
          <w:strike w:val="0"/>
          <w:u w:val="single"/>
        </w:rPr>
        <w:t>Even during</w:t>
      </w:r>
      <w:r>
        <w:rPr>
          <w:b w:val="0"/>
          <w:i w:val="0"/>
          <w:smallCaps w:val="0"/>
          <w:strike w:val="0"/>
          <w:sz w:val="16"/>
          <w:u w:val="none"/>
        </w:rPr>
        <w:t xml:space="preserve"> times of </w:t>
      </w:r>
      <w:r>
        <w:rPr>
          <w:b/>
          <w:i w:val="0"/>
          <w:smallCaps w:val="0"/>
          <w:strike w:val="0"/>
          <w:u w:val="single"/>
        </w:rPr>
        <w:t>peace, the nations are electronically belittling each other</w:t>
      </w:r>
      <w:r>
        <w:rPr>
          <w:b w:val="0"/>
          <w:i w:val="0"/>
          <w:smallCaps w:val="0"/>
          <w:strike w:val="0"/>
          <w:sz w:val="16"/>
          <w:u w:val="none"/>
        </w:rPr>
        <w:t xml:space="preserve">; be it during a sports event or because of a victory in the technological field. A recent visit of the Saudi Crown prince to both countries started a debate about which of the states was more respected by the visitor. This prestige factor has always been present in India-Pakistan relations. After India conducted five nuclear tests in 1998, Pakistan responded with six tests to satisfy the nation psychologically and to prove to the world that “we are no less than India.” This act was in line with the local idiom “Pagg Uchi ho jaye” (the turban must stay high) and implies that Pakistan’s policies revolve around acquiring prestige, with India as a reference point. Humiliation over Elimination </w:t>
      </w:r>
      <w:r>
        <w:rPr>
          <w:b/>
          <w:i w:val="0"/>
          <w:smallCaps w:val="0"/>
          <w:strike w:val="0"/>
          <w:u w:val="single"/>
        </w:rPr>
        <w:t>It is</w:t>
      </w:r>
      <w:r>
        <w:rPr>
          <w:b w:val="0"/>
          <w:i w:val="0"/>
          <w:smallCaps w:val="0"/>
          <w:strike w:val="0"/>
          <w:sz w:val="16"/>
          <w:u w:val="none"/>
        </w:rPr>
        <w:t xml:space="preserve"> also </w:t>
      </w:r>
      <w:r>
        <w:rPr>
          <w:b/>
          <w:i w:val="0"/>
          <w:smallCaps w:val="0"/>
          <w:strike w:val="0"/>
          <w:u w:val="single"/>
        </w:rPr>
        <w:t xml:space="preserve">worthy to mention that </w:t>
      </w:r>
      <w:r>
        <w:rPr>
          <w:b/>
          <w:i w:val="0"/>
          <w:smallCaps w:val="0"/>
          <w:strike w:val="0"/>
          <w:highlight w:val="cyan"/>
          <w:u w:val="single"/>
        </w:rPr>
        <w:t xml:space="preserve">it is </w:t>
      </w:r>
      <w:r>
        <w:rPr>
          <w:b/>
          <w:i w:val="0"/>
          <w:smallCaps w:val="0"/>
          <w:strike w:val="0"/>
          <w:sz w:val="24"/>
          <w:highlight w:val="cyan"/>
          <w:u w:val="single"/>
        </w:rPr>
        <w:t>humiliation</w:t>
      </w:r>
      <w:r>
        <w:rPr>
          <w:b/>
          <w:i w:val="0"/>
          <w:smallCaps w:val="0"/>
          <w:strike w:val="0"/>
          <w:u w:val="single"/>
        </w:rPr>
        <w:t xml:space="preserve"> and </w:t>
      </w:r>
      <w:r>
        <w:rPr>
          <w:b/>
          <w:i w:val="0"/>
          <w:smallCaps w:val="0"/>
          <w:strike w:val="0"/>
          <w:sz w:val="24"/>
          <w:highlight w:val="cyan"/>
          <w:u w:val="single"/>
        </w:rPr>
        <w:t>not elimination</w:t>
      </w:r>
      <w:r>
        <w:rPr>
          <w:b/>
          <w:i w:val="0"/>
          <w:smallCaps w:val="0"/>
          <w:strike w:val="0"/>
          <w:u w:val="single"/>
        </w:rPr>
        <w:t xml:space="preserve"> that matters in India-Pakistan relations. </w:t>
      </w:r>
      <w:r>
        <w:rPr>
          <w:b/>
          <w:i w:val="0"/>
          <w:smallCaps w:val="0"/>
          <w:strike w:val="0"/>
          <w:highlight w:val="cyan"/>
          <w:u w:val="single"/>
        </w:rPr>
        <w:t>The two</w:t>
      </w:r>
      <w:r>
        <w:rPr>
          <w:b w:val="0"/>
          <w:i w:val="0"/>
          <w:smallCaps w:val="0"/>
          <w:strike w:val="0"/>
          <w:sz w:val="16"/>
          <w:u w:val="none"/>
        </w:rPr>
        <w:t xml:space="preserve"> each </w:t>
      </w:r>
      <w:r>
        <w:rPr>
          <w:b/>
          <w:i w:val="0"/>
          <w:smallCaps w:val="0"/>
          <w:strike w:val="0"/>
          <w:highlight w:val="cyan"/>
          <w:u w:val="single"/>
        </w:rPr>
        <w:t>need</w:t>
      </w:r>
      <w:r>
        <w:rPr>
          <w:b/>
          <w:i w:val="0"/>
          <w:smallCaps w:val="0"/>
          <w:strike w:val="0"/>
          <w:u w:val="single"/>
        </w:rPr>
        <w:t xml:space="preserve"> their counterpart alive, just </w:t>
      </w:r>
      <w:r>
        <w:rPr>
          <w:b/>
          <w:i w:val="0"/>
          <w:smallCaps w:val="0"/>
          <w:strike w:val="0"/>
          <w:highlight w:val="cyan"/>
          <w:u w:val="single"/>
        </w:rPr>
        <w:t xml:space="preserve">to let the other down </w:t>
      </w:r>
      <w:r>
        <w:rPr>
          <w:b/>
          <w:i w:val="0"/>
          <w:smallCaps w:val="0"/>
          <w:strike w:val="0"/>
          <w:sz w:val="24"/>
          <w:highlight w:val="cyan"/>
          <w:u w:val="single"/>
        </w:rPr>
        <w:t>again</w:t>
      </w:r>
      <w:r>
        <w:rPr>
          <w:b/>
          <w:i w:val="0"/>
          <w:smallCaps w:val="0"/>
          <w:strike w:val="0"/>
          <w:sz w:val="24"/>
          <w:u w:val="single"/>
        </w:rPr>
        <w:t xml:space="preserve"> and again</w:t>
      </w:r>
      <w:r>
        <w:rPr>
          <w:b/>
          <w:i w:val="0"/>
          <w:smallCaps w:val="0"/>
          <w:strike w:val="0"/>
          <w:u w:val="single"/>
        </w:rPr>
        <w:t xml:space="preserve">, </w:t>
      </w:r>
      <w:r>
        <w:rPr>
          <w:b/>
          <w:i w:val="0"/>
          <w:smallCaps w:val="0"/>
          <w:strike w:val="0"/>
          <w:highlight w:val="cyan"/>
          <w:u w:val="single"/>
        </w:rPr>
        <w:t>and</w:t>
      </w:r>
      <w:r>
        <w:rPr>
          <w:b w:val="0"/>
          <w:i w:val="0"/>
          <w:smallCaps w:val="0"/>
          <w:strike w:val="0"/>
          <w:sz w:val="16"/>
          <w:u w:val="none"/>
        </w:rPr>
        <w:t xml:space="preserve"> to </w:t>
      </w:r>
      <w:r>
        <w:rPr>
          <w:b/>
          <w:i w:val="0"/>
          <w:smallCaps w:val="0"/>
          <w:strike w:val="0"/>
          <w:sz w:val="24"/>
          <w:highlight w:val="cyan"/>
          <w:u w:val="single"/>
        </w:rPr>
        <w:t>prove</w:t>
      </w:r>
      <w:r>
        <w:rPr>
          <w:b/>
          <w:i w:val="0"/>
          <w:smallCaps w:val="0"/>
          <w:strike w:val="0"/>
          <w:sz w:val="24"/>
          <w:u w:val="single"/>
        </w:rPr>
        <w:t xml:space="preserve"> their </w:t>
      </w:r>
      <w:r>
        <w:rPr>
          <w:b/>
          <w:i w:val="0"/>
          <w:smallCaps w:val="0"/>
          <w:strike w:val="0"/>
          <w:sz w:val="24"/>
          <w:highlight w:val="cyan"/>
          <w:u w:val="single"/>
        </w:rPr>
        <w:t>superiority</w:t>
      </w:r>
      <w:r>
        <w:rPr>
          <w:b/>
          <w:i w:val="0"/>
          <w:smallCaps w:val="0"/>
          <w:strike w:val="0"/>
          <w:sz w:val="24"/>
          <w:u w:val="single"/>
        </w:rPr>
        <w:t xml:space="preserve"> to the international community</w:t>
      </w:r>
      <w:r>
        <w:rPr>
          <w:b w:val="0"/>
          <w:i w:val="0"/>
          <w:smallCaps w:val="0"/>
          <w:strike w:val="0"/>
          <w:sz w:val="16"/>
          <w:u w:val="none"/>
        </w:rPr>
        <w:t xml:space="preserve">. For this reason, the obvious numerical and military might of India is persistently challenged by Pakistan in spite of having lesser capabilities, which always hurts India’s prestigious stance. </w:t>
      </w:r>
      <w:r>
        <w:rPr>
          <w:b/>
          <w:i w:val="0"/>
          <w:smallCaps w:val="0"/>
          <w:strike w:val="0"/>
          <w:u w:val="single"/>
        </w:rPr>
        <w:t>India suffers from an “I am not respected” syndrome</w:t>
      </w:r>
      <w:r>
        <w:rPr>
          <w:b w:val="0"/>
          <w:i w:val="0"/>
          <w:smallCaps w:val="0"/>
          <w:strike w:val="0"/>
          <w:sz w:val="16"/>
          <w:u w:val="none"/>
        </w:rPr>
        <w:t xml:space="preserve">, while </w:t>
      </w:r>
      <w:r>
        <w:rPr>
          <w:b/>
          <w:i w:val="0"/>
          <w:smallCaps w:val="0"/>
          <w:strike w:val="0"/>
          <w:u w:val="single"/>
        </w:rPr>
        <w:t>Pakistan feels it is not given a proper status</w:t>
      </w:r>
      <w:r>
        <w:rPr>
          <w:b w:val="0"/>
          <w:i w:val="0"/>
          <w:smallCaps w:val="0"/>
          <w:strike w:val="0"/>
          <w:sz w:val="16"/>
          <w:u w:val="none"/>
        </w:rPr>
        <w:t xml:space="preserve">. Naturally, when both countries feel they have proven their prestige, tension starts to de-escalate. This appears to be the current stage the states are at after Pakistan returned the Indian pilot the country captured. This is why </w:t>
      </w:r>
      <w:r>
        <w:rPr>
          <w:b/>
          <w:i w:val="0"/>
          <w:smallCaps w:val="0"/>
          <w:strike w:val="0"/>
          <w:highlight w:val="cyan"/>
          <w:u w:val="single"/>
        </w:rPr>
        <w:t xml:space="preserve">clashes </w:t>
      </w:r>
      <w:r>
        <w:rPr>
          <w:b/>
          <w:i w:val="0"/>
          <w:smallCaps w:val="0"/>
          <w:strike w:val="0"/>
          <w:sz w:val="24"/>
          <w:highlight w:val="cyan"/>
          <w:u w:val="single"/>
        </w:rPr>
        <w:t>never lead to</w:t>
      </w:r>
      <w:r>
        <w:rPr>
          <w:b/>
          <w:i w:val="0"/>
          <w:smallCaps w:val="0"/>
          <w:strike w:val="0"/>
          <w:sz w:val="24"/>
          <w:u w:val="single"/>
        </w:rPr>
        <w:t xml:space="preserve"> the point of </w:t>
      </w:r>
      <w:r>
        <w:rPr>
          <w:b/>
          <w:i w:val="0"/>
          <w:smallCaps w:val="0"/>
          <w:strike w:val="0"/>
          <w:sz w:val="24"/>
          <w:highlight w:val="cyan"/>
          <w:u w:val="single"/>
        </w:rPr>
        <w:t>no return</w:t>
      </w:r>
      <w:r>
        <w:rPr>
          <w:b/>
          <w:i w:val="0"/>
          <w:smallCaps w:val="0"/>
          <w:strike w:val="0"/>
          <w:highlight w:val="cyan"/>
          <w:u w:val="single"/>
        </w:rPr>
        <w:t>, despite</w:t>
      </w:r>
      <w:r>
        <w:rPr>
          <w:b w:val="0"/>
          <w:i w:val="0"/>
          <w:smallCaps w:val="0"/>
          <w:strike w:val="0"/>
          <w:sz w:val="16"/>
          <w:u w:val="none"/>
        </w:rPr>
        <w:t xml:space="preserve"> having had </w:t>
      </w:r>
      <w:r>
        <w:rPr>
          <w:b/>
          <w:i w:val="0"/>
          <w:smallCaps w:val="0"/>
          <w:strike w:val="0"/>
          <w:sz w:val="24"/>
          <w:highlight w:val="cyan"/>
          <w:u w:val="single"/>
        </w:rPr>
        <w:t>three</w:t>
      </w:r>
      <w:r>
        <w:rPr>
          <w:b/>
          <w:i w:val="0"/>
          <w:smallCaps w:val="0"/>
          <w:strike w:val="0"/>
          <w:sz w:val="24"/>
          <w:u w:val="single"/>
        </w:rPr>
        <w:t xml:space="preserve"> major </w:t>
      </w:r>
      <w:r>
        <w:rPr>
          <w:b/>
          <w:i w:val="0"/>
          <w:smallCaps w:val="0"/>
          <w:strike w:val="0"/>
          <w:sz w:val="24"/>
          <w:highlight w:val="cyan"/>
          <w:u w:val="single"/>
        </w:rPr>
        <w:t>wars</w:t>
      </w:r>
      <w:r>
        <w:rPr>
          <w:b/>
          <w:i w:val="0"/>
          <w:smallCaps w:val="0"/>
          <w:strike w:val="0"/>
          <w:u w:val="single"/>
        </w:rPr>
        <w:t xml:space="preserve"> </w:t>
      </w:r>
      <w:r>
        <w:rPr>
          <w:b/>
          <w:i w:val="0"/>
          <w:smallCaps w:val="0"/>
          <w:strike w:val="0"/>
          <w:highlight w:val="cyan"/>
          <w:u w:val="single"/>
        </w:rPr>
        <w:t xml:space="preserve">and </w:t>
      </w:r>
      <w:r>
        <w:rPr>
          <w:b/>
          <w:i w:val="0"/>
          <w:smallCaps w:val="0"/>
          <w:strike w:val="0"/>
          <w:sz w:val="24"/>
          <w:highlight w:val="cyan"/>
          <w:u w:val="single"/>
        </w:rPr>
        <w:t>several</w:t>
      </w:r>
      <w:r>
        <w:rPr>
          <w:b/>
          <w:i w:val="0"/>
          <w:smallCaps w:val="0"/>
          <w:strike w:val="0"/>
          <w:sz w:val="24"/>
          <w:u w:val="single"/>
        </w:rPr>
        <w:t xml:space="preserve"> armed </w:t>
      </w:r>
      <w:r>
        <w:rPr>
          <w:b/>
          <w:i w:val="0"/>
          <w:smallCaps w:val="0"/>
          <w:strike w:val="0"/>
          <w:sz w:val="24"/>
          <w:highlight w:val="cyan"/>
          <w:u w:val="single"/>
        </w:rPr>
        <w:t>conflicts</w:t>
      </w:r>
      <w:r>
        <w:rPr>
          <w:b w:val="0"/>
          <w:i w:val="0"/>
          <w:smallCaps w:val="0"/>
          <w:strike w:val="0"/>
          <w:sz w:val="16"/>
          <w:u w:val="none"/>
        </w:rPr>
        <w:t xml:space="preserve">. Even during the Indo-Pakistani War of 1971, India captured over 93,000 Pakistani prisoners of war only to return them safely after India’s prestige had been satisfied. </w:t>
      </w:r>
      <w:r>
        <w:rPr>
          <w:b/>
          <w:i w:val="0"/>
          <w:smallCaps w:val="0"/>
          <w:strike w:val="0"/>
          <w:u w:val="single"/>
        </w:rPr>
        <w:t xml:space="preserve">Both </w:t>
      </w:r>
      <w:r>
        <w:rPr>
          <w:b/>
          <w:i w:val="0"/>
          <w:smallCaps w:val="0"/>
          <w:strike w:val="0"/>
          <w:highlight w:val="cyan"/>
          <w:u w:val="single"/>
        </w:rPr>
        <w:t>nations will</w:t>
      </w:r>
      <w:r>
        <w:rPr>
          <w:b/>
          <w:i w:val="0"/>
          <w:smallCaps w:val="0"/>
          <w:strike w:val="0"/>
          <w:u w:val="single"/>
        </w:rPr>
        <w:t xml:space="preserve"> continue</w:t>
      </w:r>
      <w:r>
        <w:rPr>
          <w:b w:val="0"/>
          <w:i w:val="0"/>
          <w:smallCaps w:val="0"/>
          <w:strike w:val="0"/>
          <w:sz w:val="16"/>
          <w:u w:val="none"/>
        </w:rPr>
        <w:t xml:space="preserve"> to </w:t>
      </w:r>
      <w:r>
        <w:rPr>
          <w:b/>
          <w:i w:val="0"/>
          <w:smallCaps w:val="0"/>
          <w:strike w:val="0"/>
          <w:highlight w:val="cyan"/>
          <w:u w:val="single"/>
        </w:rPr>
        <w:t>compete</w:t>
      </w:r>
      <w:r>
        <w:rPr>
          <w:b w:val="0"/>
          <w:i w:val="0"/>
          <w:smallCaps w:val="0"/>
          <w:strike w:val="0"/>
          <w:sz w:val="16"/>
          <w:u w:val="none"/>
        </w:rPr>
        <w:t xml:space="preserve"> with the purpose of maximizing their prestige against each other, </w:t>
      </w:r>
      <w:r>
        <w:rPr>
          <w:b/>
          <w:i w:val="0"/>
          <w:smallCaps w:val="0"/>
          <w:strike w:val="0"/>
          <w:highlight w:val="cyan"/>
          <w:u w:val="single"/>
        </w:rPr>
        <w:t>but</w:t>
      </w:r>
      <w:r>
        <w:rPr>
          <w:b w:val="0"/>
          <w:i w:val="0"/>
          <w:smallCaps w:val="0"/>
          <w:strike w:val="0"/>
          <w:sz w:val="16"/>
          <w:u w:val="none"/>
        </w:rPr>
        <w:t xml:space="preserve"> it is </w:t>
      </w:r>
      <w:r>
        <w:rPr>
          <w:b/>
          <w:i w:val="0"/>
          <w:smallCaps w:val="0"/>
          <w:strike w:val="0"/>
          <w:u w:val="single"/>
        </w:rPr>
        <w:t>not</w:t>
      </w:r>
      <w:r>
        <w:rPr>
          <w:b w:val="0"/>
          <w:i w:val="0"/>
          <w:smallCaps w:val="0"/>
          <w:strike w:val="0"/>
          <w:sz w:val="16"/>
          <w:u w:val="none"/>
        </w:rPr>
        <w:t xml:space="preserve"> likely they will </w:t>
      </w:r>
      <w:r>
        <w:rPr>
          <w:b/>
          <w:i w:val="0"/>
          <w:smallCaps w:val="0"/>
          <w:strike w:val="0"/>
          <w:u w:val="single"/>
        </w:rPr>
        <w:t xml:space="preserve">eliminate each other. India and Pakistan </w:t>
      </w:r>
      <w:r>
        <w:rPr>
          <w:b/>
          <w:i w:val="0"/>
          <w:smallCaps w:val="0"/>
          <w:strike w:val="0"/>
          <w:highlight w:val="cyan"/>
          <w:u w:val="single"/>
        </w:rPr>
        <w:t>need each other as</w:t>
      </w:r>
      <w:r>
        <w:rPr>
          <w:b w:val="0"/>
          <w:i w:val="0"/>
          <w:smallCaps w:val="0"/>
          <w:strike w:val="0"/>
          <w:sz w:val="16"/>
          <w:u w:val="none"/>
        </w:rPr>
        <w:t xml:space="preserve"> </w:t>
      </w:r>
      <w:r>
        <w:rPr>
          <w:b/>
          <w:i w:val="0"/>
          <w:smallCaps w:val="0"/>
          <w:strike w:val="0"/>
          <w:sz w:val="24"/>
          <w:u w:val="single"/>
        </w:rPr>
        <w:t xml:space="preserve">a part of their </w:t>
      </w:r>
      <w:r>
        <w:rPr>
          <w:b/>
          <w:i w:val="0"/>
          <w:smallCaps w:val="0"/>
          <w:strike w:val="0"/>
          <w:sz w:val="24"/>
          <w:highlight w:val="cyan"/>
          <w:u w:val="single"/>
        </w:rPr>
        <w:t>psychological integrity</w:t>
      </w:r>
      <w:r>
        <w:rPr>
          <w:b w:val="0"/>
          <w:i w:val="0"/>
          <w:smallCaps w:val="0"/>
          <w:strike w:val="0"/>
          <w:sz w:val="16"/>
          <w:u w:val="none"/>
        </w:rPr>
        <w:t>. Because an all-out conflict would endanger the other’s existence, this is a questionable scenario.</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