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environmental collapse or </w:t>
      </w:r>
      <w:r>
        <w:rPr>
          <w:b/>
          <w:i w:val="0"/>
          <w:smallCaps w:val="0"/>
          <w:strike w:val="0"/>
          <w:sz w:val="26"/>
          <w:u w:val="single"/>
        </w:rPr>
        <w:t>extinction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Peter </w:t>
      </w:r>
      <w:r>
        <w:rPr>
          <w:b/>
          <w:i w:val="0"/>
          <w:smallCaps w:val="0"/>
          <w:strike w:val="0"/>
          <w:sz w:val="26"/>
          <w:u w:val="none"/>
        </w:rPr>
        <w:t>Kareiva 18</w:t>
      </w:r>
      <w:r>
        <w:rPr>
          <w:b w:val="0"/>
          <w:i w:val="0"/>
          <w:smallCaps w:val="0"/>
          <w:strike w:val="0"/>
          <w:u w:val="none"/>
        </w:rPr>
        <w:t xml:space="preserve"> and Valerie Carranza, Institute of the Environment and Sustainability, University of California, Los Angeles, “Existential Risk Due To Ecosystem Collapse: Nature Strikes Back,” Futures, 1/5/2018, ScienceDirect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interesting question is whether any of the planetary thresholds other than CO2 could also portend existential risks. Here the answer is not clear. </w:t>
      </w:r>
      <w:r>
        <w:rPr>
          <w:b/>
          <w:i w:val="0"/>
          <w:smallCaps w:val="0"/>
          <w:strike w:val="0"/>
          <w:highlight w:val="cyan"/>
          <w:u w:val="single"/>
        </w:rPr>
        <w:t>One boundary</w:t>
      </w:r>
      <w:r>
        <w:rPr>
          <w:b/>
          <w:i w:val="0"/>
          <w:smallCaps w:val="0"/>
          <w:strike w:val="0"/>
          <w:u w:val="single"/>
        </w:rPr>
        <w:t xml:space="preserve"> often </w:t>
      </w:r>
      <w:r>
        <w:rPr>
          <w:b/>
          <w:i w:val="0"/>
          <w:smallCaps w:val="0"/>
          <w:strike w:val="0"/>
          <w:highlight w:val="cyan"/>
          <w:u w:val="single"/>
        </w:rPr>
        <w:t>mentioned</w:t>
      </w:r>
      <w:r>
        <w:rPr>
          <w:b/>
          <w:i w:val="0"/>
          <w:smallCaps w:val="0"/>
          <w:strike w:val="0"/>
          <w:u w:val="single"/>
        </w:rPr>
        <w:t xml:space="preserve"> as a concern for the fate of global civilization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biod</w:t>
      </w:r>
      <w:r>
        <w:rPr>
          <w:b/>
          <w:i w:val="0"/>
          <w:smallCaps w:val="0"/>
          <w:strike w:val="0"/>
          <w:sz w:val="24"/>
          <w:u w:val="single"/>
        </w:rPr>
        <w:t>iversity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(Ehrlich &amp; Ehrlich, 2012), with the proposed safety threshold being a loss of greater than 0.001% per year (Rockström et al., 2009).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little ev</w:t>
      </w:r>
      <w:r>
        <w:rPr>
          <w:b/>
          <w:i w:val="0"/>
          <w:smallCaps w:val="0"/>
          <w:strike w:val="0"/>
          <w:sz w:val="24"/>
          <w:u w:val="single"/>
        </w:rPr>
        <w:t>idence</w:t>
      </w:r>
      <w:r>
        <w:rPr>
          <w:b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particular 0.001% annual loss </w:t>
      </w:r>
      <w:r>
        <w:rPr>
          <w:b/>
          <w:i w:val="0"/>
          <w:smallCaps w:val="0"/>
          <w:strike w:val="0"/>
          <w:highlight w:val="cyan"/>
          <w:u w:val="single"/>
        </w:rPr>
        <w:t>is a threshold</w:t>
      </w:r>
      <w:r>
        <w:rPr>
          <w:b/>
          <w:i w:val="0"/>
          <w:smallCaps w:val="0"/>
          <w:strike w:val="0"/>
          <w:u w:val="single"/>
        </w:rPr>
        <w:t xml:space="preserve">—and it is </w:t>
      </w:r>
      <w:r>
        <w:rPr>
          <w:b/>
          <w:i w:val="0"/>
          <w:smallCaps w:val="0"/>
          <w:strike w:val="0"/>
          <w:sz w:val="24"/>
          <w:u w:val="single"/>
        </w:rPr>
        <w:t>hard to imagine any data</w:t>
      </w:r>
      <w:r>
        <w:rPr>
          <w:b/>
          <w:i w:val="0"/>
          <w:smallCaps w:val="0"/>
          <w:strike w:val="0"/>
          <w:u w:val="single"/>
        </w:rPr>
        <w:t xml:space="preserve"> that would allow one to </w:t>
      </w:r>
      <w:r>
        <w:rPr>
          <w:b/>
          <w:i w:val="0"/>
          <w:smallCaps w:val="0"/>
          <w:strike w:val="0"/>
          <w:sz w:val="24"/>
          <w:u w:val="single"/>
        </w:rPr>
        <w:t>identify where the threshold was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(Brook, Ellis, Perring, Mackay, &amp; Blomqvist, 2013; Lenton &amp; Williams, 2013). </w:t>
      </w:r>
      <w:r>
        <w:rPr>
          <w:b/>
          <w:i w:val="0"/>
          <w:smallCaps w:val="0"/>
          <w:strike w:val="0"/>
          <w:highlight w:val="cyan"/>
          <w:u w:val="single"/>
        </w:rPr>
        <w:t>A</w:t>
      </w:r>
      <w:r>
        <w:rPr>
          <w:b/>
          <w:i w:val="0"/>
          <w:smallCaps w:val="0"/>
          <w:strike w:val="0"/>
          <w:u w:val="single"/>
        </w:rPr>
        <w:t xml:space="preserve"> better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question is whether one can imagine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any scenario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by which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loss of</w:t>
      </w:r>
      <w:r>
        <w:rPr>
          <w:b/>
          <w:i w:val="0"/>
          <w:smallCaps w:val="0"/>
          <w:strike w:val="0"/>
          <w:u w:val="single"/>
        </w:rPr>
        <w:t xml:space="preserve"> too many </w:t>
      </w:r>
      <w:r>
        <w:rPr>
          <w:b/>
          <w:i w:val="0"/>
          <w:smallCaps w:val="0"/>
          <w:strike w:val="0"/>
          <w:highlight w:val="cyan"/>
          <w:u w:val="single"/>
        </w:rPr>
        <w:t>species leads to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collapse of societies</w:t>
      </w:r>
      <w:r>
        <w:rPr>
          <w:b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environmental disasters</w:t>
      </w:r>
      <w:r>
        <w:rPr>
          <w:b/>
          <w:i w:val="0"/>
          <w:smallCaps w:val="0"/>
          <w:strike w:val="0"/>
          <w:u w:val="single"/>
        </w:rPr>
        <w:t xml:space="preserve">, even though one </w:t>
      </w:r>
      <w:r>
        <w:rPr>
          <w:b/>
          <w:i w:val="0"/>
          <w:smallCaps w:val="0"/>
          <w:strike w:val="0"/>
          <w:sz w:val="24"/>
          <w:u w:val="single"/>
        </w:rPr>
        <w:t>cannot know the absolute number of extinctions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would be required to create this dystopia. </w:t>
      </w:r>
      <w:r>
        <w:rPr>
          <w:b/>
          <w:i w:val="0"/>
          <w:smallCaps w:val="0"/>
          <w:strike w:val="0"/>
          <w:u w:val="single"/>
        </w:rPr>
        <w:t xml:space="preserve">While there are </w:t>
      </w:r>
      <w:r>
        <w:rPr>
          <w:b/>
          <w:i w:val="0"/>
          <w:smallCaps w:val="0"/>
          <w:strike w:val="0"/>
          <w:highlight w:val="cyan"/>
          <w:u w:val="single"/>
        </w:rPr>
        <w:t>data</w:t>
      </w:r>
      <w:r>
        <w:rPr>
          <w:b/>
          <w:i w:val="0"/>
          <w:smallCaps w:val="0"/>
          <w:strike w:val="0"/>
          <w:u w:val="single"/>
        </w:rPr>
        <w:t xml:space="preserve"> that relate local reductions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species richness </w:t>
      </w:r>
      <w:r>
        <w:rPr>
          <w:b/>
          <w:i w:val="0"/>
          <w:smallCaps w:val="0"/>
          <w:strike w:val="0"/>
          <w:u w:val="single"/>
        </w:rPr>
        <w:t xml:space="preserve">to altered ecosystem function, these results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do not point to</w:t>
      </w:r>
      <w:r>
        <w:rPr>
          <w:b/>
          <w:i w:val="0"/>
          <w:smallCaps w:val="0"/>
          <w:strike w:val="0"/>
          <w:sz w:val="24"/>
          <w:u w:val="single"/>
        </w:rPr>
        <w:t xml:space="preserve"> substantial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existential risks</w:t>
      </w:r>
      <w:r>
        <w:rPr>
          <w:b/>
          <w:i w:val="0"/>
          <w:smallCaps w:val="0"/>
          <w:strike w:val="0"/>
          <w:u w:val="single"/>
        </w:rPr>
        <w:t xml:space="preserve">. The data are </w:t>
      </w:r>
      <w:r>
        <w:rPr>
          <w:b/>
          <w:i w:val="0"/>
          <w:smallCaps w:val="0"/>
          <w:strike w:val="0"/>
          <w:sz w:val="24"/>
          <w:u w:val="single"/>
        </w:rPr>
        <w:t>small-scale experiments</w:t>
      </w:r>
      <w:r>
        <w:rPr>
          <w:b/>
          <w:i w:val="0"/>
          <w:smallCaps w:val="0"/>
          <w:strike w:val="0"/>
          <w:u w:val="single"/>
        </w:rPr>
        <w:t xml:space="preserve"> in which plant productivity, or nutrient retention is reduced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species numbers decline locally (Vellend, 2017), </w:t>
      </w:r>
      <w:r>
        <w:rPr>
          <w:b/>
          <w:i w:val="0"/>
          <w:smallCaps w:val="0"/>
          <w:strike w:val="0"/>
          <w:u w:val="single"/>
        </w:rPr>
        <w:t>or are local observations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increased variability in fisheries yield when stock diversity is lost (Schindler et al., 2010). </w:t>
      </w:r>
      <w:r>
        <w:rPr>
          <w:b/>
          <w:i w:val="0"/>
          <w:smallCaps w:val="0"/>
          <w:strike w:val="0"/>
          <w:u w:val="single"/>
        </w:rPr>
        <w:t xml:space="preserve">Those are </w:t>
      </w:r>
      <w:r>
        <w:rPr>
          <w:b/>
          <w:i w:val="0"/>
          <w:smallCaps w:val="0"/>
          <w:strike w:val="0"/>
          <w:sz w:val="24"/>
          <w:u w:val="single"/>
        </w:rPr>
        <w:t>not existential risks</w:t>
      </w:r>
      <w:r>
        <w:rPr>
          <w:b/>
          <w:i w:val="0"/>
          <w:smallCaps w:val="0"/>
          <w:strike w:val="0"/>
          <w:u w:val="single"/>
        </w:rPr>
        <w:t xml:space="preserve">. To make the link </w:t>
      </w:r>
      <w:r>
        <w:rPr>
          <w:b/>
          <w:i w:val="0"/>
          <w:smallCaps w:val="0"/>
          <w:strike w:val="0"/>
          <w:sz w:val="24"/>
          <w:u w:val="single"/>
        </w:rPr>
        <w:t>even more tenuous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little ev</w:t>
      </w:r>
      <w:r>
        <w:rPr>
          <w:b/>
          <w:i w:val="0"/>
          <w:smallCaps w:val="0"/>
          <w:strike w:val="0"/>
          <w:sz w:val="24"/>
          <w:u w:val="single"/>
        </w:rPr>
        <w:t>idence</w:t>
      </w:r>
      <w:r>
        <w:rPr>
          <w:b/>
          <w:i w:val="0"/>
          <w:smallCaps w:val="0"/>
          <w:strike w:val="0"/>
          <w:u w:val="single"/>
        </w:rPr>
        <w:t xml:space="preserve"> that </w:t>
      </w:r>
      <w:r>
        <w:rPr>
          <w:b/>
          <w:i w:val="0"/>
          <w:smallCaps w:val="0"/>
          <w:strike w:val="0"/>
          <w:highlight w:val="cyan"/>
          <w:u w:val="single"/>
        </w:rPr>
        <w:t>biod</w:t>
      </w:r>
      <w:r>
        <w:rPr>
          <w:b/>
          <w:i w:val="0"/>
          <w:smallCaps w:val="0"/>
          <w:strike w:val="0"/>
          <w:u w:val="single"/>
        </w:rPr>
        <w:t xml:space="preserve">iversity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even declining</w:t>
      </w:r>
      <w:r>
        <w:rPr>
          <w:b/>
          <w:i w:val="0"/>
          <w:smallCaps w:val="0"/>
          <w:strike w:val="0"/>
          <w:sz w:val="24"/>
          <w:u w:val="single"/>
        </w:rPr>
        <w:t xml:space="preserve"> at local scales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(Vellend et al., 2013, 2017). </w:t>
      </w:r>
      <w:r>
        <w:rPr>
          <w:b/>
          <w:i w:val="0"/>
          <w:smallCaps w:val="0"/>
          <w:strike w:val="0"/>
          <w:sz w:val="24"/>
          <w:u w:val="single"/>
        </w:rPr>
        <w:t>Total</w:t>
      </w:r>
      <w:r>
        <w:rPr>
          <w:b/>
          <w:i w:val="0"/>
          <w:smallCaps w:val="0"/>
          <w:strike w:val="0"/>
          <w:u w:val="single"/>
        </w:rPr>
        <w:t xml:space="preserve"> planetary biodiversity may be in decline, but </w:t>
      </w:r>
      <w:r>
        <w:rPr>
          <w:b/>
          <w:i w:val="0"/>
          <w:smallCaps w:val="0"/>
          <w:strike w:val="0"/>
          <w:highlight w:val="cyan"/>
          <w:u w:val="single"/>
        </w:rPr>
        <w:t>local and regional</w:t>
      </w:r>
      <w:r>
        <w:rPr>
          <w:b/>
          <w:i w:val="0"/>
          <w:smallCaps w:val="0"/>
          <w:strike w:val="0"/>
          <w:u w:val="single"/>
        </w:rPr>
        <w:t xml:space="preserve"> biodiversity </w:t>
      </w:r>
      <w:r>
        <w:rPr>
          <w:b/>
          <w:i w:val="0"/>
          <w:smallCaps w:val="0"/>
          <w:strike w:val="0"/>
          <w:highlight w:val="cyan"/>
          <w:u w:val="single"/>
        </w:rPr>
        <w:t>is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often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staying the same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because species</w:t>
      </w:r>
      <w:r>
        <w:rPr>
          <w:b/>
          <w:i w:val="0"/>
          <w:smallCaps w:val="0"/>
          <w:strike w:val="0"/>
          <w:u w:val="single"/>
        </w:rPr>
        <w:t xml:space="preserve"> from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elsewhere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replace</w:t>
      </w:r>
      <w:r>
        <w:rPr>
          <w:b/>
          <w:i w:val="0"/>
          <w:smallCaps w:val="0"/>
          <w:strike w:val="0"/>
          <w:sz w:val="24"/>
          <w:u w:val="single"/>
        </w:rPr>
        <w:t xml:space="preserve"> local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albeit homogenizing the world in the process. Although the majority of conservation scientists are likely to flinch at this conclusion, </w:t>
      </w:r>
      <w:r>
        <w:rPr>
          <w:b/>
          <w:i w:val="0"/>
          <w:smallCaps w:val="0"/>
          <w:strike w:val="0"/>
          <w:u w:val="single"/>
        </w:rPr>
        <w:t xml:space="preserve">there is </w:t>
      </w:r>
      <w:r>
        <w:rPr>
          <w:b/>
          <w:i w:val="0"/>
          <w:smallCaps w:val="0"/>
          <w:strike w:val="0"/>
          <w:sz w:val="24"/>
          <w:u w:val="single"/>
        </w:rPr>
        <w:t>growing skepticism</w:t>
      </w:r>
      <w:r>
        <w:rPr>
          <w:b/>
          <w:i w:val="0"/>
          <w:smallCaps w:val="0"/>
          <w:strike w:val="0"/>
          <w:u w:val="single"/>
        </w:rPr>
        <w:t xml:space="preserve"> regarding the </w:t>
      </w:r>
      <w:r>
        <w:rPr>
          <w:b/>
          <w:i w:val="0"/>
          <w:smallCaps w:val="0"/>
          <w:strike w:val="0"/>
          <w:sz w:val="24"/>
          <w:u w:val="single"/>
        </w:rPr>
        <w:t>strength of evidence</w:t>
      </w:r>
      <w:r>
        <w:rPr>
          <w:b/>
          <w:i w:val="0"/>
          <w:smallCaps w:val="0"/>
          <w:strike w:val="0"/>
          <w:u w:val="single"/>
        </w:rPr>
        <w:t xml:space="preserve"> linking trends in biodiversity loss to an </w:t>
      </w:r>
      <w:r>
        <w:rPr>
          <w:b/>
          <w:i w:val="0"/>
          <w:smallCaps w:val="0"/>
          <w:strike w:val="0"/>
          <w:sz w:val="24"/>
          <w:u w:val="single"/>
        </w:rPr>
        <w:t>existential risk for humans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(Maier, 2012; Vellend, 2014). </w:t>
      </w:r>
      <w:r>
        <w:rPr>
          <w:b/>
          <w:i w:val="0"/>
          <w:smallCaps w:val="0"/>
          <w:strike w:val="0"/>
          <w:sz w:val="24"/>
          <w:u w:val="single"/>
        </w:rPr>
        <w:t>Obviously</w:t>
      </w:r>
      <w:r>
        <w:rPr>
          <w:b/>
          <w:i w:val="0"/>
          <w:smallCaps w:val="0"/>
          <w:strike w:val="0"/>
          <w:u w:val="single"/>
        </w:rPr>
        <w:t xml:space="preserve"> if all biodiversity disappeared civilization would end—but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 one is forecasting</w:t>
      </w:r>
      <w:r>
        <w:rPr>
          <w:b/>
          <w:i w:val="0"/>
          <w:smallCaps w:val="0"/>
          <w:strike w:val="0"/>
          <w:sz w:val="24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loss of all species</w:t>
      </w:r>
      <w:r>
        <w:rPr>
          <w:b/>
          <w:i w:val="0"/>
          <w:smallCaps w:val="0"/>
          <w:strike w:val="0"/>
          <w:u w:val="single"/>
        </w:rPr>
        <w:t xml:space="preserve">. It seems plausible that the loss of </w:t>
      </w:r>
      <w:r>
        <w:rPr>
          <w:b/>
          <w:i w:val="0"/>
          <w:smallCaps w:val="0"/>
          <w:strike w:val="0"/>
          <w:sz w:val="24"/>
          <w:u w:val="single"/>
        </w:rPr>
        <w:t>90%</w:t>
      </w:r>
      <w:r>
        <w:rPr>
          <w:b/>
          <w:i w:val="0"/>
          <w:smallCaps w:val="0"/>
          <w:strike w:val="0"/>
          <w:u w:val="single"/>
        </w:rPr>
        <w:t xml:space="preserve"> of the world’s species could also be apocalyptic, but </w:t>
      </w:r>
      <w:r>
        <w:rPr>
          <w:b/>
          <w:i w:val="0"/>
          <w:smallCaps w:val="0"/>
          <w:strike w:val="0"/>
          <w:sz w:val="24"/>
          <w:u w:val="single"/>
        </w:rPr>
        <w:t>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 </w:t>
      </w:r>
      <w:r>
        <w:rPr>
          <w:b/>
          <w:i w:val="0"/>
          <w:smallCaps w:val="0"/>
          <w:strike w:val="0"/>
          <w:sz w:val="24"/>
          <w:u w:val="single"/>
        </w:rPr>
        <w:t>one is predicting that degree of biodiversity loss either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Tragic, but plausible is the possibility of our planet suffering a loss of as many as half of its species. </w:t>
      </w:r>
      <w:r>
        <w:rPr>
          <w:b/>
          <w:i w:val="0"/>
          <w:smallCaps w:val="0"/>
          <w:strike w:val="0"/>
          <w:highlight w:val="cyan"/>
          <w:u w:val="single"/>
        </w:rPr>
        <w:t>If global biod</w:t>
      </w:r>
      <w:r>
        <w:rPr>
          <w:b/>
          <w:i w:val="0"/>
          <w:smallCaps w:val="0"/>
          <w:strike w:val="0"/>
          <w:u w:val="single"/>
        </w:rPr>
        <w:t xml:space="preserve">iversity </w:t>
      </w:r>
      <w:r>
        <w:rPr>
          <w:b/>
          <w:i w:val="0"/>
          <w:smallCaps w:val="0"/>
          <w:strike w:val="0"/>
          <w:highlight w:val="cyan"/>
          <w:u w:val="single"/>
        </w:rPr>
        <w:t>were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halved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at the same time locally the number of species stayed relatively stable,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what would be the mechanism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for</w:t>
      </w:r>
      <w:r>
        <w:rPr>
          <w:b/>
          <w:i w:val="0"/>
          <w:smallCaps w:val="0"/>
          <w:strike w:val="0"/>
          <w:u w:val="single"/>
        </w:rPr>
        <w:t xml:space="preserve"> an </w:t>
      </w:r>
      <w:r>
        <w:rPr>
          <w:b/>
          <w:i w:val="0"/>
          <w:smallCaps w:val="0"/>
          <w:strike w:val="0"/>
          <w:highlight w:val="cyan"/>
          <w:u w:val="single"/>
        </w:rPr>
        <w:t>end-of-civilization</w:t>
      </w:r>
      <w:r>
        <w:rPr>
          <w:b/>
          <w:i w:val="0"/>
          <w:smallCaps w:val="0"/>
          <w:strike w:val="0"/>
          <w:u w:val="single"/>
        </w:rPr>
        <w:t xml:space="preserve"> or even end of human prosperity scenario?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Extinctions and </w:t>
      </w:r>
      <w:r>
        <w:rPr>
          <w:b/>
          <w:i w:val="0"/>
          <w:smallCaps w:val="0"/>
          <w:strike w:val="0"/>
          <w:u w:val="single"/>
        </w:rPr>
        <w:t xml:space="preserve">biodiversity loss are </w:t>
      </w:r>
      <w:r>
        <w:rPr>
          <w:b/>
          <w:i w:val="0"/>
          <w:smallCaps w:val="0"/>
          <w:strike w:val="0"/>
          <w:sz w:val="24"/>
          <w:u w:val="single"/>
        </w:rPr>
        <w:t>ethical</w:t>
      </w:r>
      <w:r>
        <w:rPr>
          <w:b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spiritual losses</w:t>
      </w:r>
      <w:r>
        <w:rPr>
          <w:b/>
          <w:i w:val="0"/>
          <w:smallCaps w:val="0"/>
          <w:strike w:val="0"/>
          <w:u w:val="single"/>
        </w:rPr>
        <w:t xml:space="preserve">, but perhaps </w:t>
      </w:r>
      <w:r>
        <w:rPr>
          <w:b/>
          <w:i w:val="0"/>
          <w:smallCaps w:val="0"/>
          <w:strike w:val="0"/>
          <w:sz w:val="24"/>
          <w:u w:val="single"/>
        </w:rPr>
        <w:t>not an existential risk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