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Ecosystems are resilient.</w:t>
      </w:r>
    </w:p>
    <w:p>
      <w:pPr>
        <w:spacing w:after="80"/>
      </w:pPr>
      <w:r>
        <w:rPr>
          <w:b w:val="0"/>
          <w:i w:val="0"/>
          <w:smallCaps w:val="0"/>
          <w:strike w:val="0"/>
          <w:u w:val="none"/>
        </w:rPr>
        <w:t xml:space="preserve">Peter </w:t>
      </w:r>
      <w:r>
        <w:rPr>
          <w:b/>
          <w:i w:val="0"/>
          <w:smallCaps w:val="0"/>
          <w:strike w:val="0"/>
          <w:sz w:val="26"/>
          <w:u w:val="none"/>
        </w:rPr>
        <w:t>Kareiva 11</w:t>
      </w:r>
      <w:r>
        <w:rPr>
          <w:b w:val="0"/>
          <w:i w:val="0"/>
          <w:smallCaps w:val="0"/>
          <w:strike w:val="0"/>
          <w:u w:val="none"/>
        </w:rPr>
        <w:t>, Chief Scientist and Vice President of the Nature Conservancy, Michelle Marvier, Professor in the Department of Environmental Studies and Sciences at Santa Clara University, Robert Lalasz, Director of Science Communications at The Nature Conservancy and Editor of Cool Green Science, “Conservation in the Anthropocene: Beyond Solitude and Fragility”, Breakthrough Journal, Number 2, Fall, http://thebreakthrough.org/index.php/journal/past-issues/issue-2/conservation-in-the-anthropocene/</w:t>
      </w:r>
    </w:p>
    <w:p>
      <w:pPr>
        <w:spacing w:after="60"/>
      </w:pPr>
      <w:r>
        <w:rPr>
          <w:b w:val="0"/>
          <w:i w:val="0"/>
          <w:smallCaps w:val="0"/>
          <w:strike w:val="0"/>
          <w:sz w:val="16"/>
          <w:u w:val="none"/>
        </w:rPr>
        <w:t xml:space="preserve">But </w:t>
      </w:r>
      <w:r>
        <w:rPr>
          <w:b w:val="0"/>
          <w:i w:val="0"/>
          <w:smallCaps w:val="0"/>
          <w:strike w:val="0"/>
          <w:highlight w:val="cyan"/>
          <w:u w:val="single"/>
        </w:rPr>
        <w:t>ecologists</w:t>
      </w:r>
      <w:r>
        <w:rPr>
          <w:b w:val="0"/>
          <w:i w:val="0"/>
          <w:smallCaps w:val="0"/>
          <w:strike w:val="0"/>
          <w:sz w:val="16"/>
          <w:u w:val="none"/>
        </w:rPr>
        <w:t xml:space="preserve"> and conservationists have </w:t>
      </w:r>
      <w:r>
        <w:rPr>
          <w:b/>
          <w:i w:val="0"/>
          <w:smallCaps w:val="0"/>
          <w:strike w:val="0"/>
          <w:sz w:val="24"/>
          <w:highlight w:val="cyan"/>
          <w:u w:val="single"/>
        </w:rPr>
        <w:t>grossly overstated</w:t>
      </w:r>
      <w:r>
        <w:rPr>
          <w:b w:val="0"/>
          <w:i w:val="0"/>
          <w:smallCaps w:val="0"/>
          <w:strike w:val="0"/>
          <w:sz w:val="16"/>
          <w:u w:val="none"/>
        </w:rPr>
        <w:t xml:space="preserve"> the </w:t>
      </w:r>
      <w:r>
        <w:rPr>
          <w:b w:val="0"/>
          <w:i w:val="0"/>
          <w:smallCaps w:val="0"/>
          <w:strike w:val="0"/>
          <w:highlight w:val="cyan"/>
          <w:u w:val="single"/>
        </w:rPr>
        <w:t>fragility</w:t>
      </w:r>
      <w:r>
        <w:rPr>
          <w:b w:val="0"/>
          <w:i w:val="0"/>
          <w:smallCaps w:val="0"/>
          <w:strike w:val="0"/>
          <w:u w:val="single"/>
        </w:rPr>
        <w:t xml:space="preserve"> of nature</w:t>
      </w:r>
      <w:r>
        <w:rPr>
          <w:b w:val="0"/>
          <w:i w:val="0"/>
          <w:smallCaps w:val="0"/>
          <w:strike w:val="0"/>
          <w:sz w:val="16"/>
          <w:u w:val="none"/>
        </w:rPr>
        <w:t xml:space="preserve">, frequently </w:t>
      </w:r>
      <w:r>
        <w:rPr>
          <w:b w:val="0"/>
          <w:i w:val="0"/>
          <w:smallCaps w:val="0"/>
          <w:strike w:val="0"/>
          <w:u w:val="single"/>
        </w:rPr>
        <w:t xml:space="preserve">arguing that once an ecosystem is altered, it is gone forever. </w:t>
      </w:r>
      <w:r>
        <w:rPr>
          <w:b w:val="0"/>
          <w:i w:val="0"/>
          <w:smallCaps w:val="0"/>
          <w:strike w:val="0"/>
          <w:highlight w:val="cyan"/>
          <w:u w:val="single"/>
        </w:rPr>
        <w:t>Some</w:t>
      </w:r>
      <w:r>
        <w:rPr>
          <w:b w:val="0"/>
          <w:i w:val="0"/>
          <w:smallCaps w:val="0"/>
          <w:strike w:val="0"/>
          <w:sz w:val="16"/>
          <w:u w:val="none"/>
        </w:rPr>
        <w:t xml:space="preserve"> ecologists </w:t>
      </w:r>
      <w:r>
        <w:rPr>
          <w:b w:val="0"/>
          <w:i w:val="0"/>
          <w:smallCaps w:val="0"/>
          <w:strike w:val="0"/>
          <w:highlight w:val="cyan"/>
          <w:u w:val="single"/>
        </w:rPr>
        <w:t>suggest</w:t>
      </w:r>
      <w:r>
        <w:rPr>
          <w:b w:val="0"/>
          <w:i w:val="0"/>
          <w:smallCaps w:val="0"/>
          <w:strike w:val="0"/>
          <w:sz w:val="16"/>
          <w:u w:val="none"/>
        </w:rPr>
        <w:t xml:space="preserve"> that </w:t>
      </w:r>
      <w:r>
        <w:rPr>
          <w:b w:val="0"/>
          <w:i w:val="0"/>
          <w:smallCaps w:val="0"/>
          <w:strike w:val="0"/>
          <w:highlight w:val="cyan"/>
          <w:u w:val="single"/>
        </w:rPr>
        <w:t>if a single species is lost, a whole ecosystem will be</w:t>
      </w:r>
      <w:r>
        <w:rPr>
          <w:b w:val="0"/>
          <w:i w:val="0"/>
          <w:smallCaps w:val="0"/>
          <w:strike w:val="0"/>
          <w:u w:val="single"/>
        </w:rPr>
        <w:t xml:space="preserve"> in danger</w:t>
      </w:r>
      <w:r>
        <w:rPr>
          <w:b w:val="0"/>
          <w:i w:val="0"/>
          <w:smallCaps w:val="0"/>
          <w:strike w:val="0"/>
          <w:sz w:val="16"/>
          <w:u w:val="none"/>
        </w:rPr>
        <w:t xml:space="preserve"> of collapse, </w:t>
      </w:r>
      <w:r>
        <w:rPr>
          <w:b w:val="0"/>
          <w:i w:val="0"/>
          <w:smallCaps w:val="0"/>
          <w:strike w:val="0"/>
          <w:u w:val="single"/>
        </w:rPr>
        <w:t>and that if too much</w:t>
      </w:r>
      <w:r>
        <w:rPr>
          <w:b w:val="0"/>
          <w:i w:val="0"/>
          <w:smallCaps w:val="0"/>
          <w:strike w:val="0"/>
          <w:sz w:val="16"/>
          <w:u w:val="none"/>
        </w:rPr>
        <w:t xml:space="preserve"> biodiversity </w:t>
      </w:r>
      <w:r>
        <w:rPr>
          <w:b w:val="0"/>
          <w:i w:val="0"/>
          <w:smallCaps w:val="0"/>
          <w:strike w:val="0"/>
          <w:u w:val="single"/>
        </w:rPr>
        <w:t>is lost</w:t>
      </w:r>
      <w:r>
        <w:rPr>
          <w:b w:val="0"/>
          <w:i w:val="0"/>
          <w:smallCaps w:val="0"/>
          <w:strike w:val="0"/>
          <w:sz w:val="16"/>
          <w:u w:val="none"/>
        </w:rPr>
        <w:t xml:space="preserve">, spaceship </w:t>
      </w:r>
      <w:r>
        <w:rPr>
          <w:b w:val="0"/>
          <w:i w:val="0"/>
          <w:smallCaps w:val="0"/>
          <w:strike w:val="0"/>
          <w:u w:val="single"/>
        </w:rPr>
        <w:t>Earth will</w:t>
      </w:r>
      <w:r>
        <w:rPr>
          <w:b w:val="0"/>
          <w:i w:val="0"/>
          <w:smallCaps w:val="0"/>
          <w:strike w:val="0"/>
          <w:sz w:val="16"/>
          <w:u w:val="none"/>
        </w:rPr>
        <w:t xml:space="preserve"> start to </w:t>
      </w:r>
      <w:r>
        <w:rPr>
          <w:b w:val="0"/>
          <w:i w:val="0"/>
          <w:smallCaps w:val="0"/>
          <w:strike w:val="0"/>
          <w:u w:val="single"/>
        </w:rPr>
        <w:t>come apart</w:t>
      </w:r>
      <w:r>
        <w:rPr>
          <w:b w:val="0"/>
          <w:i w:val="0"/>
          <w:smallCaps w:val="0"/>
          <w:strike w:val="0"/>
          <w:sz w:val="16"/>
          <w:u w:val="none"/>
        </w:rPr>
        <w:t xml:space="preserve">. Everything, from the expansion of agriculture to rainforest destruction to changing waterways, has been painted as a threat to the delicate inner-workings of our planetary ecosystem. The fragility trope dates back, at least, to Rachel Carson, who wrote plaintively in Silent Spring of the delicate web of life and warned that perturbing the intricate balance of nature could have disastrous consequences.22 Al Gore made a similar argument in his 1992 book, Earth in the Balance.23 And the 2005 Millennium Ecosystem Assessment warned darkly that, while the expansion of agriculture and other forms of development have been overwhelmingly positive for the world's poor, ecosystem degradation was simultaneously putting systems in jeopardy of collapse.24 The trouble for conservation is that the </w:t>
      </w:r>
      <w:r>
        <w:rPr>
          <w:b/>
          <w:i w:val="0"/>
          <w:smallCaps w:val="0"/>
          <w:strike w:val="0"/>
          <w:sz w:val="24"/>
          <w:highlight w:val="cyan"/>
          <w:u w:val="single"/>
        </w:rPr>
        <w:t>data</w:t>
      </w:r>
      <w:r>
        <w:rPr>
          <w:b/>
          <w:i w:val="0"/>
          <w:smallCaps w:val="0"/>
          <w:strike w:val="0"/>
          <w:sz w:val="24"/>
          <w:u w:val="single"/>
        </w:rPr>
        <w:t xml:space="preserve"> simply </w:t>
      </w:r>
      <w:r>
        <w:rPr>
          <w:b/>
          <w:i w:val="0"/>
          <w:smallCaps w:val="0"/>
          <w:strike w:val="0"/>
          <w:sz w:val="24"/>
          <w:highlight w:val="cyan"/>
          <w:u w:val="single"/>
        </w:rPr>
        <w:t>do not support</w:t>
      </w:r>
      <w:r>
        <w:rPr>
          <w:b w:val="0"/>
          <w:i w:val="0"/>
          <w:smallCaps w:val="0"/>
          <w:strike w:val="0"/>
          <w:sz w:val="16"/>
          <w:u w:val="none"/>
        </w:rPr>
        <w:t xml:space="preserve"> </w:t>
      </w:r>
      <w:r>
        <w:rPr>
          <w:b w:val="0"/>
          <w:i w:val="0"/>
          <w:smallCaps w:val="0"/>
          <w:strike w:val="0"/>
          <w:u w:val="single"/>
        </w:rPr>
        <w:t>the idea</w:t>
      </w:r>
      <w:r>
        <w:rPr>
          <w:b w:val="0"/>
          <w:i w:val="0"/>
          <w:smallCaps w:val="0"/>
          <w:strike w:val="0"/>
          <w:sz w:val="16"/>
          <w:u w:val="none"/>
        </w:rPr>
        <w:t xml:space="preserve"> of a fragile </w:t>
      </w:r>
      <w:r>
        <w:rPr>
          <w:b w:val="0"/>
          <w:i w:val="0"/>
          <w:smallCaps w:val="0"/>
          <w:strike w:val="0"/>
          <w:u w:val="single"/>
        </w:rPr>
        <w:t xml:space="preserve">nature at risk of </w:t>
      </w:r>
      <w:r>
        <w:rPr>
          <w:b w:val="0"/>
          <w:i w:val="0"/>
          <w:smallCaps w:val="0"/>
          <w:strike w:val="0"/>
          <w:highlight w:val="cyan"/>
          <w:u w:val="single"/>
        </w:rPr>
        <w:t>collapse</w:t>
      </w:r>
      <w:r>
        <w:rPr>
          <w:b w:val="0"/>
          <w:i w:val="0"/>
          <w:smallCaps w:val="0"/>
          <w:strike w:val="0"/>
          <w:sz w:val="16"/>
          <w:u w:val="none"/>
        </w:rPr>
        <w:t xml:space="preserve">. Ecologists now know that the </w:t>
      </w:r>
      <w:r>
        <w:rPr>
          <w:b w:val="0"/>
          <w:i w:val="0"/>
          <w:smallCaps w:val="0"/>
          <w:strike w:val="0"/>
          <w:highlight w:val="cyan"/>
          <w:u w:val="single"/>
        </w:rPr>
        <w:t>disappearance of one</w:t>
      </w:r>
      <w:r>
        <w:rPr>
          <w:b w:val="0"/>
          <w:i w:val="0"/>
          <w:smallCaps w:val="0"/>
          <w:strike w:val="0"/>
          <w:u w:val="single"/>
        </w:rPr>
        <w:t xml:space="preserve"> species </w:t>
      </w:r>
      <w:r>
        <w:rPr>
          <w:b/>
          <w:i w:val="0"/>
          <w:smallCaps w:val="0"/>
          <w:strike w:val="0"/>
          <w:sz w:val="24"/>
          <w:highlight w:val="cyan"/>
          <w:u w:val="single"/>
        </w:rPr>
        <w:t>does not</w:t>
      </w:r>
      <w:r>
        <w:rPr>
          <w:b/>
          <w:i w:val="0"/>
          <w:smallCaps w:val="0"/>
          <w:strike w:val="0"/>
          <w:sz w:val="24"/>
          <w:u w:val="single"/>
        </w:rPr>
        <w:t xml:space="preserve"> necessarily </w:t>
      </w:r>
      <w:r>
        <w:rPr>
          <w:b/>
          <w:i w:val="0"/>
          <w:smallCaps w:val="0"/>
          <w:strike w:val="0"/>
          <w:sz w:val="24"/>
          <w:highlight w:val="cyan"/>
          <w:u w:val="single"/>
        </w:rPr>
        <w:t>lead</w:t>
      </w:r>
      <w:r>
        <w:rPr>
          <w:b w:val="0"/>
          <w:i w:val="0"/>
          <w:smallCaps w:val="0"/>
          <w:strike w:val="0"/>
          <w:sz w:val="16"/>
          <w:highlight w:val="cyan"/>
          <w:u w:val="none"/>
        </w:rPr>
        <w:t xml:space="preserve"> </w:t>
      </w:r>
      <w:r>
        <w:rPr>
          <w:b w:val="0"/>
          <w:i w:val="0"/>
          <w:smallCaps w:val="0"/>
          <w:strike w:val="0"/>
          <w:highlight w:val="cyan"/>
          <w:u w:val="single"/>
        </w:rPr>
        <w:t>to</w:t>
      </w:r>
      <w:r>
        <w:rPr>
          <w:b w:val="0"/>
          <w:i w:val="0"/>
          <w:smallCaps w:val="0"/>
          <w:strike w:val="0"/>
          <w:u w:val="single"/>
        </w:rPr>
        <w:t xml:space="preserve"> the </w:t>
      </w:r>
      <w:r>
        <w:rPr>
          <w:b w:val="0"/>
          <w:i w:val="0"/>
          <w:smallCaps w:val="0"/>
          <w:strike w:val="0"/>
          <w:highlight w:val="cyan"/>
          <w:u w:val="single"/>
        </w:rPr>
        <w:t>extinction of</w:t>
      </w:r>
      <w:r>
        <w:rPr>
          <w:b w:val="0"/>
          <w:i w:val="0"/>
          <w:smallCaps w:val="0"/>
          <w:strike w:val="0"/>
          <w:u w:val="single"/>
        </w:rPr>
        <w:t xml:space="preserve"> any </w:t>
      </w:r>
      <w:r>
        <w:rPr>
          <w:b w:val="0"/>
          <w:i w:val="0"/>
          <w:smallCaps w:val="0"/>
          <w:strike w:val="0"/>
          <w:highlight w:val="cyan"/>
          <w:u w:val="single"/>
        </w:rPr>
        <w:t>others</w:t>
      </w:r>
      <w:r>
        <w:rPr>
          <w:b w:val="0"/>
          <w:i w:val="0"/>
          <w:smallCaps w:val="0"/>
          <w:strike w:val="0"/>
          <w:u w:val="single"/>
        </w:rPr>
        <w:t xml:space="preserve">, much less all </w:t>
      </w:r>
      <w:r>
        <w:rPr>
          <w:b w:val="0"/>
          <w:i w:val="0"/>
          <w:smallCaps w:val="0"/>
          <w:strike w:val="0"/>
          <w:sz w:val="16"/>
          <w:u w:val="none"/>
        </w:rPr>
        <w:t xml:space="preserve">others in the same </w:t>
      </w:r>
      <w:r>
        <w:rPr>
          <w:b w:val="0"/>
          <w:i w:val="0"/>
          <w:smallCaps w:val="0"/>
          <w:strike w:val="0"/>
          <w:u w:val="single"/>
        </w:rPr>
        <w:t>ecosystem</w:t>
      </w:r>
      <w:r>
        <w:rPr>
          <w:b w:val="0"/>
          <w:i w:val="0"/>
          <w:smallCaps w:val="0"/>
          <w:strike w:val="0"/>
          <w:sz w:val="16"/>
          <w:u w:val="none"/>
        </w:rPr>
        <w:t xml:space="preserve">. In many circumstances, the </w:t>
      </w:r>
      <w:r>
        <w:rPr>
          <w:b w:val="0"/>
          <w:i w:val="0"/>
          <w:smallCaps w:val="0"/>
          <w:strike w:val="0"/>
          <w:highlight w:val="cyan"/>
          <w:u w:val="single"/>
        </w:rPr>
        <w:t>demise</w:t>
      </w:r>
      <w:r>
        <w:rPr>
          <w:b w:val="0"/>
          <w:i w:val="0"/>
          <w:smallCaps w:val="0"/>
          <w:strike w:val="0"/>
          <w:u w:val="single"/>
        </w:rPr>
        <w:t xml:space="preserve"> of formerly abundant species </w:t>
      </w:r>
      <w:r>
        <w:rPr>
          <w:b w:val="0"/>
          <w:i w:val="0"/>
          <w:smallCaps w:val="0"/>
          <w:strike w:val="0"/>
          <w:highlight w:val="cyan"/>
          <w:u w:val="single"/>
        </w:rPr>
        <w:t xml:space="preserve">can be </w:t>
      </w:r>
      <w:r>
        <w:rPr>
          <w:b/>
          <w:i w:val="0"/>
          <w:smallCaps w:val="0"/>
          <w:strike w:val="0"/>
          <w:sz w:val="24"/>
          <w:highlight w:val="cyan"/>
          <w:u w:val="single"/>
        </w:rPr>
        <w:t>inconsequential</w:t>
      </w:r>
      <w:r>
        <w:rPr>
          <w:b/>
          <w:i w:val="0"/>
          <w:smallCaps w:val="0"/>
          <w:strike w:val="0"/>
          <w:highlight w:val="cyan"/>
          <w:u w:val="single"/>
        </w:rPr>
        <w:t xml:space="preserve"> </w:t>
      </w:r>
      <w:r>
        <w:rPr>
          <w:b w:val="0"/>
          <w:i w:val="0"/>
          <w:smallCaps w:val="0"/>
          <w:strike w:val="0"/>
          <w:highlight w:val="cyan"/>
          <w:u w:val="single"/>
        </w:rPr>
        <w:t>to ecosystem function</w:t>
      </w:r>
      <w:r>
        <w:rPr>
          <w:b w:val="0"/>
          <w:i w:val="0"/>
          <w:smallCaps w:val="0"/>
          <w:strike w:val="0"/>
          <w:u w:val="single"/>
        </w:rPr>
        <w:t>.</w:t>
      </w:r>
      <w:r>
        <w:rPr>
          <w:b w:val="0"/>
          <w:i w:val="0"/>
          <w:smallCaps w:val="0"/>
          <w:strike w:val="0"/>
          <w:sz w:val="16"/>
          <w:u w:val="none"/>
        </w:rPr>
        <w:t xml:space="preserve"> </w:t>
      </w:r>
      <w:r>
        <w:rPr>
          <w:b w:val="0"/>
          <w:i w:val="0"/>
          <w:smallCaps w:val="0"/>
          <w:strike w:val="0"/>
          <w:u w:val="single"/>
        </w:rPr>
        <w:t xml:space="preserve">The American </w:t>
      </w:r>
      <w:r>
        <w:rPr>
          <w:b w:val="0"/>
          <w:i w:val="0"/>
          <w:smallCaps w:val="0"/>
          <w:strike w:val="0"/>
          <w:highlight w:val="cyan"/>
          <w:u w:val="single"/>
        </w:rPr>
        <w:t>chestnut</w:t>
      </w:r>
      <w:r>
        <w:rPr>
          <w:b w:val="0"/>
          <w:i w:val="0"/>
          <w:smallCaps w:val="0"/>
          <w:strike w:val="0"/>
          <w:sz w:val="16"/>
          <w:u w:val="none"/>
        </w:rPr>
        <w:t xml:space="preserve">, once a dominant tree in eastern North America, </w:t>
      </w:r>
      <w:r>
        <w:rPr>
          <w:b w:val="0"/>
          <w:i w:val="0"/>
          <w:smallCaps w:val="0"/>
          <w:strike w:val="0"/>
          <w:u w:val="single"/>
        </w:rPr>
        <w:t>has been extinguished</w:t>
      </w:r>
      <w:r>
        <w:rPr>
          <w:b w:val="0"/>
          <w:i w:val="0"/>
          <w:smallCaps w:val="0"/>
          <w:strike w:val="0"/>
          <w:sz w:val="16"/>
          <w:u w:val="none"/>
        </w:rPr>
        <w:t xml:space="preserve"> by a foreign disease, </w:t>
      </w:r>
      <w:r>
        <w:rPr>
          <w:b w:val="0"/>
          <w:i w:val="0"/>
          <w:smallCaps w:val="0"/>
          <w:strike w:val="0"/>
          <w:u w:val="single"/>
        </w:rPr>
        <w:t>yet</w:t>
      </w:r>
      <w:r>
        <w:rPr>
          <w:b w:val="0"/>
          <w:i w:val="0"/>
          <w:smallCaps w:val="0"/>
          <w:strike w:val="0"/>
          <w:sz w:val="16"/>
          <w:u w:val="none"/>
        </w:rPr>
        <w:t xml:space="preserve"> the </w:t>
      </w:r>
      <w:r>
        <w:rPr>
          <w:b w:val="0"/>
          <w:i w:val="0"/>
          <w:smallCaps w:val="0"/>
          <w:strike w:val="0"/>
          <w:u w:val="single"/>
        </w:rPr>
        <w:t xml:space="preserve">forest ecosystem is </w:t>
      </w:r>
      <w:r>
        <w:rPr>
          <w:b/>
          <w:i w:val="0"/>
          <w:smallCaps w:val="0"/>
          <w:strike w:val="0"/>
          <w:sz w:val="24"/>
          <w:u w:val="single"/>
        </w:rPr>
        <w:t>surprisingly unaffected</w:t>
      </w:r>
      <w:r>
        <w:rPr>
          <w:b w:val="0"/>
          <w:i w:val="0"/>
          <w:smallCaps w:val="0"/>
          <w:strike w:val="0"/>
          <w:sz w:val="16"/>
          <w:u w:val="none"/>
        </w:rPr>
        <w:t xml:space="preserve">. The passenger </w:t>
      </w:r>
      <w:r>
        <w:rPr>
          <w:b w:val="0"/>
          <w:i w:val="0"/>
          <w:smallCaps w:val="0"/>
          <w:strike w:val="0"/>
          <w:highlight w:val="cyan"/>
          <w:u w:val="single"/>
        </w:rPr>
        <w:t>pigeon</w:t>
      </w:r>
      <w:r>
        <w:rPr>
          <w:b w:val="0"/>
          <w:i w:val="0"/>
          <w:smallCaps w:val="0"/>
          <w:strike w:val="0"/>
          <w:sz w:val="16"/>
          <w:u w:val="none"/>
        </w:rPr>
        <w:t xml:space="preserve">, once so abundant that its flocks darkened the sky, </w:t>
      </w:r>
      <w:r>
        <w:rPr>
          <w:b w:val="0"/>
          <w:i w:val="0"/>
          <w:smallCaps w:val="0"/>
          <w:strike w:val="0"/>
          <w:highlight w:val="cyan"/>
          <w:u w:val="single"/>
        </w:rPr>
        <w:t>went extinct</w:t>
      </w:r>
      <w:r>
        <w:rPr>
          <w:b w:val="0"/>
          <w:i w:val="0"/>
          <w:smallCaps w:val="0"/>
          <w:strike w:val="0"/>
          <w:sz w:val="16"/>
          <w:u w:val="none"/>
        </w:rPr>
        <w:t xml:space="preserve">, along with countless other species from the Steller's sea cow to the dodo, </w:t>
      </w:r>
      <w:r>
        <w:rPr>
          <w:b w:val="0"/>
          <w:i w:val="0"/>
          <w:smallCaps w:val="0"/>
          <w:strike w:val="0"/>
          <w:highlight w:val="cyan"/>
          <w:u w:val="single"/>
        </w:rPr>
        <w:t xml:space="preserve">with </w:t>
      </w:r>
      <w:r>
        <w:rPr>
          <w:b/>
          <w:i w:val="0"/>
          <w:smallCaps w:val="0"/>
          <w:strike w:val="0"/>
          <w:sz w:val="24"/>
          <w:highlight w:val="cyan"/>
          <w:u w:val="single"/>
        </w:rPr>
        <w:t>no catastrophic</w:t>
      </w:r>
      <w:r>
        <w:rPr>
          <w:b/>
          <w:i w:val="0"/>
          <w:smallCaps w:val="0"/>
          <w:strike w:val="0"/>
          <w:sz w:val="24"/>
          <w:u w:val="single"/>
        </w:rPr>
        <w:t xml:space="preserve"> or even measurable </w:t>
      </w:r>
      <w:r>
        <w:rPr>
          <w:b/>
          <w:i w:val="0"/>
          <w:smallCaps w:val="0"/>
          <w:strike w:val="0"/>
          <w:sz w:val="24"/>
          <w:highlight w:val="cyan"/>
          <w:u w:val="single"/>
        </w:rPr>
        <w:t>effects</w:t>
      </w:r>
      <w:r>
        <w:rPr>
          <w:b w:val="0"/>
          <w:i w:val="0"/>
          <w:smallCaps w:val="0"/>
          <w:strike w:val="0"/>
          <w:sz w:val="16"/>
          <w:u w:val="none"/>
        </w:rPr>
        <w:t>.</w:t>
      </w:r>
      <w:r>
        <w:rPr>
          <w:b/>
          <w:i w:val="0"/>
          <w:smallCaps w:val="0"/>
          <w:strike w:val="0"/>
          <w:sz w:val="24"/>
          <w:u w:val="single"/>
        </w:rPr>
        <w:t xml:space="preserve"> </w:t>
      </w:r>
      <w:r>
        <w:rPr>
          <w:b w:val="0"/>
          <w:i w:val="0"/>
          <w:smallCaps w:val="0"/>
          <w:strike w:val="0"/>
          <w:sz w:val="16"/>
          <w:u w:val="none"/>
        </w:rPr>
        <w:t xml:space="preserve">These </w:t>
      </w:r>
      <w:r>
        <w:rPr>
          <w:b/>
          <w:i w:val="0"/>
          <w:smallCaps w:val="0"/>
          <w:strike w:val="0"/>
          <w:u w:val="single"/>
        </w:rPr>
        <w:t xml:space="preserve">stories of </w:t>
      </w:r>
      <w:r>
        <w:rPr>
          <w:b/>
          <w:i w:val="0"/>
          <w:smallCaps w:val="0"/>
          <w:strike w:val="0"/>
          <w:sz w:val="24"/>
          <w:highlight w:val="cyan"/>
          <w:u w:val="single"/>
        </w:rPr>
        <w:t>resilience</w:t>
      </w:r>
      <w:r>
        <w:rPr>
          <w:b/>
          <w:i w:val="0"/>
          <w:smallCaps w:val="0"/>
          <w:strike w:val="0"/>
          <w:highlight w:val="cyan"/>
          <w:u w:val="single"/>
        </w:rPr>
        <w:t xml:space="preserve"> are </w:t>
      </w:r>
      <w:r>
        <w:rPr>
          <w:b/>
          <w:i w:val="0"/>
          <w:smallCaps w:val="0"/>
          <w:strike w:val="0"/>
          <w:sz w:val="24"/>
          <w:highlight w:val="cyan"/>
          <w:u w:val="single"/>
        </w:rPr>
        <w:t>not isolated</w:t>
      </w:r>
      <w:r>
        <w:rPr>
          <w:b w:val="0"/>
          <w:i w:val="0"/>
          <w:smallCaps w:val="0"/>
          <w:strike w:val="0"/>
          <w:sz w:val="16"/>
          <w:u w:val="none"/>
        </w:rPr>
        <w:t xml:space="preserve"> examples -- </w:t>
      </w:r>
      <w:r>
        <w:rPr>
          <w:b w:val="0"/>
          <w:i w:val="0"/>
          <w:smallCaps w:val="0"/>
          <w:strike w:val="0"/>
          <w:u w:val="single"/>
        </w:rPr>
        <w:t>a thorough review of</w:t>
      </w:r>
      <w:r>
        <w:rPr>
          <w:b w:val="0"/>
          <w:i w:val="0"/>
          <w:smallCaps w:val="0"/>
          <w:strike w:val="0"/>
          <w:sz w:val="16"/>
          <w:u w:val="none"/>
        </w:rPr>
        <w:t xml:space="preserve"> the </w:t>
      </w:r>
      <w:r>
        <w:rPr>
          <w:b/>
          <w:i w:val="0"/>
          <w:smallCaps w:val="0"/>
          <w:strike w:val="0"/>
          <w:highlight w:val="cyan"/>
          <w:u w:val="single"/>
        </w:rPr>
        <w:t>scientific lit</w:t>
      </w:r>
      <w:r>
        <w:rPr>
          <w:b/>
          <w:i w:val="0"/>
          <w:smallCaps w:val="0"/>
          <w:strike w:val="0"/>
          <w:u w:val="single"/>
        </w:rPr>
        <w:t xml:space="preserve">erature </w:t>
      </w:r>
      <w:r>
        <w:rPr>
          <w:b/>
          <w:i w:val="0"/>
          <w:smallCaps w:val="0"/>
          <w:strike w:val="0"/>
          <w:highlight w:val="cyan"/>
          <w:u w:val="single"/>
        </w:rPr>
        <w:t>identified</w:t>
      </w:r>
      <w:r>
        <w:rPr>
          <w:b w:val="0"/>
          <w:i w:val="0"/>
          <w:smallCaps w:val="0"/>
          <w:strike w:val="0"/>
          <w:highlight w:val="cyan"/>
          <w:u w:val="single"/>
        </w:rPr>
        <w:t xml:space="preserve"> </w:t>
      </w:r>
      <w:r>
        <w:rPr>
          <w:b/>
          <w:i w:val="0"/>
          <w:smallCaps w:val="0"/>
          <w:strike w:val="0"/>
          <w:sz w:val="24"/>
          <w:highlight w:val="cyan"/>
          <w:u w:val="single"/>
        </w:rPr>
        <w:t>240 studies</w:t>
      </w:r>
      <w:r>
        <w:rPr>
          <w:b w:val="0"/>
          <w:i w:val="0"/>
          <w:smallCaps w:val="0"/>
          <w:strike w:val="0"/>
          <w:u w:val="single"/>
        </w:rPr>
        <w:t xml:space="preserve"> of ecosystems </w:t>
      </w:r>
      <w:r>
        <w:rPr>
          <w:b w:val="0"/>
          <w:i w:val="0"/>
          <w:smallCaps w:val="0"/>
          <w:strike w:val="0"/>
          <w:highlight w:val="cyan"/>
          <w:u w:val="single"/>
        </w:rPr>
        <w:t>following</w:t>
      </w:r>
      <w:r>
        <w:rPr>
          <w:b w:val="0"/>
          <w:i w:val="0"/>
          <w:smallCaps w:val="0"/>
          <w:strike w:val="0"/>
          <w:u w:val="single"/>
        </w:rPr>
        <w:t xml:space="preserve"> major </w:t>
      </w:r>
      <w:r>
        <w:rPr>
          <w:b w:val="0"/>
          <w:i w:val="0"/>
          <w:smallCaps w:val="0"/>
          <w:strike w:val="0"/>
          <w:highlight w:val="cyan"/>
          <w:u w:val="single"/>
        </w:rPr>
        <w:t>disturbances</w:t>
      </w:r>
      <w:r>
        <w:rPr>
          <w:b w:val="0"/>
          <w:i w:val="0"/>
          <w:smallCaps w:val="0"/>
          <w:strike w:val="0"/>
          <w:u w:val="single"/>
        </w:rPr>
        <w:t xml:space="preserve"> such as</w:t>
      </w:r>
      <w:r>
        <w:rPr>
          <w:b w:val="0"/>
          <w:i w:val="0"/>
          <w:smallCaps w:val="0"/>
          <w:strike w:val="0"/>
          <w:sz w:val="16"/>
          <w:u w:val="none"/>
        </w:rPr>
        <w:t xml:space="preserve"> </w:t>
      </w:r>
      <w:r>
        <w:rPr>
          <w:b/>
          <w:i w:val="0"/>
          <w:smallCaps w:val="0"/>
          <w:strike w:val="0"/>
          <w:sz w:val="24"/>
          <w:u w:val="single"/>
        </w:rPr>
        <w:t>deforestation</w:t>
      </w:r>
      <w:r>
        <w:rPr>
          <w:b w:val="0"/>
          <w:i w:val="0"/>
          <w:smallCaps w:val="0"/>
          <w:strike w:val="0"/>
          <w:sz w:val="16"/>
          <w:u w:val="none"/>
        </w:rPr>
        <w:t xml:space="preserve">, </w:t>
      </w:r>
      <w:r>
        <w:rPr>
          <w:b/>
          <w:i w:val="0"/>
          <w:smallCaps w:val="0"/>
          <w:strike w:val="0"/>
          <w:sz w:val="24"/>
          <w:u w:val="single"/>
        </w:rPr>
        <w:t>mining</w:t>
      </w:r>
      <w:r>
        <w:rPr>
          <w:b w:val="0"/>
          <w:i w:val="0"/>
          <w:smallCaps w:val="0"/>
          <w:strike w:val="0"/>
          <w:sz w:val="16"/>
          <w:u w:val="none"/>
        </w:rPr>
        <w:t xml:space="preserve">, </w:t>
      </w:r>
      <w:r>
        <w:rPr>
          <w:b/>
          <w:i w:val="0"/>
          <w:smallCaps w:val="0"/>
          <w:strike w:val="0"/>
          <w:sz w:val="24"/>
          <w:u w:val="single"/>
        </w:rPr>
        <w:t>oil spills</w:t>
      </w:r>
      <w:r>
        <w:rPr>
          <w:b w:val="0"/>
          <w:i w:val="0"/>
          <w:smallCaps w:val="0"/>
          <w:strike w:val="0"/>
          <w:sz w:val="16"/>
          <w:u w:val="none"/>
        </w:rPr>
        <w:t xml:space="preserve">, </w:t>
      </w:r>
      <w:r>
        <w:rPr>
          <w:b w:val="0"/>
          <w:i w:val="0"/>
          <w:smallCaps w:val="0"/>
          <w:strike w:val="0"/>
          <w:u w:val="single"/>
        </w:rPr>
        <w:t>and</w:t>
      </w:r>
      <w:r>
        <w:rPr>
          <w:b w:val="0"/>
          <w:i w:val="0"/>
          <w:smallCaps w:val="0"/>
          <w:strike w:val="0"/>
          <w:sz w:val="16"/>
          <w:u w:val="none"/>
        </w:rPr>
        <w:t xml:space="preserve"> other types of </w:t>
      </w:r>
      <w:r>
        <w:rPr>
          <w:b/>
          <w:i w:val="0"/>
          <w:smallCaps w:val="0"/>
          <w:strike w:val="0"/>
          <w:sz w:val="24"/>
          <w:u w:val="single"/>
        </w:rPr>
        <w:t>pollution</w:t>
      </w:r>
      <w:r>
        <w:rPr>
          <w:b w:val="0"/>
          <w:i w:val="0"/>
          <w:smallCaps w:val="0"/>
          <w:strike w:val="0"/>
          <w:sz w:val="16"/>
          <w:u w:val="none"/>
        </w:rPr>
        <w:t xml:space="preserve">. The </w:t>
      </w:r>
      <w:r>
        <w:rPr>
          <w:b w:val="0"/>
          <w:i w:val="0"/>
          <w:smallCaps w:val="0"/>
          <w:strike w:val="0"/>
          <w:u w:val="single"/>
        </w:rPr>
        <w:t xml:space="preserve">abundance of plant and animal </w:t>
      </w:r>
      <w:r>
        <w:rPr>
          <w:b w:val="0"/>
          <w:i w:val="0"/>
          <w:smallCaps w:val="0"/>
          <w:strike w:val="0"/>
          <w:highlight w:val="cyan"/>
          <w:u w:val="single"/>
        </w:rPr>
        <w:t>species</w:t>
      </w:r>
      <w:r>
        <w:rPr>
          <w:b w:val="0"/>
          <w:i w:val="0"/>
          <w:smallCaps w:val="0"/>
          <w:strike w:val="0"/>
          <w:sz w:val="16"/>
          <w:u w:val="none"/>
        </w:rPr>
        <w:t xml:space="preserve"> as well as other measures of ecosystem function </w:t>
      </w:r>
      <w:r>
        <w:rPr>
          <w:b/>
          <w:i w:val="0"/>
          <w:smallCaps w:val="0"/>
          <w:strike w:val="0"/>
          <w:sz w:val="24"/>
          <w:highlight w:val="cyan"/>
          <w:u w:val="single"/>
        </w:rPr>
        <w:t>recovered</w:t>
      </w:r>
      <w:r>
        <w:rPr>
          <w:b w:val="0"/>
          <w:i w:val="0"/>
          <w:smallCaps w:val="0"/>
          <w:strike w:val="0"/>
          <w:sz w:val="16"/>
          <w:u w:val="none"/>
        </w:rPr>
        <w:t xml:space="preserve">, at least partially, in 173 (72 percent) of these studies.25 While global forest cover is continuing to decline, it is rising in the Northern Hemisphere, where "nature" is returning to former agricultural lands.26 Something similar is likely to occur in the Southern Hemisphere, after poor countries achieve a similar level of economic development. </w:t>
      </w:r>
      <w:r>
        <w:rPr>
          <w:b w:val="0"/>
          <w:i w:val="0"/>
          <w:smallCaps w:val="0"/>
          <w:strike w:val="0"/>
          <w:u w:val="single"/>
        </w:rPr>
        <w:t>A 2010 report concluded</w:t>
      </w:r>
      <w:r>
        <w:rPr>
          <w:b w:val="0"/>
          <w:i w:val="0"/>
          <w:smallCaps w:val="0"/>
          <w:strike w:val="0"/>
          <w:sz w:val="16"/>
          <w:u w:val="none"/>
        </w:rPr>
        <w:t xml:space="preserve"> that </w:t>
      </w:r>
      <w:r>
        <w:rPr>
          <w:b w:val="0"/>
          <w:i w:val="0"/>
          <w:smallCaps w:val="0"/>
          <w:strike w:val="0"/>
          <w:highlight w:val="cyan"/>
          <w:u w:val="single"/>
        </w:rPr>
        <w:t>rainforests</w:t>
      </w:r>
      <w:r>
        <w:rPr>
          <w:b w:val="0"/>
          <w:i w:val="0"/>
          <w:smallCaps w:val="0"/>
          <w:strike w:val="0"/>
          <w:sz w:val="16"/>
          <w:u w:val="none"/>
        </w:rPr>
        <w:t xml:space="preserve"> that </w:t>
      </w:r>
      <w:r>
        <w:rPr>
          <w:b w:val="0"/>
          <w:i w:val="0"/>
          <w:smallCaps w:val="0"/>
          <w:strike w:val="0"/>
          <w:u w:val="single"/>
        </w:rPr>
        <w:t xml:space="preserve">have </w:t>
      </w:r>
      <w:r>
        <w:rPr>
          <w:b w:val="0"/>
          <w:i w:val="0"/>
          <w:smallCaps w:val="0"/>
          <w:strike w:val="0"/>
          <w:highlight w:val="cyan"/>
          <w:u w:val="single"/>
        </w:rPr>
        <w:t>grow</w:t>
      </w:r>
      <w:r>
        <w:rPr>
          <w:b w:val="0"/>
          <w:i w:val="0"/>
          <w:smallCaps w:val="0"/>
          <w:strike w:val="0"/>
          <w:u w:val="single"/>
        </w:rPr>
        <w:t xml:space="preserve">n </w:t>
      </w:r>
      <w:r>
        <w:rPr>
          <w:b w:val="0"/>
          <w:i w:val="0"/>
          <w:smallCaps w:val="0"/>
          <w:strike w:val="0"/>
          <w:highlight w:val="cyan"/>
          <w:u w:val="single"/>
        </w:rPr>
        <w:t>back</w:t>
      </w:r>
      <w:r>
        <w:rPr>
          <w:b w:val="0"/>
          <w:i w:val="0"/>
          <w:smallCaps w:val="0"/>
          <w:strike w:val="0"/>
          <w:u w:val="single"/>
        </w:rPr>
        <w:t xml:space="preserve"> over abandoned ag</w:t>
      </w:r>
      <w:r>
        <w:rPr>
          <w:b w:val="0"/>
          <w:i w:val="0"/>
          <w:smallCaps w:val="0"/>
          <w:strike w:val="0"/>
          <w:sz w:val="16"/>
          <w:u w:val="none"/>
        </w:rPr>
        <w:t xml:space="preserve">ricultural </w:t>
      </w:r>
      <w:r>
        <w:rPr>
          <w:b w:val="0"/>
          <w:i w:val="0"/>
          <w:smallCaps w:val="0"/>
          <w:strike w:val="0"/>
          <w:u w:val="single"/>
        </w:rPr>
        <w:t>land had</w:t>
      </w:r>
      <w:r>
        <w:rPr>
          <w:b w:val="0"/>
          <w:i w:val="0"/>
          <w:smallCaps w:val="0"/>
          <w:strike w:val="0"/>
          <w:sz w:val="16"/>
          <w:u w:val="none"/>
        </w:rPr>
        <w:t xml:space="preserve"> 40 to </w:t>
      </w:r>
      <w:r>
        <w:rPr>
          <w:b w:val="0"/>
          <w:i w:val="0"/>
          <w:smallCaps w:val="0"/>
          <w:strike w:val="0"/>
          <w:u w:val="single"/>
        </w:rPr>
        <w:t>70 percent of the species of the original forests</w:t>
      </w:r>
      <w:r>
        <w:rPr>
          <w:b w:val="0"/>
          <w:i w:val="0"/>
          <w:smallCaps w:val="0"/>
          <w:strike w:val="0"/>
          <w:sz w:val="16"/>
          <w:u w:val="none"/>
        </w:rPr>
        <w:t xml:space="preserve">.27 Even Indonesian orangutans, which were widely thought to be able to survive only in pristine forests, have been found in surprising numbers in oil palm plantations and degraded lands.28 </w:t>
      </w:r>
      <w:r>
        <w:rPr>
          <w:b w:val="0"/>
          <w:i w:val="0"/>
          <w:smallCaps w:val="0"/>
          <w:strike w:val="0"/>
          <w:highlight w:val="cyan"/>
          <w:u w:val="single"/>
        </w:rPr>
        <w:t>Nature</w:t>
      </w:r>
      <w:r>
        <w:rPr>
          <w:b w:val="0"/>
          <w:i w:val="0"/>
          <w:smallCaps w:val="0"/>
          <w:strike w:val="0"/>
          <w:u w:val="single"/>
        </w:rPr>
        <w:t xml:space="preserve"> is</w:t>
      </w:r>
      <w:r>
        <w:rPr>
          <w:b w:val="0"/>
          <w:i w:val="0"/>
          <w:smallCaps w:val="0"/>
          <w:strike w:val="0"/>
          <w:sz w:val="16"/>
          <w:u w:val="none"/>
        </w:rPr>
        <w:t xml:space="preserve"> so </w:t>
      </w:r>
      <w:r>
        <w:rPr>
          <w:b w:val="0"/>
          <w:i w:val="0"/>
          <w:smallCaps w:val="0"/>
          <w:strike w:val="0"/>
          <w:u w:val="single"/>
        </w:rPr>
        <w:t>resilient</w:t>
      </w:r>
      <w:r>
        <w:rPr>
          <w:b w:val="0"/>
          <w:i w:val="0"/>
          <w:smallCaps w:val="0"/>
          <w:strike w:val="0"/>
          <w:sz w:val="16"/>
          <w:u w:val="none"/>
        </w:rPr>
        <w:t xml:space="preserve"> that </w:t>
      </w:r>
      <w:r>
        <w:rPr>
          <w:b w:val="0"/>
          <w:i w:val="0"/>
          <w:smallCaps w:val="0"/>
          <w:strike w:val="0"/>
          <w:u w:val="single"/>
        </w:rPr>
        <w:t xml:space="preserve">it </w:t>
      </w:r>
      <w:r>
        <w:rPr>
          <w:b w:val="0"/>
          <w:i w:val="0"/>
          <w:smallCaps w:val="0"/>
          <w:strike w:val="0"/>
          <w:highlight w:val="cyan"/>
          <w:u w:val="single"/>
        </w:rPr>
        <w:t xml:space="preserve">can </w:t>
      </w:r>
      <w:r>
        <w:rPr>
          <w:b/>
          <w:i w:val="0"/>
          <w:smallCaps w:val="0"/>
          <w:strike w:val="0"/>
          <w:sz w:val="24"/>
          <w:highlight w:val="cyan"/>
          <w:u w:val="single"/>
        </w:rPr>
        <w:t>recover rapidly</w:t>
      </w:r>
      <w:r>
        <w:rPr>
          <w:b w:val="0"/>
          <w:i w:val="0"/>
          <w:smallCaps w:val="0"/>
          <w:strike w:val="0"/>
          <w:sz w:val="16"/>
          <w:highlight w:val="cyan"/>
          <w:u w:val="none"/>
        </w:rPr>
        <w:t xml:space="preserve"> </w:t>
      </w:r>
      <w:r>
        <w:rPr>
          <w:b w:val="0"/>
          <w:i w:val="0"/>
          <w:smallCaps w:val="0"/>
          <w:strike w:val="0"/>
          <w:highlight w:val="cyan"/>
          <w:u w:val="single"/>
        </w:rPr>
        <w:t>from</w:t>
      </w:r>
      <w:r>
        <w:rPr>
          <w:b w:val="0"/>
          <w:i w:val="0"/>
          <w:smallCaps w:val="0"/>
          <w:strike w:val="0"/>
          <w:u w:val="single"/>
        </w:rPr>
        <w:t xml:space="preserve"> </w:t>
      </w:r>
      <w:r>
        <w:rPr>
          <w:b/>
          <w:i w:val="0"/>
          <w:smallCaps w:val="0"/>
          <w:strike w:val="0"/>
          <w:sz w:val="24"/>
          <w:u w:val="single"/>
        </w:rPr>
        <w:t xml:space="preserve">even the most </w:t>
      </w:r>
      <w:r>
        <w:rPr>
          <w:b/>
          <w:i w:val="0"/>
          <w:smallCaps w:val="0"/>
          <w:strike w:val="0"/>
          <w:sz w:val="24"/>
          <w:highlight w:val="cyan"/>
          <w:u w:val="single"/>
        </w:rPr>
        <w:t>powerful</w:t>
      </w:r>
      <w:r>
        <w:rPr>
          <w:b/>
          <w:i w:val="0"/>
          <w:smallCaps w:val="0"/>
          <w:strike w:val="0"/>
          <w:sz w:val="24"/>
          <w:u w:val="single"/>
        </w:rPr>
        <w:t xml:space="preserve"> human </w:t>
      </w:r>
      <w:r>
        <w:rPr>
          <w:b/>
          <w:i w:val="0"/>
          <w:smallCaps w:val="0"/>
          <w:strike w:val="0"/>
          <w:sz w:val="24"/>
          <w:highlight w:val="cyan"/>
          <w:u w:val="single"/>
        </w:rPr>
        <w:t>disturbances</w:t>
      </w:r>
      <w:r>
        <w:rPr>
          <w:b w:val="0"/>
          <w:i w:val="0"/>
          <w:smallCaps w:val="0"/>
          <w:strike w:val="0"/>
          <w:sz w:val="16"/>
          <w:u w:val="none"/>
        </w:rPr>
        <w:t xml:space="preserve">. Around the </w:t>
      </w:r>
      <w:r>
        <w:rPr>
          <w:b w:val="0"/>
          <w:i w:val="0"/>
          <w:smallCaps w:val="0"/>
          <w:strike w:val="0"/>
          <w:highlight w:val="cyan"/>
          <w:u w:val="single"/>
        </w:rPr>
        <w:t>Chernobyl</w:t>
      </w:r>
      <w:r>
        <w:rPr>
          <w:b w:val="0"/>
          <w:i w:val="0"/>
          <w:smallCaps w:val="0"/>
          <w:strike w:val="0"/>
          <w:sz w:val="16"/>
          <w:u w:val="none"/>
        </w:rPr>
        <w:t xml:space="preserve"> nuclear facility, which </w:t>
      </w:r>
      <w:r>
        <w:rPr>
          <w:b w:val="0"/>
          <w:i w:val="0"/>
          <w:smallCaps w:val="0"/>
          <w:strike w:val="0"/>
          <w:highlight w:val="cyan"/>
          <w:u w:val="single"/>
        </w:rPr>
        <w:t>melted down</w:t>
      </w:r>
      <w:r>
        <w:rPr>
          <w:b w:val="0"/>
          <w:i w:val="0"/>
          <w:smallCaps w:val="0"/>
          <w:strike w:val="0"/>
          <w:sz w:val="16"/>
          <w:u w:val="none"/>
        </w:rPr>
        <w:t xml:space="preserve"> in 1986, </w:t>
      </w:r>
      <w:r>
        <w:rPr>
          <w:b/>
          <w:i w:val="0"/>
          <w:smallCaps w:val="0"/>
          <w:strike w:val="0"/>
          <w:sz w:val="24"/>
          <w:highlight w:val="cyan"/>
          <w:u w:val="single"/>
        </w:rPr>
        <w:t>wildlife is thriving</w:t>
      </w:r>
      <w:r>
        <w:rPr>
          <w:b w:val="0"/>
          <w:i w:val="0"/>
          <w:smallCaps w:val="0"/>
          <w:strike w:val="0"/>
          <w:sz w:val="16"/>
          <w:u w:val="none"/>
        </w:rPr>
        <w:t xml:space="preserve">, </w:t>
      </w:r>
      <w:r>
        <w:rPr>
          <w:b w:val="0"/>
          <w:i w:val="0"/>
          <w:smallCaps w:val="0"/>
          <w:strike w:val="0"/>
          <w:u w:val="single"/>
        </w:rPr>
        <w:t>despite</w:t>
      </w:r>
      <w:r>
        <w:rPr>
          <w:b w:val="0"/>
          <w:i w:val="0"/>
          <w:smallCaps w:val="0"/>
          <w:strike w:val="0"/>
          <w:sz w:val="16"/>
          <w:u w:val="none"/>
        </w:rPr>
        <w:t xml:space="preserve"> the high levels of </w:t>
      </w:r>
      <w:r>
        <w:rPr>
          <w:b w:val="0"/>
          <w:i w:val="0"/>
          <w:smallCaps w:val="0"/>
          <w:strike w:val="0"/>
          <w:u w:val="single"/>
        </w:rPr>
        <w:t>radiation</w:t>
      </w:r>
      <w:r>
        <w:rPr>
          <w:b w:val="0"/>
          <w:i w:val="0"/>
          <w:smallCaps w:val="0"/>
          <w:strike w:val="0"/>
          <w:sz w:val="16"/>
          <w:u w:val="none"/>
        </w:rPr>
        <w:t xml:space="preserve">.29 In the Bikini Atoll, the site of multiple nuclear bomb tests, including the 1954 hydrogen bomb test that boiled the water in the area, the number of coral species has actually increased relative to before the explosions.30 More recently, the massive 2010 </w:t>
      </w:r>
      <w:r>
        <w:rPr>
          <w:b w:val="0"/>
          <w:i w:val="0"/>
          <w:smallCaps w:val="0"/>
          <w:strike w:val="0"/>
          <w:u w:val="single"/>
        </w:rPr>
        <w:t>oil spill in the Gulf</w:t>
      </w:r>
      <w:r>
        <w:rPr>
          <w:b w:val="0"/>
          <w:i w:val="0"/>
          <w:smallCaps w:val="0"/>
          <w:strike w:val="0"/>
          <w:sz w:val="16"/>
          <w:u w:val="none"/>
        </w:rPr>
        <w:t xml:space="preserve"> of Mexico </w:t>
      </w:r>
      <w:r>
        <w:rPr>
          <w:b w:val="0"/>
          <w:i w:val="0"/>
          <w:smallCaps w:val="0"/>
          <w:strike w:val="0"/>
          <w:u w:val="single"/>
        </w:rPr>
        <w:t xml:space="preserve">was </w:t>
      </w:r>
      <w:r>
        <w:rPr>
          <w:b w:val="0"/>
          <w:i w:val="0"/>
          <w:smallCaps w:val="0"/>
          <w:strike w:val="0"/>
          <w:sz w:val="16"/>
          <w:u w:val="none"/>
        </w:rPr>
        <w:t xml:space="preserve">degraded and </w:t>
      </w:r>
      <w:r>
        <w:rPr>
          <w:b w:val="0"/>
          <w:i w:val="0"/>
          <w:smallCaps w:val="0"/>
          <w:strike w:val="0"/>
          <w:u w:val="single"/>
        </w:rPr>
        <w:t>consumed by bacteria</w:t>
      </w:r>
      <w:r>
        <w:rPr>
          <w:b w:val="0"/>
          <w:i w:val="0"/>
          <w:smallCaps w:val="0"/>
          <w:strike w:val="0"/>
          <w:sz w:val="16"/>
          <w:u w:val="none"/>
        </w:rPr>
        <w:t xml:space="preserve"> at a remarkably fast rate.31</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