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single"/>
        </w:rPr>
        <w:t>Islands</w:t>
      </w:r>
      <w:r>
        <w:rPr>
          <w:b/>
          <w:i w:val="0"/>
          <w:smallCaps w:val="0"/>
          <w:strike w:val="0"/>
          <w:sz w:val="26"/>
          <w:u w:val="none"/>
        </w:rPr>
        <w:t xml:space="preserve"> check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Osborne </w:t>
      </w:r>
      <w:r>
        <w:rPr>
          <w:b/>
          <w:i w:val="0"/>
          <w:smallCaps w:val="0"/>
          <w:strike w:val="0"/>
          <w:sz w:val="26"/>
          <w:u w:val="none"/>
        </w:rPr>
        <w:t>’</w:t>
      </w:r>
      <w:r>
        <w:rPr>
          <w:b/>
          <w:i w:val="0"/>
          <w:smallCaps w:val="0"/>
          <w:strike w:val="0"/>
          <w:sz w:val="26"/>
          <w:u w:val="none"/>
        </w:rPr>
        <w:t>19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[C</w:t>
      </w:r>
      <w:r>
        <w:rPr>
          <w:b w:val="0"/>
          <w:i w:val="0"/>
          <w:smallCaps w:val="0"/>
          <w:strike w:val="0"/>
          <w:u w:val="none"/>
        </w:rPr>
        <w:t xml:space="preserve">iting Nick Wilson, from the University of Otago. Hannah, 10-3-2019, "These are the best places on Earth to survive a global pandemic threatening to wipe humans out—according to scientists", </w:t>
      </w:r>
      <w:r>
        <w:rPr>
          <w:b w:val="0"/>
          <w:i/>
          <w:smallCaps w:val="0"/>
          <w:strike w:val="0"/>
          <w:u w:val="none"/>
        </w:rPr>
        <w:t>Newsweek</w:t>
      </w:r>
      <w:r>
        <w:rPr>
          <w:b w:val="0"/>
          <w:i w:val="0"/>
          <w:smallCaps w:val="0"/>
          <w:strike w:val="0"/>
          <w:u w:val="none"/>
        </w:rPr>
        <w:t>, https://www.newsweek.com/countries-safest-global-pandemic-human-extinction-1462869</w:t>
      </w:r>
      <w:r>
        <w:rPr>
          <w:b w:val="0"/>
          <w:i w:val="0"/>
          <w:smallCaps w:val="0"/>
          <w:strike w:val="0"/>
          <w:u w:val="none"/>
        </w:rPr>
        <w:t>]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highlight w:val="cyan"/>
          <w:u w:val="single"/>
        </w:rPr>
        <w:t>In</w:t>
      </w:r>
      <w:r>
        <w:rPr>
          <w:b/>
          <w:i w:val="0"/>
          <w:smallCaps w:val="0"/>
          <w:strike w:val="0"/>
          <w:sz w:val="22"/>
          <w:u w:val="single"/>
        </w:rPr>
        <w:t xml:space="preserve"> the event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global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pandemic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threatening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mankind with </w:t>
      </w:r>
      <w:r>
        <w:rPr>
          <w:b/>
          <w:i w:val="0"/>
          <w:smallCaps w:val="0"/>
          <w:strike w:val="0"/>
          <w:sz w:val="24"/>
          <w:u w:val="single"/>
        </w:rPr>
        <w:t>extinction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Australia and New Zealand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would</w:t>
      </w:r>
      <w:r>
        <w:rPr>
          <w:b/>
          <w:i w:val="0"/>
          <w:smallCaps w:val="0"/>
          <w:strike w:val="0"/>
          <w:sz w:val="22"/>
          <w:u w:val="single"/>
        </w:rPr>
        <w:t xml:space="preserve"> be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best </w:t>
      </w:r>
      <w:r>
        <w:rPr>
          <w:b/>
          <w:i w:val="0"/>
          <w:smallCaps w:val="0"/>
          <w:strike w:val="0"/>
          <w:sz w:val="24"/>
          <w:u w:val="single"/>
        </w:rPr>
        <w:t>safe havens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 xml:space="preserve">where humans could </w:t>
      </w:r>
      <w:r>
        <w:rPr>
          <w:b/>
          <w:i w:val="0"/>
          <w:smallCaps w:val="0"/>
          <w:strike w:val="0"/>
          <w:sz w:val="24"/>
          <w:u w:val="single"/>
        </w:rPr>
        <w:t>survive</w:t>
      </w:r>
      <w:r>
        <w:rPr>
          <w:b/>
          <w:i w:val="0"/>
          <w:smallCaps w:val="0"/>
          <w:strike w:val="0"/>
          <w:sz w:val="22"/>
          <w:u w:val="single"/>
        </w:rPr>
        <w:t xml:space="preserve"> 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eventually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repopulate the planet</w:t>
      </w:r>
      <w:r>
        <w:rPr>
          <w:b w:val="0"/>
          <w:i w:val="0"/>
          <w:smallCaps w:val="0"/>
          <w:strike w:val="0"/>
          <w:sz w:val="16"/>
          <w:u w:val="none"/>
        </w:rPr>
        <w:t>, scientists have said. "Discoveries in biotechnology could see a genetically-engineered pandemic threaten the survival of our species," Nick</w:t>
      </w:r>
      <w:r>
        <w:rPr>
          <w:b w:val="0"/>
          <w:i w:val="0"/>
          <w:smallCaps w:val="0"/>
          <w:strike w:val="0"/>
          <w:sz w:val="1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Wilson, from the University of Otago, said in a statement. "Though carriers of disease can easily circumvent land borders,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a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closed self-sufficient island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could harbour an isolated</w:t>
      </w:r>
      <w:r>
        <w:rPr>
          <w:b/>
          <w:i w:val="0"/>
          <w:smallCaps w:val="0"/>
          <w:strike w:val="0"/>
          <w:sz w:val="22"/>
          <w:u w:val="single"/>
        </w:rPr>
        <w:t xml:space="preserve">, technologically-adept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population that could repopulate</w:t>
      </w:r>
      <w:r>
        <w:rPr>
          <w:b/>
          <w:i w:val="0"/>
          <w:smallCaps w:val="0"/>
          <w:strike w:val="0"/>
          <w:sz w:val="22"/>
          <w:u w:val="single"/>
        </w:rPr>
        <w:t xml:space="preserve"> the earth following a disaster</w:t>
      </w:r>
      <w:r>
        <w:rPr>
          <w:b w:val="0"/>
          <w:i w:val="0"/>
          <w:smallCaps w:val="0"/>
          <w:strike w:val="0"/>
          <w:sz w:val="16"/>
          <w:u w:val="none"/>
        </w:rPr>
        <w:t>."</w:t>
      </w:r>
    </w:p>
    <w:p>
      <w:pPr>
        <w:pStyle w:val="Caption"/>
      </w:pPr>
      <w:r>
        <w:t>Source: Green Patents Neg - Michigan 7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