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Should also requires </w:t>
      </w:r>
      <w:r>
        <w:rPr>
          <w:b/>
          <w:i w:val="0"/>
          <w:smallCaps w:val="0"/>
          <w:strike w:val="0"/>
          <w:sz w:val="26"/>
          <w:u w:val="single"/>
        </w:rPr>
        <w:t>certainty</w:t>
      </w:r>
    </w:p>
    <w:p>
      <w:pPr>
        <w:spacing w:after="80"/>
      </w:pPr>
      <w:r>
        <w:rPr>
          <w:b/>
          <w:i w:val="0"/>
          <w:smallCaps w:val="0"/>
          <w:strike w:val="0"/>
          <w:sz w:val="26"/>
          <w:u w:val="none"/>
        </w:rPr>
        <w:t>Summers 94</w:t>
      </w:r>
      <w:r>
        <w:rPr>
          <w:b w:val="0"/>
          <w:i w:val="0"/>
          <w:smallCaps w:val="0"/>
          <w:strike w:val="0"/>
          <w:u w:val="none"/>
        </w:rPr>
        <w:t xml:space="preserve"> (Justice – Oklahoma Supreme Court, “Kelsey v. </w:t>
      </w:r>
      <w:r>
        <w:rPr>
          <w:b w:val="0"/>
          <w:i w:val="0"/>
          <w:smallCaps w:val="0"/>
          <w:strike w:val="0"/>
          <w:u w:val="none"/>
        </w:rPr>
        <w:t>Dollarsaver</w:t>
      </w:r>
      <w:r>
        <w:rPr>
          <w:b w:val="0"/>
          <w:i w:val="0"/>
          <w:smallCaps w:val="0"/>
          <w:strike w:val="0"/>
          <w:u w:val="none"/>
        </w:rPr>
        <w:t xml:space="preserve"> Food Warehouse of Durant”, 1994 OK 123, 11-8, http://www.oscn.net/applications/oscn/DeliverDocument.asp?CiteID=20287#marker3fn13)</w:t>
      </w:r>
    </w:p>
    <w:p>
      <w:pPr>
        <w:spacing w:after="60"/>
      </w:pPr>
      <w:r>
        <w:rPr>
          <w:b w:val="0"/>
          <w:i w:val="0"/>
          <w:smallCaps w:val="0"/>
          <w:strike w:val="0"/>
          <w:sz w:val="16"/>
          <w:u w:val="none"/>
        </w:rPr>
        <w:t>The legal question to be resolved by the court is whether the word "should"</w:t>
      </w:r>
      <w:r>
        <w:rPr>
          <w:b w:val="0"/>
          <w:i w:val="0"/>
          <w:smallCaps w:val="0"/>
          <w:strike w:val="0"/>
          <w:sz w:val="16"/>
          <w:u w:val="none"/>
        </w:rPr>
        <w:t>13</w:t>
      </w:r>
      <w:r>
        <w:rPr>
          <w:b w:val="0"/>
          <w:i w:val="0"/>
          <w:smallCaps w:val="0"/>
          <w:strike w:val="0"/>
          <w:sz w:val="16"/>
          <w:u w:val="none"/>
        </w:rPr>
        <w:t xml:space="preserve"> in the May 18 order connotes futurity or may be deemed a ruling in praesenti.</w:t>
      </w:r>
      <w:r>
        <w:rPr>
          <w:b w:val="0"/>
          <w:i w:val="0"/>
          <w:smallCaps w:val="0"/>
          <w:strike w:val="0"/>
          <w:sz w:val="16"/>
          <w:u w:val="none"/>
        </w:rPr>
        <w:t>14</w:t>
      </w:r>
      <w:r>
        <w:rPr>
          <w:b w:val="0"/>
          <w:i w:val="0"/>
          <w:smallCaps w:val="0"/>
          <w:strike w:val="0"/>
          <w:sz w:val="16"/>
          <w:u w:val="none"/>
        </w:rPr>
        <w:t xml:space="preserve"> The answer to this query is not to be divined from rules of grammar;</w:t>
      </w:r>
      <w:r>
        <w:rPr>
          <w:b w:val="0"/>
          <w:i w:val="0"/>
          <w:smallCaps w:val="0"/>
          <w:strike w:val="0"/>
          <w:sz w:val="16"/>
          <w:u w:val="none"/>
        </w:rPr>
        <w:t>15</w:t>
      </w:r>
      <w:r>
        <w:rPr>
          <w:b w:val="0"/>
          <w:i w:val="0"/>
          <w:smallCaps w:val="0"/>
          <w:strike w:val="0"/>
          <w:sz w:val="16"/>
          <w:u w:val="none"/>
        </w:rPr>
        <w:t xml:space="preserve"> it must be governed by the age-old practice culture of legal professionals and its immemorial language usage. To determine if the omission (from the critical May 18 entry) of the turgid phrase, "and the same hereby is", (1) makes it an in </w:t>
      </w:r>
      <w:r>
        <w:rPr>
          <w:b w:val="0"/>
          <w:i w:val="0"/>
          <w:smallCaps w:val="0"/>
          <w:strike w:val="0"/>
          <w:sz w:val="16"/>
          <w:u w:val="none"/>
        </w:rPr>
        <w:t>futuro</w:t>
      </w:r>
      <w:r>
        <w:rPr>
          <w:b w:val="0"/>
          <w:i w:val="0"/>
          <w:smallCaps w:val="0"/>
          <w:strike w:val="0"/>
          <w:sz w:val="16"/>
          <w:u w:val="none"/>
        </w:rPr>
        <w:t xml:space="preserve"> ruling - i.e., an expression of what the judge will or would do at a later stage - or (2) constitutes an in in praesenti resolution of a disputed law issue, the trial judge's intent must be garnered from the four corners of the entire record.</w:t>
      </w:r>
      <w:r>
        <w:rPr>
          <w:b w:val="0"/>
          <w:i w:val="0"/>
          <w:smallCaps w:val="0"/>
          <w:strike w:val="0"/>
          <w:sz w:val="16"/>
          <w:u w:val="none"/>
        </w:rPr>
        <w:t>16 13</w:t>
      </w:r>
      <w:r>
        <w:rPr>
          <w:b w:val="0"/>
          <w:i w:val="0"/>
          <w:smallCaps w:val="0"/>
          <w:strike w:val="0"/>
          <w:sz w:val="16"/>
          <w:u w:val="none"/>
        </w:rPr>
        <w:t xml:space="preserve"> "Should" not only is used as a "present indicative" synonymous with ought 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xml:space="preserve">. 143, 144 P. 1075, 1080-81 (1914). For a more detailed explanation, see the Partridge quotation infra note 15. </w:t>
      </w:r>
      <w:r>
        <w:rPr>
          <w:b/>
          <w:i w:val="0"/>
          <w:smallCaps w:val="0"/>
          <w:strike w:val="0"/>
          <w:sz w:val="22"/>
          <w:highlight w:val="cyan"/>
          <w:u w:val="single"/>
        </w:rPr>
        <w:t>Certain contexts mandate</w:t>
      </w:r>
      <w:r>
        <w:rPr>
          <w:b w:val="0"/>
          <w:i w:val="0"/>
          <w:smallCaps w:val="0"/>
          <w:strike w:val="0"/>
          <w:sz w:val="16"/>
          <w:u w:val="none"/>
        </w:rPr>
        <w:t xml:space="preserve"> a construction of the term "</w:t>
      </w:r>
      <w:r>
        <w:rPr>
          <w:b/>
          <w:i w:val="0"/>
          <w:smallCaps w:val="0"/>
          <w:strike w:val="0"/>
          <w:sz w:val="22"/>
          <w:highlight w:val="cyan"/>
          <w:u w:val="single"/>
        </w:rPr>
        <w:t xml:space="preserve">should" as more than </w:t>
      </w:r>
      <w:r>
        <w:rPr>
          <w:b/>
          <w:i w:val="0"/>
          <w:smallCaps w:val="0"/>
          <w:strike w:val="0"/>
          <w:sz w:val="22"/>
          <w:u w:val="single"/>
        </w:rPr>
        <w:t xml:space="preserve">merely </w:t>
      </w:r>
      <w:r>
        <w:rPr>
          <w:b/>
          <w:i w:val="0"/>
          <w:smallCaps w:val="0"/>
          <w:strike w:val="0"/>
          <w:sz w:val="22"/>
          <w:highlight w:val="cyan"/>
          <w:u w:val="single"/>
        </w:rPr>
        <w:t>indicating</w:t>
      </w:r>
      <w:r>
        <w:rPr>
          <w:b/>
          <w:i w:val="0"/>
          <w:smallCaps w:val="0"/>
          <w:strike w:val="0"/>
          <w:sz w:val="22"/>
          <w:u w:val="single"/>
        </w:rPr>
        <w:t xml:space="preserve"> preference or </w:t>
      </w:r>
      <w:r>
        <w:rPr>
          <w:b/>
          <w:i w:val="0"/>
          <w:smallCaps w:val="0"/>
          <w:strike w:val="0"/>
          <w:sz w:val="22"/>
          <w:highlight w:val="cyan"/>
          <w:u w:val="single"/>
        </w:rPr>
        <w:t>desirability</w:t>
      </w:r>
      <w:r>
        <w:rPr>
          <w:b/>
          <w:i w:val="0"/>
          <w:smallCaps w:val="0"/>
          <w:strike w:val="0"/>
          <w:sz w:val="22"/>
          <w:u w:val="single"/>
        </w:rPr>
        <w:t>.</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sz w:val="16"/>
          <w:u w:val="none"/>
        </w:rPr>
        <w:t>802 P.2d 813</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i w:val="0"/>
          <w:smallCaps w:val="0"/>
          <w:strike w:val="0"/>
          <w:sz w:val="22"/>
          <w:highlight w:val="cyan"/>
          <w:u w:val="single"/>
        </w:rPr>
        <w:t>should</w:t>
      </w:r>
      <w:r>
        <w:rPr>
          <w:b/>
          <w:i w:val="0"/>
          <w:smallCaps w:val="0"/>
          <w:strike w:val="0"/>
          <w:sz w:val="22"/>
          <w:u w:val="single"/>
        </w:rPr>
        <w:t xml:space="preserve">" </w:t>
      </w:r>
      <w:r>
        <w:rPr>
          <w:b/>
          <w:i w:val="0"/>
          <w:smallCaps w:val="0"/>
          <w:strike w:val="0"/>
          <w:sz w:val="22"/>
          <w:highlight w:val="cyan"/>
          <w:u w:val="single"/>
        </w:rPr>
        <w:t>would mean the same as</w:t>
      </w:r>
      <w:r>
        <w:rPr>
          <w:b/>
          <w:i w:val="0"/>
          <w:smallCaps w:val="0"/>
          <w:strike w:val="0"/>
          <w:sz w:val="22"/>
          <w:u w:val="single"/>
        </w:rPr>
        <w:t xml:space="preserve"> "shall" or "</w:t>
      </w:r>
      <w:r>
        <w:rPr>
          <w:b/>
          <w:i w:val="0"/>
          <w:smallCaps w:val="0"/>
          <w:strike w:val="0"/>
          <w:sz w:val="22"/>
          <w:highlight w:val="cyan"/>
          <w:u w:val="single"/>
        </w:rPr>
        <w:t>must</w:t>
      </w:r>
      <w:r>
        <w:rPr>
          <w:b/>
          <w:i w:val="0"/>
          <w:smallCaps w:val="0"/>
          <w:strike w:val="0"/>
          <w:sz w:val="22"/>
          <w:u w:val="single"/>
        </w:rPr>
        <w:t>"</w:t>
      </w:r>
      <w:r>
        <w:rPr>
          <w:b w:val="0"/>
          <w:i w:val="0"/>
          <w:smallCaps w:val="0"/>
          <w:strike w:val="0"/>
          <w:sz w:val="16"/>
          <w:u w:val="none"/>
        </w:rPr>
        <w:t xml:space="preserve"> when used in an instruction to the jury which tells the triers they "should disregard false testimony"). </w:t>
      </w:r>
      <w:r>
        <w:rPr>
          <w:b w:val="0"/>
          <w:i w:val="0"/>
          <w:smallCaps w:val="0"/>
          <w:strike w:val="0"/>
          <w:sz w:val="16"/>
          <w:u w:val="none"/>
        </w:rPr>
        <w:t>14</w:t>
      </w:r>
      <w:r>
        <w:rPr>
          <w:b w:val="0"/>
          <w:i w:val="0"/>
          <w:smallCaps w:val="0"/>
          <w:strike w:val="0"/>
          <w:sz w:val="16"/>
          <w:u w:val="none"/>
        </w:rPr>
        <w:t xml:space="preserve"> In praesenti means literally "at the present time." BLACK'S LAW DICTIONARY 792 (6th Ed. 1990). In legal parlance </w:t>
      </w:r>
      <w:r>
        <w:rPr>
          <w:b/>
          <w:i w:val="0"/>
          <w:smallCaps w:val="0"/>
          <w:strike w:val="0"/>
          <w:sz w:val="22"/>
          <w:highlight w:val="cyan"/>
          <w:u w:val="single"/>
        </w:rPr>
        <w:t xml:space="preserve">the phrase </w:t>
      </w:r>
      <w:r>
        <w:rPr>
          <w:b/>
          <w:i w:val="0"/>
          <w:smallCaps w:val="0"/>
          <w:strike w:val="0"/>
          <w:sz w:val="22"/>
          <w:highlight w:val="cyan"/>
          <w:u w:val="single"/>
        </w:rPr>
        <w:t>denotes</w:t>
      </w:r>
      <w:r>
        <w:rPr>
          <w:b/>
          <w:i w:val="0"/>
          <w:smallCaps w:val="0"/>
          <w:strike w:val="0"/>
          <w:sz w:val="22"/>
          <w:u w:val="single"/>
        </w:rPr>
        <w:t xml:space="preserve"> that</w:t>
      </w:r>
      <w:r>
        <w:rPr>
          <w:b/>
          <w:i w:val="0"/>
          <w:smallCaps w:val="0"/>
          <w:strike w:val="0"/>
          <w:sz w:val="22"/>
          <w:u w:val="single"/>
        </w:rPr>
        <w:t xml:space="preserve"> which in </w:t>
      </w:r>
      <w:r>
        <w:rPr>
          <w:b/>
          <w:i w:val="0"/>
          <w:smallCaps w:val="0"/>
          <w:strike w:val="0"/>
          <w:sz w:val="22"/>
          <w:highlight w:val="cyan"/>
          <w:u w:val="single"/>
        </w:rPr>
        <w:t>law is</w:t>
      </w:r>
      <w:r>
        <w:rPr>
          <w:b w:val="0"/>
          <w:i w:val="0"/>
          <w:smallCaps w:val="0"/>
          <w:strike w:val="0"/>
          <w:sz w:val="16"/>
          <w:u w:val="none"/>
        </w:rPr>
        <w:t xml:space="preserve"> presently or </w:t>
      </w:r>
      <w:r>
        <w:rPr>
          <w:b/>
          <w:i w:val="0"/>
          <w:smallCaps w:val="0"/>
          <w:strike w:val="0"/>
          <w:sz w:val="22"/>
          <w:highlight w:val="cyan"/>
          <w:u w:val="single"/>
        </w:rPr>
        <w:t xml:space="preserve">immediately effective, </w:t>
      </w:r>
      <w:r>
        <w:rPr>
          <w:b/>
          <w:i w:val="0"/>
          <w:smallCaps w:val="0"/>
          <w:strike w:val="0"/>
          <w:sz w:val="22"/>
          <w:highlight w:val="cyan"/>
          <w:u w:val="single"/>
        </w:rPr>
        <w:t>as opposed to something that will</w:t>
      </w:r>
      <w:r>
        <w:rPr>
          <w:b w:val="0"/>
          <w:i w:val="0"/>
          <w:smallCaps w:val="0"/>
          <w:strike w:val="0"/>
          <w:sz w:val="16"/>
          <w:u w:val="none"/>
        </w:rPr>
        <w:t xml:space="preserve"> or would </w:t>
      </w:r>
      <w:r>
        <w:rPr>
          <w:b/>
          <w:i w:val="0"/>
          <w:smallCaps w:val="0"/>
          <w:strike w:val="0"/>
          <w:sz w:val="22"/>
          <w:highlight w:val="cyan"/>
          <w:u w:val="single"/>
        </w:rPr>
        <w:t>become effective in the future</w:t>
      </w:r>
      <w:r>
        <w:rPr>
          <w:b w:val="0"/>
          <w:i w:val="0"/>
          <w:smallCaps w:val="0"/>
          <w:strike w:val="0"/>
          <w:sz w:val="16"/>
          <w:u w:val="none"/>
        </w:rPr>
        <w:t xml:space="preserve"> [in </w:t>
      </w:r>
      <w:r>
        <w:rPr>
          <w:b w:val="0"/>
          <w:i w:val="0"/>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 xml:space="preserve">, </w:t>
      </w:r>
      <w:r>
        <w:rPr>
          <w:b w:val="0"/>
          <w:i w:val="0"/>
          <w:smallCaps w:val="0"/>
          <w:strike w:val="0"/>
          <w:sz w:val="16"/>
          <w:u w:val="none"/>
        </w:rPr>
        <w:t>106 U.S. 360</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