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We have time to think about it---</w:t>
      </w:r>
      <w:r>
        <w:rPr>
          <w:b/>
          <w:i w:val="0"/>
          <w:smallCaps w:val="0"/>
          <w:strike w:val="0"/>
          <w:sz w:val="26"/>
          <w:u w:val="none"/>
        </w:rPr>
        <w:t>its</w:t>
      </w:r>
      <w:r>
        <w:rPr>
          <w:b/>
          <w:i w:val="0"/>
          <w:smallCaps w:val="0"/>
          <w:strike w:val="0"/>
          <w:sz w:val="26"/>
          <w:u w:val="none"/>
        </w:rPr>
        <w:t xml:space="preserve"> your role to expose the fantasy of short-termism</w:t>
      </w:r>
    </w:p>
    <w:p>
      <w:pPr>
        <w:spacing w:after="80"/>
      </w:pPr>
      <w:r>
        <w:rPr>
          <w:b w:val="0"/>
          <w:i w:val="0"/>
          <w:smallCaps w:val="0"/>
          <w:strike w:val="0"/>
          <w:u w:val="none"/>
        </w:rPr>
        <w:t xml:space="preserve">David </w:t>
      </w:r>
      <w:r>
        <w:rPr>
          <w:b/>
          <w:i w:val="0"/>
          <w:smallCaps w:val="0"/>
          <w:strike w:val="0"/>
          <w:sz w:val="26"/>
          <w:u w:val="none"/>
        </w:rPr>
        <w:t>Morton 4</w:t>
      </w:r>
      <w:r>
        <w:rPr>
          <w:b w:val="0"/>
          <w:i w:val="0"/>
          <w:smallCaps w:val="0"/>
          <w:strike w:val="0"/>
          <w:u w:val="none"/>
        </w:rPr>
        <w:t xml:space="preserve">, Senior Lecturer and Fellow of the Centre for the Study of Social and Global Justice IR at Nottingham, 2004, “From ‘Rogue’ to ‘Failed’ States? The Fallacy of Short-termism”, Politics 24 (3) </w:t>
      </w:r>
    </w:p>
    <w:p>
      <w:pPr>
        <w:spacing w:after="60"/>
      </w:pPr>
      <w:r>
        <w:rPr>
          <w:b w:val="0"/>
          <w:i w:val="0"/>
          <w:smallCaps w:val="0"/>
          <w:strike w:val="0"/>
          <w:sz w:val="22"/>
          <w:u w:val="single"/>
        </w:rPr>
        <w:t xml:space="preserve">Calls for </w:t>
      </w:r>
      <w:r>
        <w:rPr>
          <w:b/>
          <w:i w:val="0"/>
          <w:smallCaps w:val="0"/>
          <w:strike w:val="0"/>
          <w:sz w:val="22"/>
          <w:u w:val="single"/>
        </w:rPr>
        <w:t>alternative approaches</w:t>
      </w:r>
      <w:r>
        <w:rPr>
          <w:b w:val="0"/>
          <w:i w:val="0"/>
          <w:smallCaps w:val="0"/>
          <w:strike w:val="0"/>
          <w:sz w:val="22"/>
          <w:u w:val="single"/>
        </w:rPr>
        <w:t xml:space="preserve"> to the phenomenon of state failure are often met with the criticism that such </w:t>
      </w:r>
      <w:r>
        <w:rPr>
          <w:b/>
          <w:i w:val="0"/>
          <w:smallCaps w:val="0"/>
          <w:strike w:val="0"/>
          <w:sz w:val="22"/>
          <w:u w:val="single"/>
        </w:rPr>
        <w:t>alternatives could only work in the long term</w:t>
      </w:r>
      <w:r>
        <w:rPr>
          <w:b w:val="0"/>
          <w:i w:val="0"/>
          <w:smallCaps w:val="0"/>
          <w:strike w:val="0"/>
          <w:sz w:val="22"/>
          <w:u w:val="single"/>
        </w:rPr>
        <w:t xml:space="preserve"> whereas </w:t>
      </w:r>
      <w:r>
        <w:rPr>
          <w:b/>
          <w:i w:val="0"/>
          <w:smallCaps w:val="0"/>
          <w:strike w:val="0"/>
          <w:sz w:val="22"/>
          <w:u w:val="single"/>
        </w:rPr>
        <w:t>'something' needs to be done here and now</w:t>
      </w:r>
      <w:r>
        <w:rPr>
          <w:b w:val="0"/>
          <w:i w:val="0"/>
          <w:smallCaps w:val="0"/>
          <w:strike w:val="0"/>
          <w:sz w:val="22"/>
          <w:u w:val="single"/>
        </w:rPr>
        <w:t xml:space="preserve">. Whilst </w:t>
      </w:r>
      <w:r>
        <w:rPr>
          <w:b w:val="0"/>
          <w:i w:val="0"/>
          <w:smallCaps w:val="0"/>
          <w:strike w:val="0"/>
          <w:sz w:val="22"/>
          <w:u w:val="single"/>
        </w:rPr>
        <w:t>recognising</w:t>
      </w:r>
      <w:r>
        <w:rPr>
          <w:b w:val="0"/>
          <w:i w:val="0"/>
          <w:smallCaps w:val="0"/>
          <w:strike w:val="0"/>
          <w:sz w:val="22"/>
          <w:u w:val="single"/>
        </w:rPr>
        <w:t xml:space="preserve"> the need for immediate action, it is the role of the political scientist to </w:t>
      </w:r>
      <w:r>
        <w:rPr>
          <w:b/>
          <w:i w:val="0"/>
          <w:smallCaps w:val="0"/>
          <w:strike w:val="0"/>
          <w:sz w:val="22"/>
          <w:u w:val="single"/>
        </w:rPr>
        <w:t>point to the fallacy of 'short-termism' in the conduct of current policy</w:t>
      </w:r>
      <w:r>
        <w:rPr>
          <w:b w:val="0"/>
          <w:i w:val="0"/>
          <w:smallCaps w:val="0"/>
          <w:strike w:val="0"/>
          <w:sz w:val="22"/>
          <w:u w:val="single"/>
        </w:rPr>
        <w:t xml:space="preserve">. Short-termism is defined by Ken Booth (1999, p. 4) as 'approaching security issues within the time frame of the next election, not the next generation'. Viewed as such, short-termism is the </w:t>
      </w:r>
      <w:r>
        <w:rPr>
          <w:b/>
          <w:i w:val="0"/>
          <w:smallCaps w:val="0"/>
          <w:strike w:val="0"/>
          <w:sz w:val="22"/>
          <w:u w:val="single"/>
        </w:rPr>
        <w:t>enemy of true strategic thinking</w:t>
      </w:r>
      <w:r>
        <w:rPr>
          <w:b w:val="0"/>
          <w:i w:val="0"/>
          <w:smallCaps w:val="0"/>
          <w:strike w:val="0"/>
          <w:sz w:val="22"/>
          <w:u w:val="single"/>
        </w:rPr>
        <w:t xml:space="preserve">. The latter requires policymakers to rethink their long-term goals and take small steps towards achieving them. It also requires heeding against taking steps that </w:t>
      </w:r>
      <w:r>
        <w:rPr>
          <w:b/>
          <w:i w:val="0"/>
          <w:smallCaps w:val="0"/>
          <w:strike w:val="0"/>
          <w:sz w:val="22"/>
          <w:u w:val="single"/>
        </w:rPr>
        <w:t>might eventually become self-defeating</w:t>
      </w:r>
      <w:r>
        <w:rPr>
          <w:b w:val="0"/>
          <w:i w:val="0"/>
          <w:smallCaps w:val="0"/>
          <w:strike w:val="0"/>
          <w:sz w:val="22"/>
          <w:u w:val="single"/>
        </w:rPr>
        <w:t xml:space="preserve">.  The </w:t>
      </w:r>
      <w:r>
        <w:rPr>
          <w:b/>
          <w:i w:val="0"/>
          <w:smallCaps w:val="0"/>
          <w:strike w:val="0"/>
          <w:sz w:val="22"/>
          <w:u w:val="single"/>
        </w:rPr>
        <w:t>U</w:t>
      </w:r>
      <w:r>
        <w:rPr>
          <w:b w:val="0"/>
          <w:i w:val="0"/>
          <w:smallCaps w:val="0"/>
          <w:strike w:val="0"/>
          <w:sz w:val="22"/>
          <w:u w:val="single"/>
        </w:rPr>
        <w:t xml:space="preserve">nited </w:t>
      </w:r>
      <w:r>
        <w:rPr>
          <w:b/>
          <w:i w:val="0"/>
          <w:smallCaps w:val="0"/>
          <w:strike w:val="0"/>
          <w:sz w:val="22"/>
          <w:u w:val="single"/>
        </w:rPr>
        <w:t>S</w:t>
      </w:r>
      <w:r>
        <w:rPr>
          <w:b w:val="0"/>
          <w:i w:val="0"/>
          <w:smallCaps w:val="0"/>
          <w:strike w:val="0"/>
          <w:sz w:val="22"/>
          <w:u w:val="single"/>
        </w:rPr>
        <w:t xml:space="preserve">tates has presently fought three wars against two of its Cold War allies in the post-Cold War era, namely, the Iraqi regime of Saddam Hussein and the Taliban in Afghanistan. Both were supported </w:t>
      </w:r>
      <w:r>
        <w:rPr>
          <w:b w:val="0"/>
          <w:i w:val="0"/>
          <w:smallCaps w:val="0"/>
          <w:strike w:val="0"/>
          <w:sz w:val="22"/>
          <w:u w:val="single"/>
        </w:rPr>
        <w:t>in an attempt to</w:t>
      </w:r>
      <w:r>
        <w:rPr>
          <w:b w:val="0"/>
          <w:i w:val="0"/>
          <w:smallCaps w:val="0"/>
          <w:strike w:val="0"/>
          <w:sz w:val="22"/>
          <w:u w:val="single"/>
        </w:rPr>
        <w:t xml:space="preserve"> preserve the delicate balance between the United States and the Soviet Union. The Cold War policy of supporting client regimes has eventually </w:t>
      </w:r>
      <w:r>
        <w:rPr>
          <w:b/>
          <w:i w:val="0"/>
          <w:smallCaps w:val="0"/>
          <w:strike w:val="0"/>
          <w:sz w:val="22"/>
          <w:u w:val="single"/>
        </w:rPr>
        <w:t>backfired</w:t>
      </w:r>
      <w:r>
        <w:rPr>
          <w:b w:val="0"/>
          <w:i w:val="0"/>
          <w:smallCaps w:val="0"/>
          <w:strike w:val="0"/>
          <w:sz w:val="22"/>
          <w:u w:val="single"/>
        </w:rPr>
        <w:t xml:space="preserve"> in that US policymakers </w:t>
      </w:r>
      <w:r>
        <w:rPr>
          <w:b/>
          <w:i w:val="0"/>
          <w:smallCaps w:val="0"/>
          <w:strike w:val="0"/>
          <w:sz w:val="22"/>
          <w:u w:val="single"/>
        </w:rPr>
        <w:t>now have to face the instability they have caused</w:t>
      </w:r>
      <w:r>
        <w:rPr>
          <w:b w:val="0"/>
          <w:i w:val="0"/>
          <w:smallCaps w:val="0"/>
          <w:strike w:val="0"/>
          <w:sz w:val="22"/>
          <w:u w:val="single"/>
        </w:rPr>
        <w:t xml:space="preserve">. Hence the need for a comprehensive understanding of state failure and </w:t>
      </w:r>
      <w:r>
        <w:rPr>
          <w:b/>
          <w:i w:val="0"/>
          <w:smallCaps w:val="0"/>
          <w:strike w:val="0"/>
          <w:sz w:val="22"/>
          <w:u w:val="single"/>
        </w:rPr>
        <w:t>the role Western states have played</w:t>
      </w:r>
      <w:r>
        <w:rPr>
          <w:b w:val="0"/>
          <w:i w:val="0"/>
          <w:smallCaps w:val="0"/>
          <w:strike w:val="0"/>
          <w:sz w:val="22"/>
          <w:u w:val="single"/>
        </w:rPr>
        <w:t xml:space="preserve"> in failing them through </w:t>
      </w:r>
      <w:r>
        <w:rPr>
          <w:b/>
          <w:i w:val="0"/>
          <w:smallCaps w:val="0"/>
          <w:strike w:val="0"/>
          <w:sz w:val="22"/>
          <w:u w:val="single"/>
        </w:rPr>
        <w:t>varied forms of intervention</w:t>
      </w:r>
      <w:r>
        <w:rPr>
          <w:b w:val="0"/>
          <w:i w:val="0"/>
          <w:smallCaps w:val="0"/>
          <w:strike w:val="0"/>
          <w:sz w:val="22"/>
          <w:u w:val="single"/>
        </w:rPr>
        <w:t xml:space="preserve">. </w:t>
      </w:r>
      <w:r>
        <w:rPr>
          <w:b w:val="0"/>
          <w:i w:val="0"/>
          <w:smallCaps w:val="0"/>
          <w:strike w:val="0"/>
          <w:u w:val="none"/>
        </w:rPr>
        <w:t xml:space="preserve">Although some commentators may judge that the road to the existing situation is paved with good intentions, a truly strategic approach to the problem of international terrorism requires a more sensitive consideration of the medium-to-long-term implications of state building in different parts of the world whilst also addressing the root causes of the problem of state 'failure'.  Developing this line of argument further, reflection on different socially relevant meanings of 'state failure' in relation to different time increments shaping policymaking might convey alternative considerations. In line with John </w:t>
      </w:r>
      <w:r>
        <w:rPr>
          <w:b w:val="0"/>
          <w:i w:val="0"/>
          <w:smallCaps w:val="0"/>
          <w:strike w:val="0"/>
          <w:u w:val="none"/>
        </w:rPr>
        <w:t>Ruggie</w:t>
      </w:r>
      <w:r>
        <w:rPr>
          <w:b w:val="0"/>
          <w:i w:val="0"/>
          <w:smallCaps w:val="0"/>
          <w:strike w:val="0"/>
          <w:u w:val="none"/>
        </w:rPr>
        <w:t xml:space="preserve"> (1998, pp. 167–170), divergent issues might then come to the fore when viewed through the different lenses of </w:t>
      </w:r>
      <w:r>
        <w:rPr>
          <w:b w:val="0"/>
          <w:i w:val="0"/>
          <w:smallCaps w:val="0"/>
          <w:strike w:val="0"/>
          <w:u w:val="none"/>
        </w:rPr>
        <w:t>particular time</w:t>
      </w:r>
      <w:r>
        <w:rPr>
          <w:b w:val="0"/>
          <w:i w:val="0"/>
          <w:smallCaps w:val="0"/>
          <w:strike w:val="0"/>
          <w:u w:val="none"/>
        </w:rPr>
        <w:t xml:space="preserve"> increments. </w:t>
      </w:r>
      <w:r>
        <w:rPr>
          <w:b w:val="0"/>
          <w:i w:val="0"/>
          <w:smallCaps w:val="0"/>
          <w:strike w:val="0"/>
          <w:sz w:val="22"/>
          <w:u w:val="single"/>
        </w:rPr>
        <w:t>Firstly, viewed through the lenses of an incremental time frame, more immediate concerns to policymakers usually become apparent when linked to precocious assumptions about terrorist networks, banditry and the breakdown of social order within failed states. Hence relevant players and events are readily identified (al-</w:t>
      </w:r>
      <w:r>
        <w:rPr>
          <w:b w:val="0"/>
          <w:i w:val="0"/>
          <w:smallCaps w:val="0"/>
          <w:strike w:val="0"/>
          <w:sz w:val="22"/>
          <w:u w:val="single"/>
        </w:rPr>
        <w:t>Qa'eda</w:t>
      </w:r>
      <w:r>
        <w:rPr>
          <w:b w:val="0"/>
          <w:i w:val="0"/>
          <w:smallCaps w:val="0"/>
          <w:strike w:val="0"/>
          <w:sz w:val="22"/>
          <w:u w:val="single"/>
        </w:rPr>
        <w:t xml:space="preserve">), their attributes assessed (axis of evil, 'strong'/'weak' states) and judgements made about their long-term significance (war on terrorism). The key analytical problem for policymaking in this narrow and blinkered domain is the one of choice </w:t>
      </w:r>
      <w:r>
        <w:rPr>
          <w:b/>
          <w:i w:val="0"/>
          <w:smallCaps w:val="0"/>
          <w:strike w:val="0"/>
          <w:sz w:val="22"/>
          <w:u w:val="single"/>
        </w:rPr>
        <w:t>given the constraints of time and energy devoted to a particular decision</w:t>
      </w:r>
      <w:r>
        <w:rPr>
          <w:b w:val="0"/>
          <w:i w:val="0"/>
          <w:smallCaps w:val="0"/>
          <w:strike w:val="0"/>
          <w:sz w:val="22"/>
          <w:u w:val="single"/>
        </w:rPr>
        <w:t xml:space="preserve">. These factors lead policymakers to </w:t>
      </w:r>
      <w:r>
        <w:rPr>
          <w:b/>
          <w:i w:val="0"/>
          <w:smallCaps w:val="0"/>
          <w:strike w:val="0"/>
          <w:sz w:val="22"/>
          <w:u w:val="single"/>
        </w:rPr>
        <w:t>bring conceptual baggage to bear</w:t>
      </w:r>
      <w:r>
        <w:rPr>
          <w:b w:val="0"/>
          <w:i w:val="0"/>
          <w:smallCaps w:val="0"/>
          <w:strike w:val="0"/>
          <w:sz w:val="22"/>
          <w:u w:val="single"/>
        </w:rPr>
        <w:t xml:space="preserve"> on an issue that simplifies but also </w:t>
      </w:r>
      <w:r>
        <w:rPr>
          <w:b/>
          <w:i w:val="0"/>
          <w:smallCaps w:val="0"/>
          <w:strike w:val="0"/>
          <w:sz w:val="22"/>
          <w:u w:val="single"/>
        </w:rPr>
        <w:t>distorts information</w:t>
      </w:r>
      <w:r>
        <w:rPr>
          <w:b w:val="0"/>
          <w:i w:val="0"/>
          <w:smallCaps w:val="0"/>
          <w:strike w:val="0"/>
          <w:sz w:val="22"/>
          <w:u w:val="single"/>
        </w:rPr>
        <w:t xml:space="preserve">.  Taking a second temporal form, that of a conjunctural time frame, policy responses are </w:t>
      </w:r>
      <w:r>
        <w:rPr>
          <w:b/>
          <w:i w:val="0"/>
          <w:smallCaps w:val="0"/>
          <w:strike w:val="0"/>
          <w:sz w:val="22"/>
          <w:u w:val="single"/>
        </w:rPr>
        <w:t>subject to more fundamental epistemological concerns</w:t>
      </w:r>
      <w:r>
        <w:rPr>
          <w:b w:val="0"/>
          <w:i w:val="0"/>
          <w:smallCaps w:val="0"/>
          <w:strike w:val="0"/>
          <w:u w:val="none"/>
        </w:rPr>
        <w:t xml:space="preserve">. Factors assumed to be constant within an incremental time frame are more variable and it is more difficult to produce an intended effect on ongoing processes than it is on actors and discrete events. For instance, how long should the 'war on terror' be waged for? Areas of policy in this realm can therefore begin to become more concerned with the underlying forces that shape current trajectories.  Shifting attention to a third temporal form draws attention to still different dimensions. Within an epochal time frame an agenda still in the making appears that requires a shift in decision-making, away from a conventional problem-solving mode 'wherein doing nothing is </w:t>
      </w:r>
      <w:r>
        <w:rPr>
          <w:b w:val="0"/>
          <w:i w:val="0"/>
          <w:smallCaps w:val="0"/>
          <w:strike w:val="0"/>
          <w:u w:val="none"/>
        </w:rPr>
        <w:t>favoured</w:t>
      </w:r>
      <w:r>
        <w:rPr>
          <w:b w:val="0"/>
          <w:i w:val="0"/>
          <w:smallCaps w:val="0"/>
          <w:strike w:val="0"/>
          <w:u w:val="none"/>
        </w:rPr>
        <w:t xml:space="preserve"> on burden-of-proof grounds', towards a risk-averting mode, </w:t>
      </w:r>
      <w:r>
        <w:rPr>
          <w:b w:val="0"/>
          <w:i w:val="0"/>
          <w:smallCaps w:val="0"/>
          <w:strike w:val="0"/>
          <w:u w:val="none"/>
        </w:rPr>
        <w:t>characterised</w:t>
      </w:r>
      <w:r>
        <w:rPr>
          <w:b w:val="0"/>
          <w:i w:val="0"/>
          <w:smallCaps w:val="0"/>
          <w:strike w:val="0"/>
          <w:u w:val="none"/>
        </w:rPr>
        <w:t xml:space="preserve"> by prudent contingency measures. To conclude, in relation to 'failed states', the latter time frame entails reflecting on the very structural conditions shaping the problems of 'failure' raised throughout the present discussion, which will demand lasting and delicate attention </w:t>
      </w:r>
      <w:r>
        <w:rPr>
          <w:b w:val="0"/>
          <w:i w:val="0"/>
          <w:smallCaps w:val="0"/>
          <w:strike w:val="0"/>
          <w:u w:val="none"/>
        </w:rPr>
        <w:t>frompractitioners</w:t>
      </w:r>
      <w:r>
        <w:rPr>
          <w:b w:val="0"/>
          <w:i w:val="0"/>
          <w:smallCaps w:val="0"/>
          <w:strike w:val="0"/>
          <w:u w:val="none"/>
        </w:rPr>
        <w:t xml:space="preserve"> across the academy and policymaking communities alike.</w:t>
      </w:r>
      <w:r>
        <w:rPr>
          <w:b w:val="0"/>
          <w:i w:val="0"/>
          <w:smallCaps w:val="0"/>
          <w:strike w:val="0"/>
          <w:sz w:val="22"/>
          <w:u w:val="single"/>
        </w:rPr>
        <w:t xml:space="preserve"> </w:t>
      </w:r>
    </w:p>
    <w:p>
      <w:pPr>
        <w:pStyle w:val="Caption"/>
      </w:pPr>
      <w:r>
        <w:t>Source: Security K - Michigan 2024 BLP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