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Nuclear proliferation causes </w:t>
      </w:r>
      <w:r>
        <w:rPr>
          <w:b/>
          <w:i w:val="0"/>
          <w:smallCaps w:val="0"/>
          <w:strike w:val="0"/>
          <w:sz w:val="26"/>
          <w:u w:val="single"/>
        </w:rPr>
        <w:t>instability</w:t>
      </w:r>
      <w:r>
        <w:rPr>
          <w:b/>
          <w:i w:val="0"/>
          <w:smallCaps w:val="0"/>
          <w:strike w:val="0"/>
          <w:sz w:val="26"/>
          <w:u w:val="none"/>
        </w:rPr>
        <w:t xml:space="preserve"> that risks </w:t>
      </w:r>
      <w:r>
        <w:rPr>
          <w:b/>
          <w:i w:val="0"/>
          <w:smallCaps w:val="0"/>
          <w:strike w:val="0"/>
          <w:sz w:val="26"/>
          <w:u w:val="single"/>
        </w:rPr>
        <w:t>nuclear conflict</w:t>
      </w:r>
    </w:p>
    <w:p>
      <w:pPr>
        <w:spacing w:after="80"/>
      </w:pPr>
      <w:r>
        <w:rPr>
          <w:b/>
          <w:i w:val="0"/>
          <w:smallCaps w:val="0"/>
          <w:strike w:val="0"/>
          <w:sz w:val="26"/>
          <w:u w:val="none"/>
        </w:rPr>
        <w:t>Brown 22</w:t>
      </w:r>
      <w:r>
        <w:rPr>
          <w:b w:val="0"/>
          <w:i w:val="0"/>
          <w:smallCaps w:val="0"/>
          <w:strike w:val="0"/>
          <w:u w:val="none"/>
        </w:rPr>
        <w:t xml:space="preserve"> (Gerald Brown – analyst for the DOD Nuclear Enterprise, “Conflict </w:t>
      </w:r>
      <w:r>
        <w:rPr>
          <w:b w:val="0"/>
          <w:i w:val="0"/>
          <w:smallCaps w:val="0"/>
          <w:strike w:val="0"/>
          <w:u w:val="none"/>
        </w:rPr>
        <w:t>And</w:t>
      </w:r>
      <w:r>
        <w:rPr>
          <w:b w:val="0"/>
          <w:i w:val="0"/>
          <w:smallCaps w:val="0"/>
          <w:strike w:val="0"/>
          <w:u w:val="none"/>
        </w:rPr>
        <w:t xml:space="preserve"> Competition: Limited Nuclear Warfare And The New Face Of Deterrence,” 6-13-22, https://globalsecurityreview.com/conflict-competition-limited-nuclear-warfare-new-face-deterrence/)//EH</w:t>
      </w:r>
    </w:p>
    <w:p>
      <w:pPr>
        <w:spacing w:after="60"/>
      </w:pPr>
      <w:r>
        <w:rPr>
          <w:b w:val="0"/>
          <w:i w:val="0"/>
          <w:smallCaps w:val="0"/>
          <w:strike w:val="0"/>
          <w:sz w:val="22"/>
          <w:u w:val="single"/>
        </w:rPr>
        <w:t xml:space="preserve">Nuclear </w:t>
      </w:r>
      <w:r>
        <w:rPr>
          <w:b w:val="0"/>
          <w:i w:val="0"/>
          <w:smallCaps w:val="0"/>
          <w:strike w:val="0"/>
          <w:sz w:val="22"/>
          <w:u w:val="single"/>
        </w:rPr>
        <w:t>weapon</w:t>
      </w:r>
      <w:r>
        <w:rPr>
          <w:b w:val="0"/>
          <w:i w:val="0"/>
          <w:smallCaps w:val="0"/>
          <w:strike w:val="0"/>
          <w:sz w:val="22"/>
          <w:u w:val="single"/>
        </w:rPr>
        <w:t xml:space="preserve"> use in a limited manner may be a serious threat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w:t>
      </w:r>
      <w:r>
        <w:rPr>
          <w:b/>
          <w:i w:val="0"/>
          <w:smallCaps w:val="0"/>
          <w:strike w:val="0"/>
          <w:sz w:val="22"/>
          <w:u w:val="single"/>
        </w:rPr>
        <w:t>proliferation</w:t>
      </w:r>
      <w:r>
        <w:rPr>
          <w:b w:val="0"/>
          <w:i w:val="0"/>
          <w:smallCaps w:val="0"/>
          <w:strike w:val="0"/>
          <w:sz w:val="22"/>
          <w:u w:val="single"/>
        </w:rPr>
        <w:t xml:space="preserve"> of nuclear weapons</w:t>
      </w:r>
      <w:r>
        <w:rPr>
          <w:b w:val="0"/>
          <w:i w:val="0"/>
          <w:smallCaps w:val="0"/>
          <w:strike w:val="0"/>
          <w:sz w:val="16"/>
          <w:u w:val="none"/>
        </w:rPr>
        <w:t xml:space="preserve"> </w:t>
      </w:r>
      <w:r>
        <w:rPr>
          <w:b w:val="0"/>
          <w:i w:val="0"/>
          <w:smallCaps w:val="0"/>
          <w:strike w:val="0"/>
          <w:sz w:val="22"/>
          <w:u w:val="single"/>
        </w:rPr>
        <w:t>and the changing state of the world into a multipolar nuclear order</w:t>
      </w:r>
      <w:r>
        <w:rPr>
          <w:b w:val="0"/>
          <w:i w:val="0"/>
          <w:smallCaps w:val="0"/>
          <w:strike w:val="0"/>
          <w:sz w:val="16"/>
          <w:u w:val="none"/>
        </w:rPr>
        <w:t xml:space="preserve"> </w:t>
      </w:r>
      <w:r>
        <w:rPr>
          <w:b w:val="0"/>
          <w:i w:val="0"/>
          <w:smallCaps w:val="0"/>
          <w:strike w:val="0"/>
          <w:sz w:val="22"/>
          <w:u w:val="single"/>
        </w:rPr>
        <w:t>may encourage this</w:t>
      </w:r>
      <w:r>
        <w:rPr>
          <w:b w:val="0"/>
          <w:i w:val="0"/>
          <w:smallCaps w:val="0"/>
          <w:strike w:val="0"/>
          <w:sz w:val="16"/>
          <w:u w:val="none"/>
        </w:rPr>
        <w:t xml:space="preserve">. Despite tensions between the U.S. and USSR, they were ultimately able to manage this competition in a bipolar nuclear world; this competition for advantage and security ended with the eventual collapse of the USSR. The security dilemma ran its course without the use of nuclear weapons, and the U.S. rose to become the hegemon of a unipolar world. However, in a multipolar nuclear world, the challenges faced previously are significantly exacerbated. Currently, the nine known nuclear-weapon states are the United States, the United Kingdom, Russia, China, France, Israel, Pakistan, India, and North Korea.[14] </w:t>
      </w:r>
      <w:r>
        <w:rPr>
          <w:b w:val="0"/>
          <w:i w:val="0"/>
          <w:smallCaps w:val="0"/>
          <w:strike w:val="0"/>
          <w:sz w:val="22"/>
          <w:u w:val="single"/>
        </w:rPr>
        <w:t>Strategies that worked in a bipolar world may not be as effective in the modern landscape</w:t>
      </w:r>
      <w:r>
        <w:rPr>
          <w:b w:val="0"/>
          <w:i w:val="0"/>
          <w:smallCaps w:val="0"/>
          <w:strike w:val="0"/>
          <w:sz w:val="16"/>
          <w:u w:val="none"/>
        </w:rPr>
        <w:t xml:space="preserve">, thus </w:t>
      </w:r>
      <w:r>
        <w:rPr>
          <w:b w:val="0"/>
          <w:i w:val="0"/>
          <w:smallCaps w:val="0"/>
          <w:strike w:val="0"/>
          <w:sz w:val="22"/>
          <w:u w:val="single"/>
        </w:rPr>
        <w:t xml:space="preserve">preventing the </w:t>
      </w:r>
      <w:r>
        <w:rPr>
          <w:b/>
          <w:i w:val="0"/>
          <w:smallCaps w:val="0"/>
          <w:strike w:val="0"/>
          <w:sz w:val="22"/>
          <w:u w:val="single"/>
        </w:rPr>
        <w:t>failure of deterrence</w:t>
      </w:r>
      <w:r>
        <w:rPr>
          <w:b w:val="0"/>
          <w:i w:val="0"/>
          <w:smallCaps w:val="0"/>
          <w:strike w:val="0"/>
          <w:sz w:val="16"/>
          <w:u w:val="none"/>
        </w:rPr>
        <w:t>—and the subsequent use of a nuclear weapon—</w:t>
      </w:r>
      <w:r>
        <w:rPr>
          <w:b w:val="0"/>
          <w:i w:val="0"/>
          <w:smallCaps w:val="0"/>
          <w:strike w:val="0"/>
          <w:sz w:val="22"/>
          <w:u w:val="single"/>
        </w:rPr>
        <w:t>may be more challenging</w:t>
      </w:r>
      <w:r>
        <w:rPr>
          <w:b w:val="0"/>
          <w:i w:val="0"/>
          <w:smallCaps w:val="0"/>
          <w:strike w:val="0"/>
          <w:sz w:val="16"/>
          <w:u w:val="none"/>
        </w:rPr>
        <w:t xml:space="preserve"> than before.</w:t>
      </w:r>
    </w:p>
    <w:p>
      <w:pPr>
        <w:spacing w:after="60"/>
      </w:pPr>
      <w:r>
        <w:rPr>
          <w:b w:val="0"/>
          <w:i w:val="0"/>
          <w:smallCaps w:val="0"/>
          <w:strike w:val="0"/>
          <w:sz w:val="16"/>
          <w:u w:val="none"/>
        </w:rPr>
        <w:t xml:space="preserve">The most recent nuclear state, North Korea, is one of the most troubling in the current group of nuclear states. North Korea is one of the world’s poorest states, facing harsh sanctions and isolation from much of the international community. Yet, despite the hardships, poverty, and poor economy of this autocratic state, it managed to defy the nonproliferation regime and create a fully operational nuclear arsenal.[15] Pyongyang is not bashful about its willingness to use its weaponry either, stating that it will use its weapons to “reduce the U.S. mainland to ashes and darkness.”[16] </w:t>
      </w:r>
      <w:r>
        <w:rPr>
          <w:b w:val="0"/>
          <w:i w:val="0"/>
          <w:smallCaps w:val="0"/>
          <w:strike w:val="0"/>
          <w:sz w:val="22"/>
          <w:u w:val="single"/>
        </w:rPr>
        <w:t>Such a clear security threat may increase proliferation elsewhere in response</w:t>
      </w:r>
      <w:r>
        <w:rPr>
          <w:b w:val="0"/>
          <w:i w:val="0"/>
          <w:smallCaps w:val="0"/>
          <w:strike w:val="0"/>
          <w:sz w:val="16"/>
          <w:u w:val="none"/>
        </w:rPr>
        <w:t xml:space="preserve">. </w:t>
      </w:r>
      <w:r>
        <w:rPr>
          <w:b w:val="0"/>
          <w:i w:val="0"/>
          <w:smallCaps w:val="0"/>
          <w:strike w:val="0"/>
          <w:sz w:val="22"/>
          <w:u w:val="single"/>
        </w:rPr>
        <w:t>Allison calls this the “</w:t>
      </w:r>
      <w:r>
        <w:rPr>
          <w:b/>
          <w:i w:val="0"/>
          <w:smallCaps w:val="0"/>
          <w:strike w:val="0"/>
          <w:sz w:val="22"/>
          <w:u w:val="single"/>
        </w:rPr>
        <w:t>nuclear cascade</w:t>
      </w:r>
      <w:r>
        <w:rPr>
          <w:b w:val="0"/>
          <w:i w:val="0"/>
          <w:smallCaps w:val="0"/>
          <w:strike w:val="0"/>
          <w:sz w:val="16"/>
          <w:u w:val="none"/>
        </w:rPr>
        <w:t xml:space="preserve">,” and </w:t>
      </w:r>
      <w:r>
        <w:rPr>
          <w:b w:val="0"/>
          <w:i w:val="0"/>
          <w:smallCaps w:val="0"/>
          <w:strike w:val="0"/>
          <w:sz w:val="22"/>
          <w:u w:val="single"/>
        </w:rPr>
        <w:t>suggests</w:t>
      </w:r>
      <w:r>
        <w:rPr>
          <w:b w:val="0"/>
          <w:i w:val="0"/>
          <w:smallCaps w:val="0"/>
          <w:strike w:val="0"/>
          <w:sz w:val="16"/>
          <w:u w:val="none"/>
        </w:rPr>
        <w:t xml:space="preserve"> that </w:t>
      </w:r>
      <w:r>
        <w:rPr>
          <w:b w:val="0"/>
          <w:i w:val="0"/>
          <w:smallCaps w:val="0"/>
          <w:strike w:val="0"/>
          <w:sz w:val="22"/>
          <w:u w:val="single"/>
        </w:rPr>
        <w:t>if a state as weak and isolated as North Korea can defy the non-proliferation regime</w:t>
      </w:r>
      <w:r>
        <w:rPr>
          <w:b w:val="0"/>
          <w:i w:val="0"/>
          <w:smallCaps w:val="0"/>
          <w:strike w:val="0"/>
          <w:sz w:val="16"/>
          <w:u w:val="none"/>
        </w:rPr>
        <w:t xml:space="preserve">, </w:t>
      </w:r>
      <w:r>
        <w:rPr>
          <w:b/>
          <w:i w:val="0"/>
          <w:smallCaps w:val="0"/>
          <w:strike w:val="0"/>
          <w:sz w:val="22"/>
          <w:u w:val="single"/>
        </w:rPr>
        <w:t>other states are likely to follow suit</w:t>
      </w:r>
      <w:r>
        <w:rPr>
          <w:b w:val="0"/>
          <w:i w:val="0"/>
          <w:smallCaps w:val="0"/>
          <w:strike w:val="0"/>
          <w:sz w:val="16"/>
          <w:u w:val="none"/>
        </w:rPr>
        <w:t xml:space="preserve">.[17] </w:t>
      </w:r>
      <w:r>
        <w:rPr>
          <w:b w:val="0"/>
          <w:i w:val="0"/>
          <w:smallCaps w:val="0"/>
          <w:strike w:val="0"/>
          <w:sz w:val="22"/>
          <w:u w:val="single"/>
        </w:rPr>
        <w:t>If the United States is incapable of preventing such a clear security threat, why would Tokyo and Seoul rely on Washington to defend them</w:t>
      </w:r>
      <w:r>
        <w:rPr>
          <w:b w:val="0"/>
          <w:i w:val="0"/>
          <w:smallCaps w:val="0"/>
          <w:strike w:val="0"/>
          <w:sz w:val="16"/>
          <w:u w:val="none"/>
        </w:rPr>
        <w:t xml:space="preserve"> in the face of a nuclear threat? Japan already has the capability to build nuclear weapons, possessing well-developed uranium enrichment and missile programs that could allow Japan to rapidly create a credible nuclear weapons program to defend itself and its national interests without the United States. According to The Council on Foreign Relations, </w:t>
      </w:r>
      <w:r>
        <w:rPr>
          <w:b w:val="0"/>
          <w:i w:val="0"/>
          <w:smallCaps w:val="0"/>
          <w:strike w:val="0"/>
          <w:sz w:val="22"/>
          <w:u w:val="single"/>
        </w:rPr>
        <w:t>there are thirty states that have the technological ability to quickly build nuclear weapons</w:t>
      </w:r>
      <w:r>
        <w:rPr>
          <w:b w:val="0"/>
          <w:i w:val="0"/>
          <w:smallCaps w:val="0"/>
          <w:strike w:val="0"/>
          <w:sz w:val="16"/>
          <w:u w:val="none"/>
        </w:rPr>
        <w:t>.[18]</w:t>
      </w:r>
    </w:p>
    <w:p>
      <w:pPr>
        <w:spacing w:after="60"/>
      </w:pPr>
      <w:r>
        <w:rPr>
          <w:b w:val="0"/>
          <w:i w:val="0"/>
          <w:smallCaps w:val="0"/>
          <w:strike w:val="0"/>
          <w:sz w:val="16"/>
          <w:u w:val="none"/>
        </w:rPr>
        <w:t>While Pyongyang claims offensive intentions, it is incredibly unlikely to attempt to use its nuclear forces offensively against the United States. Doing so would be an act of suicide, the disparity between U.S. and North Korean forces is far too great. Instead, these weapons were more than likely obtained for defensive purposes. Pyongyang may not be able to destroy the United States, but it can ensure its own sovereignty. Forcibly trying to topple the Kim regime could escalate into the use of nuclear force if Pyongyang got desperate, and a strike designed to eradicate their nuclear weapons would again invoke this “use it or lose it” mentality. While Pyongyang may not be able to destroy the U.S. with its capabilities, it can undeniably cause immense harm to the US. It could cause even greater harm to smaller, closer countries such as U.S. allies Japan and South Korea. Knowledge of this is a strong deterrent against U.S. intervention, allowing Pyongyang to carry on less cautiously without fearing foreign intervention. The creation of this deterrent may have effectively ensured the sovereignty of the Kim regime for the time being, and they are unlikely to relinquish this guarantee. The establishment of this deterrent highlights some of the challenges in the modern nuclear era. North Korea’s outright defiance of the nonproliferation regime sends a signal that other states can build a nuclear capability as well and that such a force may be an effective way to guarantee their sovereignty against the Western world.[19]</w:t>
      </w:r>
    </w:p>
    <w:p>
      <w:pPr>
        <w:spacing w:after="60"/>
      </w:pPr>
      <w:r>
        <w:rPr>
          <w:b w:val="0"/>
          <w:i w:val="0"/>
          <w:smallCaps w:val="0"/>
          <w:strike w:val="0"/>
          <w:sz w:val="22"/>
          <w:u w:val="single"/>
        </w:rPr>
        <w:t>Proliferation to autocratic states is a cause for concern</w:t>
      </w:r>
      <w:r>
        <w:rPr>
          <w:b w:val="0"/>
          <w:i w:val="0"/>
          <w:smallCaps w:val="0"/>
          <w:strike w:val="0"/>
          <w:sz w:val="16"/>
          <w:u w:val="none"/>
        </w:rPr>
        <w:t xml:space="preserve">, primarily </w:t>
      </w:r>
      <w:r>
        <w:rPr>
          <w:b w:val="0"/>
          <w:i w:val="0"/>
          <w:smallCaps w:val="0"/>
          <w:strike w:val="0"/>
          <w:sz w:val="22"/>
          <w:u w:val="single"/>
        </w:rPr>
        <w:t xml:space="preserve">because they are considerably </w:t>
      </w:r>
      <w:r>
        <w:rPr>
          <w:b/>
          <w:i w:val="0"/>
          <w:smallCaps w:val="0"/>
          <w:strike w:val="0"/>
          <w:sz w:val="22"/>
          <w:u w:val="single"/>
        </w:rPr>
        <w:t>less stable</w:t>
      </w:r>
      <w:r>
        <w:rPr>
          <w:b w:val="0"/>
          <w:i w:val="0"/>
          <w:smallCaps w:val="0"/>
          <w:strike w:val="0"/>
          <w:sz w:val="22"/>
          <w:u w:val="single"/>
        </w:rPr>
        <w:t xml:space="preserve"> than democratic states and </w:t>
      </w:r>
      <w:r>
        <w:rPr>
          <w:b/>
          <w:i w:val="0"/>
          <w:smallCaps w:val="0"/>
          <w:strike w:val="0"/>
          <w:sz w:val="22"/>
          <w:u w:val="single"/>
        </w:rPr>
        <w:t>may be more willing to utilize a nuclear weapon</w:t>
      </w:r>
      <w:r>
        <w:rPr>
          <w:b w:val="0"/>
          <w:i w:val="0"/>
          <w:smallCaps w:val="0"/>
          <w:strike w:val="0"/>
          <w:sz w:val="16"/>
          <w:u w:val="none"/>
        </w:rPr>
        <w:t xml:space="preserve">. The inherently volatile nature of these regimes poses a significant challenge. North Korea has a very poor and impoverished populace, held under authoritarian rule. Regimes such as these are not known for their longevity and stability. </w:t>
      </w:r>
      <w:r>
        <w:rPr>
          <w:b w:val="0"/>
          <w:i w:val="0"/>
          <w:smallCaps w:val="0"/>
          <w:strike w:val="0"/>
          <w:sz w:val="22"/>
          <w:u w:val="single"/>
        </w:rPr>
        <w:t xml:space="preserve">The threat of regime </w:t>
      </w:r>
      <w:r>
        <w:rPr>
          <w:b w:val="0"/>
          <w:i w:val="0"/>
          <w:smallCaps w:val="0"/>
          <w:strike w:val="0"/>
          <w:sz w:val="22"/>
          <w:u w:val="single"/>
        </w:rPr>
        <w:t>change</w:t>
      </w:r>
      <w:r>
        <w:rPr>
          <w:b w:val="0"/>
          <w:i w:val="0"/>
          <w:smallCaps w:val="0"/>
          <w:strike w:val="0"/>
          <w:sz w:val="22"/>
          <w:u w:val="single"/>
        </w:rPr>
        <w:t xml:space="preserve"> and revolt from within is a realistic consideration with autocratic states. If this occurred, it could result in the loss of a nuclear weapon</w:t>
      </w:r>
      <w:r>
        <w:rPr>
          <w:b w:val="0"/>
          <w:i w:val="0"/>
          <w:smallCaps w:val="0"/>
          <w:strike w:val="0"/>
          <w:sz w:val="16"/>
          <w:u w:val="none"/>
        </w:rPr>
        <w:t xml:space="preserve">, or their domestic use to quell a rebellion.[20] </w:t>
      </w:r>
      <w:r>
        <w:rPr>
          <w:b w:val="0"/>
          <w:i w:val="0"/>
          <w:smallCaps w:val="0"/>
          <w:strike w:val="0"/>
          <w:sz w:val="22"/>
          <w:u w:val="single"/>
        </w:rPr>
        <w:t xml:space="preserve">It could also </w:t>
      </w:r>
      <w:r>
        <w:rPr>
          <w:b/>
          <w:i w:val="0"/>
          <w:smallCaps w:val="0"/>
          <w:strike w:val="0"/>
          <w:sz w:val="22"/>
          <w:u w:val="single"/>
        </w:rPr>
        <w:t>escalate</w:t>
      </w:r>
      <w:r>
        <w:rPr>
          <w:b w:val="0"/>
          <w:i w:val="0"/>
          <w:smallCaps w:val="0"/>
          <w:strike w:val="0"/>
          <w:sz w:val="22"/>
          <w:u w:val="single"/>
        </w:rPr>
        <w:t xml:space="preserve"> into conflict as Chinese and U.S. forces both seek to secure their nuclear assets and end up in conflict with each other</w:t>
      </w:r>
      <w:r>
        <w:rPr>
          <w:b w:val="0"/>
          <w:i w:val="0"/>
          <w:smallCaps w:val="0"/>
          <w:strike w:val="0"/>
          <w:sz w:val="16"/>
          <w:u w:val="none"/>
        </w:rPr>
        <w:t xml:space="preserve">. China would certainly not accept U.S. forces along the </w:t>
      </w:r>
      <w:r>
        <w:rPr>
          <w:b w:val="0"/>
          <w:i w:val="0"/>
          <w:smallCaps w:val="0"/>
          <w:strike w:val="0"/>
          <w:sz w:val="16"/>
          <w:u w:val="none"/>
        </w:rPr>
        <w:t>Yalu river</w:t>
      </w:r>
      <w:r>
        <w:rPr>
          <w:b w:val="0"/>
          <w:i w:val="0"/>
          <w:smallCaps w:val="0"/>
          <w:strike w:val="0"/>
          <w:sz w:val="16"/>
          <w:u w:val="none"/>
        </w:rPr>
        <w:t>, and both would want to immediately seek to ensure the stability of Pyongyang’s nuclear assets.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