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Securitizing China is good because they are hostile—Taiwan proves</w:t>
      </w:r>
    </w:p>
    <w:p>
      <w:pPr>
        <w:spacing w:after="80"/>
      </w:pPr>
      <w:r>
        <w:rPr>
          <w:b/>
          <w:i w:val="0"/>
          <w:smallCaps w:val="0"/>
          <w:strike w:val="0"/>
          <w:sz w:val="26"/>
          <w:u w:val="none"/>
        </w:rPr>
        <w:t xml:space="preserve">Faisal &amp; Maqbool, 22 </w:t>
      </w:r>
      <w:r>
        <w:rPr>
          <w:b w:val="0"/>
          <w:i w:val="0"/>
          <w:smallCaps w:val="0"/>
          <w:strike w:val="0"/>
          <w:u w:val="none"/>
        </w:rPr>
        <w:t>(Ramsha Faisal-University of Central Punjab) (Talal Maqbool-University of Central Punjab). “China-Taiwan Dispute and the Role of United States War Risks and Conflict,” Pakistan Journal of International Affairs 5, no. 2 (2022). IB)</w:t>
      </w:r>
    </w:p>
    <w:p>
      <w:pPr>
        <w:spacing w:after="60"/>
      </w:pPr>
      <w:r>
        <w:rPr>
          <w:b w:val="0"/>
          <w:i w:val="0"/>
          <w:smallCaps w:val="0"/>
          <w:strike w:val="0"/>
          <w:sz w:val="22"/>
          <w:u w:val="single"/>
        </w:rPr>
        <w:t xml:space="preserve">The People’s Republic of China and Taiwan are on aggressive terms with each other. Taiwan is separated from </w:t>
      </w:r>
      <w:r>
        <w:rPr>
          <w:b w:val="0"/>
          <w:i w:val="0"/>
          <w:smallCaps w:val="0"/>
          <w:strike w:val="0"/>
          <w:sz w:val="22"/>
          <w:u w:val="single"/>
        </w:rPr>
        <w:t>China</w:t>
      </w:r>
      <w:r>
        <w:rPr>
          <w:b w:val="0"/>
          <w:i w:val="0"/>
          <w:smallCaps w:val="0"/>
          <w:strike w:val="0"/>
          <w:sz w:val="22"/>
          <w:u w:val="single"/>
        </w:rPr>
        <w:t xml:space="preserve"> and it is governed independently. The nationalism government took over the administration of China and it contested its power on the mainland</w:t>
      </w:r>
      <w:r>
        <w:rPr>
          <w:b w:val="0"/>
          <w:i w:val="0"/>
          <w:smallCaps w:val="0"/>
          <w:strike w:val="0"/>
          <w:sz w:val="10"/>
          <w:u w:val="none"/>
        </w:rPr>
        <w:t xml:space="preserve">. The political leaders in China have adopted a different </w:t>
      </w:r>
      <w:r>
        <w:rPr>
          <w:b w:val="0"/>
          <w:i w:val="0"/>
          <w:smallCaps w:val="0"/>
          <w:strike w:val="0"/>
          <w:sz w:val="10"/>
          <w:u w:val="none"/>
        </w:rPr>
        <w:t>view point</w:t>
      </w:r>
      <w:r>
        <w:rPr>
          <w:b w:val="0"/>
          <w:i w:val="0"/>
          <w:smallCaps w:val="0"/>
          <w:strike w:val="0"/>
          <w:sz w:val="10"/>
          <w:u w:val="none"/>
        </w:rPr>
        <w:t xml:space="preserve"> on China and Taiwan relations. Cross-strait tensions have been developed between China and Taiwan since the elections of 2016. (</w:t>
      </w:r>
      <w:r>
        <w:rPr>
          <w:b w:val="0"/>
          <w:i w:val="0"/>
          <w:smallCaps w:val="0"/>
          <w:strike w:val="0"/>
          <w:sz w:val="10"/>
          <w:u w:val="none"/>
        </w:rPr>
        <w:t>Maizland</w:t>
      </w:r>
      <w:r>
        <w:rPr>
          <w:b w:val="0"/>
          <w:i w:val="0"/>
          <w:smallCaps w:val="0"/>
          <w:strike w:val="0"/>
          <w:sz w:val="10"/>
          <w:u w:val="none"/>
        </w:rPr>
        <w:t xml:space="preserve">, 2021) </w:t>
      </w:r>
      <w:r>
        <w:rPr>
          <w:b w:val="0"/>
          <w:i w:val="0"/>
          <w:smallCaps w:val="0"/>
          <w:strike w:val="0"/>
          <w:sz w:val="22"/>
          <w:u w:val="single"/>
        </w:rPr>
        <w:t>China is not ready to accept Taiwan as separated from them completely. And for this purpose, China even rejected Taiwan’s place in the United Nations. Their conflict could be used by other countries for their benefit. Beijing even took some aggressive actions against Taiwan through its fighter jets. It attacked near the island. China also faced failure of a lot of plans. It tried to destroy Taiwan’s tourism sector but all in vain.</w:t>
      </w:r>
      <w:r>
        <w:rPr>
          <w:b w:val="0"/>
          <w:i w:val="0"/>
          <w:smallCaps w:val="0"/>
          <w:strike w:val="0"/>
          <w:sz w:val="10"/>
          <w:u w:val="none"/>
        </w:rPr>
        <w:t xml:space="preserve"> The United States of America is taking complete advantage of the conflict between China and Taiwan which could result in War Confrontation between China and United states of America. China, the largest country of Asia is currently the rising power of the world. It has developed diplomatic relations with a lot 177 countries of the world and this is the most common reason </w:t>
      </w:r>
      <w:r>
        <w:rPr>
          <w:b w:val="0"/>
          <w:i w:val="0"/>
          <w:smallCaps w:val="0"/>
          <w:strike w:val="0"/>
          <w:sz w:val="10"/>
          <w:u w:val="none"/>
        </w:rPr>
        <w:t>of</w:t>
      </w:r>
      <w:r>
        <w:rPr>
          <w:b w:val="0"/>
          <w:i w:val="0"/>
          <w:smallCaps w:val="0"/>
          <w:strike w:val="0"/>
          <w:sz w:val="10"/>
          <w:u w:val="none"/>
        </w:rPr>
        <w:t xml:space="preserve"> its progress and development. Since 2019, China has had the most diplomatic missions of any country in the world. </w:t>
      </w:r>
      <w:r>
        <w:rPr>
          <w:b w:val="0"/>
          <w:i w:val="0"/>
          <w:smallCaps w:val="0"/>
          <w:strike w:val="0"/>
          <w:sz w:val="10"/>
          <w:u w:val="none"/>
        </w:rPr>
        <w:t>Its</w:t>
      </w:r>
      <w:r>
        <w:rPr>
          <w:b w:val="0"/>
          <w:i w:val="0"/>
          <w:smallCaps w:val="0"/>
          <w:strike w:val="0"/>
          <w:sz w:val="10"/>
          <w:u w:val="none"/>
        </w:rPr>
        <w:t xml:space="preserve"> one of the superpowers in the world and there is a clear prediction of China leading all over the world rather than America. Though it has Diplomatic relations with other countries but has cross-strait tensions with the Republic of China commonly known as Taiwan. </w:t>
      </w:r>
      <w:r>
        <w:rPr>
          <w:b w:val="0"/>
          <w:i w:val="0"/>
          <w:smallCaps w:val="0"/>
          <w:strike w:val="0"/>
          <w:sz w:val="22"/>
          <w:u w:val="single"/>
        </w:rPr>
        <w:t xml:space="preserve">No </w:t>
      </w:r>
      <w:r>
        <w:rPr>
          <w:b w:val="0"/>
          <w:i w:val="0"/>
          <w:smallCaps w:val="0"/>
          <w:strike w:val="0"/>
          <w:sz w:val="22"/>
          <w:u w:val="single"/>
        </w:rPr>
        <w:t>super power</w:t>
      </w:r>
      <w:r>
        <w:rPr>
          <w:b w:val="0"/>
          <w:i w:val="0"/>
          <w:smallCaps w:val="0"/>
          <w:strike w:val="0"/>
          <w:sz w:val="22"/>
          <w:u w:val="single"/>
        </w:rPr>
        <w:t xml:space="preserve"> could tolerate its part being separated from them and it will make every possible attempt to gain its part back either hook or by crook. The relationship between China and Taiwan is complex due to the political status of Taiwan. China considers Taiwan as a break-away province.</w:t>
      </w:r>
      <w:r>
        <w:rPr>
          <w:b w:val="0"/>
          <w:i w:val="0"/>
          <w:smallCaps w:val="0"/>
          <w:strike w:val="0"/>
          <w:sz w:val="10"/>
          <w:u w:val="none"/>
        </w:rPr>
        <w:t xml:space="preserve"> ROC came into being in the yar 1912 in China. During that time, Taiwan was being ruled by Japan. It was a colonial rule which was a result of </w:t>
      </w:r>
      <w:r>
        <w:rPr>
          <w:b w:val="0"/>
          <w:i w:val="0"/>
          <w:smallCaps w:val="0"/>
          <w:strike w:val="0"/>
          <w:sz w:val="10"/>
          <w:u w:val="none"/>
        </w:rPr>
        <w:t>1985</w:t>
      </w:r>
      <w:r>
        <w:rPr>
          <w:b w:val="0"/>
          <w:i w:val="0"/>
          <w:smallCaps w:val="0"/>
          <w:strike w:val="0"/>
          <w:sz w:val="10"/>
          <w:u w:val="none"/>
        </w:rPr>
        <w:t xml:space="preserve"> Treaty of Shimonoseki. (Taiwan.gov.tw, 2021) </w:t>
      </w:r>
      <w:r>
        <w:rPr>
          <w:b w:val="0"/>
          <w:i w:val="0"/>
          <w:smallCaps w:val="0"/>
          <w:strike w:val="0"/>
          <w:sz w:val="22"/>
          <w:u w:val="single"/>
        </w:rPr>
        <w:t>Taiwan is an island commonly known as the Republic of China (ROC). Taiwan has its own democratically elected government and it’s a home of twenty-three million people. The people disagree with the Chinese government as they call Taiwan as a breakaway province. Also, the Chinese government sees Taiwan as part of China again in the future</w:t>
      </w:r>
      <w:r>
        <w:rPr>
          <w:b w:val="0"/>
          <w:i w:val="0"/>
          <w:smallCaps w:val="0"/>
          <w:strike w:val="0"/>
          <w:sz w:val="10"/>
          <w:u w:val="none"/>
        </w:rPr>
        <w:t xml:space="preserve">. But the people of Taiwan consider themselves as an independent nation </w:t>
      </w:r>
      <w:r>
        <w:rPr>
          <w:b w:val="0"/>
          <w:i w:val="0"/>
          <w:smallCaps w:val="0"/>
          <w:strike w:val="0"/>
          <w:sz w:val="10"/>
          <w:u w:val="none"/>
        </w:rPr>
        <w:t>whether or not</w:t>
      </w:r>
      <w:r>
        <w:rPr>
          <w:b w:val="0"/>
          <w:i w:val="0"/>
          <w:smallCaps w:val="0"/>
          <w:strike w:val="0"/>
          <w:sz w:val="10"/>
          <w:u w:val="none"/>
        </w:rPr>
        <w:t xml:space="preserve"> independence is officially declared. China wants the reunification of China and Taiwan for the progress and development of the country. For that purpose, it gave the formula of ‘One Country Two System’ under which Taiwan would be given separate </w:t>
      </w:r>
      <w:r>
        <w:rPr>
          <w:b w:val="0"/>
          <w:i w:val="0"/>
          <w:smallCaps w:val="0"/>
          <w:strike w:val="0"/>
          <w:sz w:val="10"/>
          <w:u w:val="none"/>
        </w:rPr>
        <w:t>significance</w:t>
      </w:r>
      <w:r>
        <w:rPr>
          <w:b w:val="0"/>
          <w:i w:val="0"/>
          <w:smallCaps w:val="0"/>
          <w:strike w:val="0"/>
          <w:sz w:val="10"/>
          <w:u w:val="none"/>
        </w:rPr>
        <w:t xml:space="preserve"> but Taiwan rejected the offer. (BBC </w:t>
      </w:r>
      <w:r>
        <w:rPr>
          <w:b w:val="0"/>
          <w:i w:val="0"/>
          <w:smallCaps w:val="0"/>
          <w:strike w:val="0"/>
          <w:sz w:val="10"/>
          <w:u w:val="none"/>
        </w:rPr>
        <w:t>news ,</w:t>
      </w:r>
      <w:r>
        <w:rPr>
          <w:b w:val="0"/>
          <w:i w:val="0"/>
          <w:smallCaps w:val="0"/>
          <w:strike w:val="0"/>
          <w:sz w:val="10"/>
          <w:u w:val="none"/>
        </w:rPr>
        <w:t xml:space="preserve"> 2021</w:t>
      </w:r>
      <w:r>
        <w:rPr>
          <w:b w:val="0"/>
          <w:i w:val="0"/>
          <w:smallCaps w:val="0"/>
          <w:strike w:val="0"/>
          <w:sz w:val="22"/>
          <w:u w:val="single"/>
        </w:rPr>
        <w:t xml:space="preserve">). But Taiwan relaxed the rules </w:t>
      </w:r>
      <w:r>
        <w:rPr>
          <w:b w:val="0"/>
          <w:i w:val="0"/>
          <w:smallCaps w:val="0"/>
          <w:strike w:val="0"/>
          <w:sz w:val="22"/>
          <w:u w:val="single"/>
        </w:rPr>
        <w:t>on</w:t>
      </w:r>
      <w:r>
        <w:rPr>
          <w:b w:val="0"/>
          <w:i w:val="0"/>
          <w:smallCaps w:val="0"/>
          <w:strike w:val="0"/>
          <w:sz w:val="22"/>
          <w:u w:val="single"/>
        </w:rPr>
        <w:t xml:space="preserve"> China on visits. In 1991, Taiwan proclaimed the War on the People’s Republic of China on the mainland to be over. China conducted a political session in 2004. China got the benefit to use ‘unfair means’ against Taiwan through the law if Taiwan tried to take its roots out of China. In 2016, Taiwan's current president Tsai Ing-wen was elected. She is leading the Democratic Progressive Party (DPP)</w:t>
      </w:r>
      <w:r>
        <w:rPr>
          <w:b w:val="0"/>
          <w:i w:val="0"/>
          <w:smallCaps w:val="0"/>
          <w:strike w:val="0"/>
          <w:sz w:val="10"/>
          <w:u w:val="none"/>
        </w:rPr>
        <w:t xml:space="preserve">. It’s </w:t>
      </w:r>
      <w:r>
        <w:rPr>
          <w:b w:val="0"/>
          <w:i w:val="0"/>
          <w:smallCaps w:val="0"/>
          <w:strike w:val="0"/>
          <w:sz w:val="10"/>
          <w:u w:val="none"/>
        </w:rPr>
        <w:t>definitely tilted</w:t>
      </w:r>
      <w:r>
        <w:rPr>
          <w:b w:val="0"/>
          <w:i w:val="0"/>
          <w:smallCaps w:val="0"/>
          <w:strike w:val="0"/>
          <w:sz w:val="10"/>
          <w:u w:val="none"/>
        </w:rPr>
        <w:t xml:space="preserve"> towards the independence of China. United States of America is the superpower of the world. No Leading power could the other in competition. Seeing China as the rising power America is using every possible means to see the downfall of China. </w:t>
      </w:r>
      <w:r>
        <w:rPr>
          <w:b w:val="0"/>
          <w:i w:val="0"/>
          <w:smallCaps w:val="0"/>
          <w:strike w:val="0"/>
          <w:sz w:val="10"/>
          <w:u w:val="none"/>
        </w:rPr>
        <w:t>On</w:t>
      </w:r>
      <w:r>
        <w:rPr>
          <w:b w:val="0"/>
          <w:i w:val="0"/>
          <w:smallCaps w:val="0"/>
          <w:strike w:val="0"/>
          <w:sz w:val="10"/>
          <w:u w:val="none"/>
        </w:rPr>
        <w:t xml:space="preserve"> January, 1979 the United States of America and the People’s Republic of China established diplomatic relations with each other. At that time, US tried to develop unofficial relations with the Republic of China as well. United States of America intentionally did that after seeing the complex terms of China and Taiwan. China also objected on the United States of America on recognizing Taiwan as separate island. </w:t>
      </w:r>
      <w:r>
        <w:rPr>
          <w:b w:val="0"/>
          <w:i w:val="0"/>
          <w:smallCaps w:val="0"/>
          <w:strike w:val="0"/>
          <w:sz w:val="22"/>
          <w:u w:val="single"/>
        </w:rPr>
        <w:t xml:space="preserve">China objected on US having the diplomatic relations with </w:t>
      </w:r>
      <w:r>
        <w:rPr>
          <w:b w:val="0"/>
          <w:i w:val="0"/>
          <w:smallCaps w:val="0"/>
          <w:strike w:val="0"/>
          <w:sz w:val="22"/>
          <w:u w:val="single"/>
        </w:rPr>
        <w:t>the both</w:t>
      </w:r>
      <w:r>
        <w:rPr>
          <w:b w:val="0"/>
          <w:i w:val="0"/>
          <w:smallCaps w:val="0"/>
          <w:strike w:val="0"/>
          <w:sz w:val="22"/>
          <w:u w:val="single"/>
        </w:rPr>
        <w:t xml:space="preserve"> People’s Republic of China and the Republic of China. Having relations with Taiwan would mean that the United States of America believe that there are ‘Two China’ and not just ‘One China’. China believes on the “One-China Principle”. </w:t>
      </w:r>
      <w:r>
        <w:rPr>
          <w:b w:val="0"/>
          <w:i w:val="0"/>
          <w:smallCaps w:val="0"/>
          <w:strike w:val="0"/>
          <w:sz w:val="10"/>
          <w:u w:val="none"/>
        </w:rPr>
        <w:t>(</w:t>
      </w:r>
      <w:r>
        <w:rPr>
          <w:b w:val="0"/>
          <w:i w:val="0"/>
          <w:smallCaps w:val="0"/>
          <w:strike w:val="0"/>
          <w:sz w:val="10"/>
          <w:u w:val="none"/>
        </w:rPr>
        <w:t>Maizland</w:t>
      </w:r>
      <w:r>
        <w:rPr>
          <w:b w:val="0"/>
          <w:i w:val="0"/>
          <w:smallCaps w:val="0"/>
          <w:strike w:val="0"/>
          <w:sz w:val="10"/>
          <w:u w:val="none"/>
        </w:rPr>
        <w:t xml:space="preserve">, 2021) It has been observed that Taiwan has become the most dangerous flashpoint in US-China relations. Taiwan is in the center of two superpowers of the world. And US will </w:t>
      </w:r>
      <w:r>
        <w:rPr>
          <w:b w:val="0"/>
          <w:i w:val="0"/>
          <w:smallCaps w:val="0"/>
          <w:strike w:val="0"/>
          <w:sz w:val="10"/>
          <w:u w:val="none"/>
        </w:rPr>
        <w:t>definitely use</w:t>
      </w:r>
      <w:r>
        <w:rPr>
          <w:b w:val="0"/>
          <w:i w:val="0"/>
          <w:smallCaps w:val="0"/>
          <w:strike w:val="0"/>
          <w:sz w:val="10"/>
          <w:u w:val="none"/>
        </w:rPr>
        <w:t xml:space="preserve"> it against China. Secret diplomacy could be the best word used for China and Taiwan so far. The relations between United States of America and Taiwan have remained unofficial. </w:t>
      </w:r>
      <w:r>
        <w:rPr>
          <w:b w:val="0"/>
          <w:i w:val="0"/>
          <w:smallCaps w:val="0"/>
          <w:strike w:val="0"/>
          <w:sz w:val="10"/>
          <w:u w:val="none"/>
        </w:rPr>
        <w:t>US</w:t>
      </w:r>
      <w:r>
        <w:rPr>
          <w:b w:val="0"/>
          <w:i w:val="0"/>
          <w:smallCaps w:val="0"/>
          <w:strike w:val="0"/>
          <w:sz w:val="10"/>
          <w:u w:val="none"/>
        </w:rPr>
        <w:t xml:space="preserve"> is involved in helping Taiwan improving their military. It was to make them strong against China</w:t>
      </w:r>
      <w:r>
        <w:rPr>
          <w:b w:val="0"/>
          <w:i w:val="0"/>
          <w:smallCaps w:val="0"/>
          <w:strike w:val="0"/>
          <w:sz w:val="22"/>
          <w:u w:val="single"/>
        </w:rPr>
        <w:t>. Both US and China are now locked in a Security Dilemma</w:t>
      </w:r>
      <w:r>
        <w:rPr>
          <w:b w:val="0"/>
          <w:i w:val="0"/>
          <w:smallCaps w:val="0"/>
          <w:strike w:val="0"/>
          <w:sz w:val="10"/>
          <w:u w:val="none"/>
        </w:rPr>
        <w:t xml:space="preserve">. (BBC news, 2021) </w:t>
      </w:r>
      <w:r>
        <w:rPr>
          <w:b w:val="0"/>
          <w:i w:val="0"/>
          <w:smallCaps w:val="0"/>
          <w:strike w:val="0"/>
          <w:sz w:val="22"/>
          <w:u w:val="single"/>
        </w:rPr>
        <w:t>In response to the unofficial relations of US and Taiwan, China will increase its military reinforcement.</w:t>
      </w:r>
      <w:r>
        <w:rPr>
          <w:b w:val="0"/>
          <w:i w:val="0"/>
          <w:smallCaps w:val="0"/>
          <w:strike w:val="0"/>
          <w:sz w:val="10"/>
          <w:u w:val="none"/>
        </w:rPr>
        <w:t xml:space="preserve"> China still doubts the relations of US and Taiwan. There is a big question mark on United States of America in defending Taiwan against China. The defense question is still unanswered</w:t>
      </w:r>
      <w:r>
        <w:rPr>
          <w:b w:val="0"/>
          <w:i w:val="0"/>
          <w:smallCaps w:val="0"/>
          <w:strike w:val="0"/>
          <w:sz w:val="10"/>
          <w:u w:val="none"/>
        </w:rPr>
        <w: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