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Heg</w:t>
      </w:r>
      <w:r>
        <w:rPr>
          <w:b/>
          <w:i w:val="0"/>
          <w:smallCaps w:val="0"/>
          <w:strike w:val="0"/>
          <w:sz w:val="24"/>
          <w:u w:val="none"/>
        </w:rPr>
        <w:t xml:space="preserve"> solves g</w:t>
      </w:r>
      <w:r>
        <w:rPr>
          <w:b/>
          <w:i w:val="0"/>
          <w:smallCaps w:val="0"/>
          <w:strike w:val="0"/>
          <w:sz w:val="24"/>
          <w:u w:val="none"/>
        </w:rPr>
        <w:t>reat power war</w:t>
      </w:r>
    </w:p>
    <w:p>
      <w:pPr>
        <w:spacing w:after="80"/>
      </w:pPr>
      <w:r>
        <w:rPr>
          <w:b/>
          <w:i w:val="0"/>
          <w:smallCaps w:val="0"/>
          <w:strike w:val="0"/>
          <w:u w:val="none"/>
        </w:rPr>
        <w:t>Zhang, 11</w:t>
      </w:r>
      <w:r>
        <w:rPr>
          <w:b w:val="0"/>
          <w:i w:val="0"/>
          <w:smallCaps w:val="0"/>
          <w:strike w:val="0"/>
          <w:u w:val="none"/>
        </w:rPr>
        <w:t xml:space="preserve"> -- Carnegie Endowment researcher [Yuhan, and Lin Shi, independent consultant for the Eurasia Group and a consultant for the World Bank, "America’s decline: A harbinger of conflict and rivalry," East Asia Forum, 1-22-11, www.eastasiaforum.org/2011/01/22/americas-decline-a-harbinger-of-conflict-and-rivalry/, accessed 10-19-12]</w:t>
      </w:r>
      <w:r>
        <w:rPr>
          <w:b w:val="0"/>
          <w:i w:val="0"/>
          <w:smallCaps w:val="0"/>
          <w:strike w:val="0"/>
          <w:u w:val="none"/>
        </w:rPr>
        <w:t xml:space="preserve"> </w:t>
      </w:r>
      <w:r>
        <w:rPr>
          <w:b w:val="0"/>
          <w:i w:val="0"/>
          <w:smallCaps w:val="0"/>
          <w:strike w:val="0"/>
          <w:u w:val="none"/>
        </w:rPr>
        <w:t>//SH</w:t>
      </w:r>
    </w:p>
    <w:p>
      <w:pPr>
        <w:spacing w:after="60"/>
      </w:pPr>
      <w:r>
        <w:rPr>
          <w:b w:val="0"/>
          <w:i w:val="0"/>
          <w:smallCaps w:val="0"/>
          <w:strike w:val="0"/>
          <w:sz w:val="16"/>
          <w:u w:val="none"/>
        </w:rPr>
        <w:t xml:space="preserve">This does not necessarily mean that the US is in systemic decline, but it encompasses a trend that appears to be negative and perhaps alarming. Although the US still possesses incomparable military prowess and its economy remains the world’s largest, </w:t>
      </w:r>
      <w:r>
        <w:rPr>
          <w:b w:val="0"/>
          <w:i w:val="0"/>
          <w:smallCaps w:val="0"/>
          <w:strike w:val="0"/>
          <w:u w:val="single"/>
        </w:rPr>
        <w:t xml:space="preserve">the </w:t>
      </w:r>
      <w:r>
        <w:rPr>
          <w:b w:val="0"/>
          <w:i w:val="0"/>
          <w:smallCaps w:val="0"/>
          <w:strike w:val="0"/>
          <w:sz w:val="16"/>
          <w:u w:val="none"/>
        </w:rPr>
        <w:t xml:space="preserve">once seemingly indomitable </w:t>
      </w:r>
      <w:r>
        <w:rPr>
          <w:b w:val="0"/>
          <w:i w:val="0"/>
          <w:smallCaps w:val="0"/>
          <w:strike w:val="0"/>
          <w:u w:val="single"/>
        </w:rPr>
        <w:t>chasm that separated America from anyone else is narrowing</w:t>
      </w:r>
      <w:r>
        <w:rPr>
          <w:b w:val="0"/>
          <w:i w:val="0"/>
          <w:smallCaps w:val="0"/>
          <w:strike w:val="0"/>
          <w:sz w:val="16"/>
          <w:u w:val="none"/>
        </w:rPr>
        <w:t xml:space="preserve">. Thus, the global distribution of power is shifting, and </w:t>
      </w:r>
      <w:r>
        <w:rPr>
          <w:b w:val="0"/>
          <w:i w:val="0"/>
          <w:smallCaps w:val="0"/>
          <w:strike w:val="0"/>
          <w:u w:val="single"/>
        </w:rPr>
        <w:t>the</w:t>
      </w:r>
      <w:r>
        <w:rPr>
          <w:b w:val="0"/>
          <w:i w:val="0"/>
          <w:smallCaps w:val="0"/>
          <w:strike w:val="0"/>
          <w:sz w:val="16"/>
          <w:u w:val="none"/>
        </w:rPr>
        <w:t xml:space="preserve"> inevitable </w:t>
      </w:r>
      <w:r>
        <w:rPr>
          <w:b w:val="0"/>
          <w:i w:val="0"/>
          <w:smallCaps w:val="0"/>
          <w:strike w:val="0"/>
          <w:u w:val="single"/>
        </w:rPr>
        <w:t>result will be a world that is less peaceful</w:t>
      </w:r>
      <w:r>
        <w:rPr>
          <w:b w:val="0"/>
          <w:i w:val="0"/>
          <w:smallCaps w:val="0"/>
          <w:strike w:val="0"/>
          <w:sz w:val="16"/>
          <w:u w:val="none"/>
        </w:rPr>
        <w:t xml:space="preserve">, liberal and prosperous, burdened by a dearth of effective conflict regulation. </w:t>
      </w:r>
      <w:r>
        <w:rPr>
          <w:b w:val="0"/>
          <w:i w:val="0"/>
          <w:smallCaps w:val="0"/>
          <w:strike w:val="0"/>
          <w:u w:val="single"/>
        </w:rPr>
        <w:t>Over the past two decades, no other state has had the ability to seriously challenge the US military. Under these circumstances,</w:t>
      </w:r>
      <w:r>
        <w:rPr>
          <w:b w:val="0"/>
          <w:i w:val="0"/>
          <w:smallCaps w:val="0"/>
          <w:strike w:val="0"/>
          <w:sz w:val="16"/>
          <w:u w:val="none"/>
        </w:rPr>
        <w:t xml:space="preserve"> motivated by both opportunity and fear, </w:t>
      </w:r>
      <w:r>
        <w:rPr>
          <w:b w:val="0"/>
          <w:i w:val="0"/>
          <w:smallCaps w:val="0"/>
          <w:strike w:val="0"/>
          <w:u w:val="single"/>
        </w:rPr>
        <w:t xml:space="preserve">many </w:t>
      </w:r>
      <w:r>
        <w:rPr>
          <w:b w:val="0"/>
          <w:i w:val="0"/>
          <w:smallCaps w:val="0"/>
          <w:strike w:val="0"/>
          <w:highlight w:val="yellow"/>
          <w:u w:val="single"/>
        </w:rPr>
        <w:t>actors</w:t>
      </w:r>
      <w:r>
        <w:rPr>
          <w:b w:val="0"/>
          <w:i w:val="0"/>
          <w:smallCaps w:val="0"/>
          <w:strike w:val="0"/>
          <w:sz w:val="16"/>
          <w:highlight w:val="yellow"/>
          <w:u w:val="none"/>
        </w:rPr>
        <w:t xml:space="preserve"> </w:t>
      </w:r>
      <w:r>
        <w:rPr>
          <w:b w:val="0"/>
          <w:i w:val="0"/>
          <w:smallCaps w:val="0"/>
          <w:strike w:val="0"/>
          <w:sz w:val="16"/>
          <w:u w:val="none"/>
        </w:rPr>
        <w:t xml:space="preserve">have </w:t>
      </w:r>
      <w:r>
        <w:rPr>
          <w:b w:val="0"/>
          <w:i w:val="0"/>
          <w:smallCaps w:val="0"/>
          <w:strike w:val="0"/>
          <w:highlight w:val="yellow"/>
          <w:u w:val="single"/>
        </w:rPr>
        <w:t>bandwagoned</w:t>
      </w:r>
      <w:r>
        <w:rPr>
          <w:b w:val="0"/>
          <w:i w:val="0"/>
          <w:smallCaps w:val="0"/>
          <w:strike w:val="0"/>
          <w:highlight w:val="yellow"/>
          <w:u w:val="single"/>
        </w:rPr>
        <w:t xml:space="preserve"> with US hegemony </w:t>
      </w:r>
      <w:r>
        <w:rPr>
          <w:b w:val="0"/>
          <w:i w:val="0"/>
          <w:smallCaps w:val="0"/>
          <w:strike w:val="0"/>
          <w:u w:val="single"/>
        </w:rPr>
        <w:t xml:space="preserve">and </w:t>
      </w:r>
      <w:r>
        <w:rPr>
          <w:b w:val="0"/>
          <w:i w:val="0"/>
          <w:smallCaps w:val="0"/>
          <w:strike w:val="0"/>
          <w:sz w:val="16"/>
          <w:u w:val="none"/>
        </w:rPr>
        <w:t>accepted a subordinate role. Canada, most of Western Europe, India, Japan, South Korea, Australia, Singapore and the Philippines have all</w:t>
      </w:r>
      <w:r>
        <w:rPr>
          <w:b w:val="0"/>
          <w:i w:val="0"/>
          <w:smallCaps w:val="0"/>
          <w:strike w:val="0"/>
          <w:u w:val="single"/>
        </w:rPr>
        <w:t xml:space="preserve"> joined the US</w:t>
      </w:r>
      <w:r>
        <w:rPr>
          <w:b w:val="0"/>
          <w:i w:val="0"/>
          <w:smallCaps w:val="0"/>
          <w:strike w:val="0"/>
          <w:sz w:val="16"/>
          <w:u w:val="none"/>
        </w:rPr>
        <w:t xml:space="preserve">, creating a status quo </w:t>
      </w:r>
      <w:r>
        <w:rPr>
          <w:b w:val="0"/>
          <w:i w:val="0"/>
          <w:smallCaps w:val="0"/>
          <w:strike w:val="0"/>
          <w:highlight w:val="yellow"/>
          <w:u w:val="single"/>
        </w:rPr>
        <w:t xml:space="preserve">that </w:t>
      </w:r>
      <w:r>
        <w:rPr>
          <w:b w:val="0"/>
          <w:i w:val="0"/>
          <w:smallCaps w:val="0"/>
          <w:strike w:val="0"/>
          <w:sz w:val="16"/>
          <w:u w:val="none"/>
        </w:rPr>
        <w:t xml:space="preserve">has </w:t>
      </w:r>
      <w:r>
        <w:rPr>
          <w:b w:val="0"/>
          <w:i w:val="0"/>
          <w:smallCaps w:val="0"/>
          <w:strike w:val="0"/>
          <w:highlight w:val="yellow"/>
          <w:u w:val="single"/>
        </w:rPr>
        <w:t xml:space="preserve">tended to </w:t>
      </w:r>
      <w:r>
        <w:rPr>
          <w:b/>
          <w:i w:val="0"/>
          <w:smallCaps w:val="0"/>
          <w:strike w:val="0"/>
          <w:highlight w:val="yellow"/>
          <w:u w:val="single"/>
        </w:rPr>
        <w:t>mute great power conflict</w:t>
      </w:r>
      <w:r>
        <w:rPr>
          <w:b w:val="0"/>
          <w:i w:val="0"/>
          <w:smallCaps w:val="0"/>
          <w:strike w:val="0"/>
          <w:sz w:val="16"/>
          <w:u w:val="none"/>
        </w:rPr>
        <w:t>s</w:t>
      </w:r>
      <w:r>
        <w:rPr>
          <w:b w:val="0"/>
          <w:i w:val="0"/>
          <w:smallCaps w:val="0"/>
          <w:strike w:val="0"/>
          <w:sz w:val="16"/>
          <w:u w:val="none"/>
        </w:rPr>
        <w:t xml:space="preserve">. However, </w:t>
      </w:r>
      <w:r>
        <w:rPr>
          <w:b w:val="0"/>
          <w:i w:val="0"/>
          <w:smallCaps w:val="0"/>
          <w:strike w:val="0"/>
          <w:highlight w:val="yellow"/>
          <w:u w:val="single"/>
        </w:rPr>
        <w:t xml:space="preserve">as </w:t>
      </w:r>
      <w:r>
        <w:rPr>
          <w:b w:val="0"/>
          <w:i w:val="0"/>
          <w:smallCaps w:val="0"/>
          <w:strike w:val="0"/>
          <w:u w:val="single"/>
        </w:rPr>
        <w:t xml:space="preserve">the </w:t>
      </w:r>
      <w:r>
        <w:rPr>
          <w:b w:val="0"/>
          <w:i w:val="0"/>
          <w:smallCaps w:val="0"/>
          <w:strike w:val="0"/>
          <w:highlight w:val="yellow"/>
          <w:u w:val="single"/>
        </w:rPr>
        <w:t xml:space="preserve">hegemony </w:t>
      </w:r>
      <w:r>
        <w:rPr>
          <w:b w:val="0"/>
          <w:i w:val="0"/>
          <w:smallCaps w:val="0"/>
          <w:strike w:val="0"/>
          <w:u w:val="single"/>
        </w:rPr>
        <w:t xml:space="preserve">that drew these powers together </w:t>
      </w:r>
      <w:r>
        <w:rPr>
          <w:b w:val="0"/>
          <w:i w:val="0"/>
          <w:smallCaps w:val="0"/>
          <w:strike w:val="0"/>
          <w:highlight w:val="yellow"/>
          <w:u w:val="single"/>
        </w:rPr>
        <w:t>withers</w:t>
      </w:r>
      <w:r>
        <w:rPr>
          <w:b w:val="0"/>
          <w:i w:val="0"/>
          <w:smallCaps w:val="0"/>
          <w:strike w:val="0"/>
          <w:u w:val="single"/>
        </w:rPr>
        <w:t xml:space="preserve">, </w:t>
      </w:r>
      <w:r>
        <w:rPr>
          <w:b w:val="0"/>
          <w:i w:val="0"/>
          <w:smallCaps w:val="0"/>
          <w:strike w:val="0"/>
          <w:highlight w:val="yellow"/>
          <w:u w:val="single"/>
        </w:rPr>
        <w:t xml:space="preserve">so will </w:t>
      </w:r>
      <w:r>
        <w:rPr>
          <w:b w:val="0"/>
          <w:i w:val="0"/>
          <w:smallCaps w:val="0"/>
          <w:strike w:val="0"/>
          <w:u w:val="single"/>
        </w:rPr>
        <w:t xml:space="preserve">the pulling power behind </w:t>
      </w:r>
      <w:r>
        <w:rPr>
          <w:b w:val="0"/>
          <w:i w:val="0"/>
          <w:smallCaps w:val="0"/>
          <w:strike w:val="0"/>
          <w:highlight w:val="yellow"/>
          <w:u w:val="single"/>
        </w:rPr>
        <w:t xml:space="preserve">the </w:t>
      </w:r>
      <w:r>
        <w:rPr>
          <w:b w:val="0"/>
          <w:i w:val="0"/>
          <w:smallCaps w:val="0"/>
          <w:strike w:val="0"/>
          <w:u w:val="single"/>
        </w:rPr>
        <w:t xml:space="preserve">US </w:t>
      </w:r>
      <w:r>
        <w:rPr>
          <w:b w:val="0"/>
          <w:i w:val="0"/>
          <w:smallCaps w:val="0"/>
          <w:strike w:val="0"/>
          <w:highlight w:val="yellow"/>
          <w:u w:val="single"/>
        </w:rPr>
        <w:t>alliance</w:t>
      </w:r>
      <w:r>
        <w:rPr>
          <w:b w:val="0"/>
          <w:i w:val="0"/>
          <w:smallCaps w:val="0"/>
          <w:strike w:val="0"/>
          <w:u w:val="single"/>
        </w:rPr>
        <w:t>. The result will be an</w:t>
      </w:r>
      <w:r>
        <w:rPr>
          <w:b w:val="0"/>
          <w:i w:val="0"/>
          <w:smallCaps w:val="0"/>
          <w:strike w:val="0"/>
          <w:sz w:val="16"/>
          <w:u w:val="none"/>
        </w:rPr>
        <w:t xml:space="preserve"> international </w:t>
      </w:r>
      <w:r>
        <w:rPr>
          <w:b w:val="0"/>
          <w:i w:val="0"/>
          <w:smallCaps w:val="0"/>
          <w:strike w:val="0"/>
          <w:u w:val="single"/>
        </w:rPr>
        <w:t>order where</w:t>
      </w:r>
      <w:r>
        <w:rPr>
          <w:b w:val="0"/>
          <w:i w:val="0"/>
          <w:smallCaps w:val="0"/>
          <w:strike w:val="0"/>
          <w:sz w:val="16"/>
          <w:u w:val="none"/>
        </w:rPr>
        <w:t xml:space="preserve"> power is more diffuse, </w:t>
      </w:r>
      <w:r>
        <w:rPr>
          <w:b w:val="0"/>
          <w:i w:val="0"/>
          <w:smallCaps w:val="0"/>
          <w:strike w:val="0"/>
          <w:u w:val="single"/>
        </w:rPr>
        <w:t>American interests</w:t>
      </w:r>
      <w:r>
        <w:rPr>
          <w:b w:val="0"/>
          <w:i w:val="0"/>
          <w:smallCaps w:val="0"/>
          <w:strike w:val="0"/>
          <w:sz w:val="16"/>
          <w:u w:val="none"/>
        </w:rPr>
        <w:t xml:space="preserve"> and influence </w:t>
      </w:r>
      <w:r>
        <w:rPr>
          <w:b w:val="0"/>
          <w:i w:val="0"/>
          <w:smallCaps w:val="0"/>
          <w:strike w:val="0"/>
          <w:u w:val="single"/>
        </w:rPr>
        <w:t>can be more readily challenged, and</w:t>
      </w:r>
      <w:r>
        <w:rPr>
          <w:b w:val="0"/>
          <w:i w:val="0"/>
          <w:smallCaps w:val="0"/>
          <w:strike w:val="0"/>
          <w:sz w:val="16"/>
          <w:u w:val="none"/>
        </w:rPr>
        <w:t xml:space="preserve"> conflicts or </w:t>
      </w:r>
      <w:r>
        <w:rPr>
          <w:b w:val="0"/>
          <w:i w:val="0"/>
          <w:smallCaps w:val="0"/>
          <w:strike w:val="0"/>
          <w:u w:val="single"/>
        </w:rPr>
        <w:t xml:space="preserve">wars may be harder to avoid. </w:t>
      </w:r>
      <w:r>
        <w:rPr>
          <w:b/>
          <w:i w:val="0"/>
          <w:smallCaps w:val="0"/>
          <w:strike w:val="0"/>
          <w:highlight w:val="yellow"/>
          <w:u w:val="single"/>
        </w:rPr>
        <w:t>As history attests, power decline</w:t>
      </w:r>
      <w:r>
        <w:rPr>
          <w:b w:val="0"/>
          <w:i w:val="0"/>
          <w:smallCaps w:val="0"/>
          <w:strike w:val="0"/>
          <w:highlight w:val="yellow"/>
          <w:u w:val="single"/>
        </w:rPr>
        <w:t xml:space="preserve"> </w:t>
      </w:r>
      <w:r>
        <w:rPr>
          <w:b w:val="0"/>
          <w:i w:val="0"/>
          <w:smallCaps w:val="0"/>
          <w:strike w:val="0"/>
          <w:u w:val="single"/>
        </w:rPr>
        <w:t xml:space="preserve">and redistribution </w:t>
      </w:r>
      <w:r>
        <w:rPr>
          <w:b/>
          <w:i w:val="0"/>
          <w:smallCaps w:val="0"/>
          <w:strike w:val="0"/>
          <w:highlight w:val="yellow"/>
          <w:u w:val="single"/>
        </w:rPr>
        <w:t>result in military confrontation</w:t>
      </w:r>
      <w:r>
        <w:rPr>
          <w:b w:val="0"/>
          <w:i w:val="0"/>
          <w:smallCaps w:val="0"/>
          <w:strike w:val="0"/>
          <w:sz w:val="16"/>
          <w:u w:val="none"/>
        </w:rPr>
        <w:t>. For example, in the late 19th century America’s emergence as a regional power saw it launch its first overseas war of conquest towards Spain. By the turn of the 20th century, accompanying the increase in US power and waning of British power, the American Navy had begun to challenge the notion that Britain ‘rules the waves.’ Such a notion would eventually see the US attain the status of sole guardians of the Western Hemisphere’s security to become the order-creating Leviathan shaping the international system with democracy and rule of law. Defining this US-</w:t>
      </w:r>
      <w:r>
        <w:rPr>
          <w:b w:val="0"/>
          <w:i w:val="0"/>
          <w:smallCaps w:val="0"/>
          <w:strike w:val="0"/>
          <w:sz w:val="16"/>
          <w:u w:val="none"/>
        </w:rPr>
        <w:t>centred</w:t>
      </w:r>
      <w:r>
        <w:rPr>
          <w:b w:val="0"/>
          <w:i w:val="0"/>
          <w:smallCaps w:val="0"/>
          <w:strike w:val="0"/>
          <w:sz w:val="16"/>
          <w:u w:val="none"/>
        </w:rPr>
        <w:t xml:space="preserve"> system are three key characteristics: enforcement of property rights, constraints on the actions of powerful individuals and groups and some degree of equal opportunities for broad segments of society. As a result of such political stability, free markets, liberal trade and flexible financial mechanisms have appeared. And, with this, many countries have sought opportunities to enter this system, proliferating stable and cooperative relations. However, what will happen to these advances as America’s influence declines? Given that America’s authority, although sullied at times, has benefited people across much of Latin America, Central and Eastern Europe, the Balkans, as well as parts of Africa and, quite extensively, Asia, the answer to this question could affect global society in a profoundly detrimental way. Public imagination and academia have anticipated that </w:t>
      </w:r>
      <w:r>
        <w:rPr>
          <w:b w:val="0"/>
          <w:i w:val="0"/>
          <w:smallCaps w:val="0"/>
          <w:strike w:val="0"/>
          <w:highlight w:val="yellow"/>
          <w:u w:val="single"/>
        </w:rPr>
        <w:t>a post-hegemonic world would return to</w:t>
      </w:r>
      <w:r>
        <w:rPr>
          <w:b w:val="0"/>
          <w:i w:val="0"/>
          <w:smallCaps w:val="0"/>
          <w:strike w:val="0"/>
          <w:u w:val="single"/>
        </w:rPr>
        <w:t xml:space="preserve"> the problems of the 1930s: </w:t>
      </w:r>
      <w:r>
        <w:rPr>
          <w:b w:val="0"/>
          <w:i w:val="0"/>
          <w:smallCaps w:val="0"/>
          <w:strike w:val="0"/>
          <w:highlight w:val="yellow"/>
          <w:u w:val="single"/>
        </w:rPr>
        <w:t>regional blocs</w:t>
      </w:r>
      <w:r>
        <w:rPr>
          <w:b w:val="0"/>
          <w:i w:val="0"/>
          <w:smallCaps w:val="0"/>
          <w:strike w:val="0"/>
          <w:u w:val="single"/>
        </w:rPr>
        <w:t>, trade conflicts and strategic rivalry</w:t>
      </w:r>
      <w:r>
        <w:rPr>
          <w:b w:val="0"/>
          <w:i w:val="0"/>
          <w:smallCaps w:val="0"/>
          <w:strike w:val="0"/>
          <w:sz w:val="16"/>
          <w:u w:val="none"/>
        </w:rPr>
        <w:t xml:space="preserve">. Furthermore, </w:t>
      </w:r>
      <w:r>
        <w:rPr>
          <w:b w:val="0"/>
          <w:i w:val="0"/>
          <w:smallCaps w:val="0"/>
          <w:strike w:val="0"/>
          <w:u w:val="single"/>
        </w:rPr>
        <w:t>multilateral institutions</w:t>
      </w:r>
      <w:r>
        <w:rPr>
          <w:b w:val="0"/>
          <w:i w:val="0"/>
          <w:smallCaps w:val="0"/>
          <w:strike w:val="0"/>
          <w:sz w:val="16"/>
          <w:u w:val="none"/>
        </w:rPr>
        <w:t xml:space="preserve"> such as the IMF, the World Bank or the WTO </w:t>
      </w:r>
      <w:r>
        <w:rPr>
          <w:b w:val="0"/>
          <w:i w:val="0"/>
          <w:smallCaps w:val="0"/>
          <w:strike w:val="0"/>
          <w:u w:val="single"/>
        </w:rPr>
        <w:t xml:space="preserve">might give way to regional </w:t>
      </w:r>
      <w:r>
        <w:rPr>
          <w:b w:val="0"/>
          <w:i w:val="0"/>
          <w:smallCaps w:val="0"/>
          <w:strike w:val="0"/>
          <w:u w:val="single"/>
        </w:rPr>
        <w:t>organisations</w:t>
      </w:r>
      <w:r>
        <w:rPr>
          <w:b w:val="0"/>
          <w:i w:val="0"/>
          <w:smallCaps w:val="0"/>
          <w:strike w:val="0"/>
          <w:sz w:val="16"/>
          <w:u w:val="none"/>
        </w:rPr>
        <w:t xml:space="preserve">. For example, Europe and East Asia would each step forward to fill the vacuum left by Washington’s withering leadership to pursue their own visions of regional political and economic </w:t>
      </w:r>
      <w:r>
        <w:rPr>
          <w:b w:val="0"/>
          <w:i w:val="0"/>
          <w:smallCaps w:val="0"/>
          <w:strike w:val="0"/>
          <w:sz w:val="16"/>
          <w:u w:val="none"/>
        </w:rPr>
        <w:t>orders</w:t>
      </w:r>
      <w:r>
        <w:rPr>
          <w:b w:val="0"/>
          <w:i w:val="0"/>
          <w:smallCaps w:val="0"/>
          <w:strike w:val="0"/>
          <w:sz w:val="16"/>
          <w:u w:val="none"/>
        </w:rPr>
        <w:t xml:space="preserve">. Free markets would become more </w:t>
      </w:r>
      <w:r>
        <w:rPr>
          <w:b w:val="0"/>
          <w:i w:val="0"/>
          <w:smallCaps w:val="0"/>
          <w:strike w:val="0"/>
          <w:sz w:val="16"/>
          <w:u w:val="none"/>
        </w:rPr>
        <w:t>politicised</w:t>
      </w:r>
      <w:r>
        <w:rPr>
          <w:b w:val="0"/>
          <w:i w:val="0"/>
          <w:smallCaps w:val="0"/>
          <w:strike w:val="0"/>
          <w:sz w:val="16"/>
          <w:u w:val="none"/>
        </w:rPr>
        <w:t xml:space="preserve"> — and, well, less free — and </w:t>
      </w:r>
      <w:r>
        <w:rPr>
          <w:b w:val="0"/>
          <w:i w:val="0"/>
          <w:smallCaps w:val="0"/>
          <w:strike w:val="0"/>
          <w:highlight w:val="yellow"/>
          <w:u w:val="single"/>
        </w:rPr>
        <w:t xml:space="preserve">major powers would compete </w:t>
      </w:r>
      <w:r>
        <w:rPr>
          <w:b w:val="0"/>
          <w:i w:val="0"/>
          <w:smallCaps w:val="0"/>
          <w:strike w:val="0"/>
          <w:u w:val="single"/>
        </w:rPr>
        <w:t>for supremacy</w:t>
      </w:r>
      <w:r>
        <w:rPr>
          <w:b w:val="0"/>
          <w:i w:val="0"/>
          <w:smallCaps w:val="0"/>
          <w:strike w:val="0"/>
          <w:sz w:val="16"/>
          <w:u w:val="none"/>
        </w:rPr>
        <w:t xml:space="preserve">. Additionally, </w:t>
      </w:r>
      <w:r>
        <w:rPr>
          <w:b w:val="0"/>
          <w:i w:val="0"/>
          <w:smallCaps w:val="0"/>
          <w:strike w:val="0"/>
          <w:u w:val="single"/>
        </w:rPr>
        <w:t>such power plays have historically possessed a zero-sum element.</w:t>
      </w:r>
      <w:r>
        <w:rPr>
          <w:b w:val="0"/>
          <w:i w:val="0"/>
          <w:smallCaps w:val="0"/>
          <w:strike w:val="0"/>
          <w:sz w:val="16"/>
          <w:u w:val="none"/>
        </w:rPr>
        <w:t xml:space="preserve"> In the late 1960s and 1970s, US economic power declined relative to the rise of the Japanese and Western European economies, with the US dollar also becoming less attractive. And, as American power eroded, so did international regimes (such as the Bretton Woods System in 1973). </w:t>
      </w:r>
      <w:r>
        <w:rPr>
          <w:b w:val="0"/>
          <w:i w:val="0"/>
          <w:smallCaps w:val="0"/>
          <w:strike w:val="0"/>
          <w:highlight w:val="yellow"/>
          <w:u w:val="single"/>
        </w:rPr>
        <w:t xml:space="preserve">A world without </w:t>
      </w:r>
      <w:r>
        <w:rPr>
          <w:b w:val="0"/>
          <w:i w:val="0"/>
          <w:smallCaps w:val="0"/>
          <w:strike w:val="0"/>
          <w:u w:val="single"/>
        </w:rPr>
        <w:t xml:space="preserve">American </w:t>
      </w:r>
      <w:r>
        <w:rPr>
          <w:b w:val="0"/>
          <w:i w:val="0"/>
          <w:smallCaps w:val="0"/>
          <w:strike w:val="0"/>
          <w:highlight w:val="yellow"/>
          <w:u w:val="single"/>
        </w:rPr>
        <w:t xml:space="preserve">hegemony is one where </w:t>
      </w:r>
      <w:r>
        <w:rPr>
          <w:b/>
          <w:i w:val="0"/>
          <w:smallCaps w:val="0"/>
          <w:strike w:val="0"/>
          <w:highlight w:val="yellow"/>
          <w:u w:val="single"/>
        </w:rPr>
        <w:t>great power wars re-emerge</w:t>
      </w:r>
      <w:r>
        <w:rPr>
          <w:b w:val="0"/>
          <w:i w:val="0"/>
          <w:smallCaps w:val="0"/>
          <w:strike w:val="0"/>
          <w:u w:val="single"/>
        </w:rPr>
        <w:t>, the liberal international system is supplanted by an authoritarian one, and trade protectionism devolves into restrictive, anti-</w:t>
      </w:r>
      <w:r>
        <w:rPr>
          <w:b w:val="0"/>
          <w:i w:val="0"/>
          <w:smallCaps w:val="0"/>
          <w:strike w:val="0"/>
          <w:u w:val="single"/>
        </w:rPr>
        <w:t>globalisation</w:t>
      </w:r>
      <w:r>
        <w:rPr>
          <w:b w:val="0"/>
          <w:i w:val="0"/>
          <w:smallCaps w:val="0"/>
          <w:strike w:val="0"/>
          <w:u w:val="single"/>
        </w:rPr>
        <w:t xml:space="preserve"> barriers</w:t>
      </w:r>
      <w:r>
        <w:rPr>
          <w:b w:val="0"/>
          <w:i w:val="0"/>
          <w:smallCaps w:val="0"/>
          <w:strike w:val="0"/>
          <w:sz w:val="16"/>
          <w:u w:val="none"/>
        </w:rPr>
        <w:t>. This, at least, is one possibility we can forecast in a future that will inevitably be devoid of unrivalled US primacy.</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