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Effective </w:t>
      </w:r>
      <w:r>
        <w:rPr>
          <w:b/>
          <w:i w:val="0"/>
          <w:smallCaps w:val="0"/>
          <w:strike w:val="0"/>
          <w:sz w:val="24"/>
          <w:u w:val="none"/>
        </w:rPr>
        <w:t>heg</w:t>
      </w:r>
      <w:r>
        <w:rPr>
          <w:b/>
          <w:i w:val="0"/>
          <w:smallCaps w:val="0"/>
          <w:strike w:val="0"/>
          <w:sz w:val="24"/>
          <w:u w:val="none"/>
        </w:rPr>
        <w:t xml:space="preserve"> solves nuclear war- AND strong US military de-escalates all conflict</w:t>
      </w:r>
    </w:p>
    <w:p>
      <w:pPr>
        <w:spacing w:after="80"/>
      </w:pPr>
      <w:r>
        <w:rPr>
          <w:b/>
          <w:i w:val="0"/>
          <w:smallCaps w:val="0"/>
          <w:strike w:val="0"/>
          <w:u w:val="none"/>
        </w:rPr>
        <w:t>Barnett, 11</w:t>
      </w:r>
      <w:r>
        <w:rPr>
          <w:b w:val="0"/>
          <w:i w:val="0"/>
          <w:smallCaps w:val="0"/>
          <w:strike w:val="0"/>
          <w:u w:val="none"/>
        </w:rPr>
        <w:t xml:space="preserve"> -- Naval War College Warfare Analysis &amp; Research professor</w:t>
      </w:r>
    </w:p>
    <w:p>
      <w:pPr>
        <w:spacing w:after="60"/>
      </w:pPr>
      <w:r>
        <w:rPr>
          <w:b w:val="0"/>
          <w:i w:val="0"/>
          <w:smallCaps w:val="0"/>
          <w:strike w:val="0"/>
          <w:u w:val="none"/>
        </w:rPr>
        <w:t xml:space="preserve">(Thomas, “The New Rules: Leadership Fatigue Puts U.S., and Globalization, at Crossroads,” 3-7-11, </w:t>
      </w:r>
      <w:r>
        <w:rPr>
          <w:b w:val="0"/>
          <w:i w:val="0"/>
          <w:smallCaps w:val="0"/>
          <w:strike w:val="0"/>
          <w:u w:val="none"/>
        </w:rPr>
        <w:t>)</w:t>
      </w:r>
      <w:r>
        <w:rPr>
          <w:b w:val="0"/>
          <w:i w:val="0"/>
          <w:smallCaps w:val="0"/>
          <w:strike w:val="0"/>
          <w:u w:val="none"/>
        </w:rPr>
        <w:t xml:space="preserve"> </w:t>
      </w:r>
      <w:r>
        <w:rPr>
          <w:b w:val="0"/>
          <w:i w:val="0"/>
          <w:smallCaps w:val="0"/>
          <w:strike w:val="0"/>
          <w:u w:val="none"/>
        </w:rPr>
        <w:t>//SH</w:t>
      </w:r>
    </w:p>
    <w:p>
      <w:pPr>
        <w:spacing w:after="60"/>
      </w:pPr>
      <w:r>
        <w:rPr>
          <w:b w:val="0"/>
          <w:i w:val="0"/>
          <w:smallCaps w:val="0"/>
          <w:strike w:val="0"/>
          <w:sz w:val="16"/>
          <w:u w:val="none"/>
        </w:rPr>
        <w:t xml:space="preserve">Let me be </w:t>
      </w:r>
      <w:r>
        <w:rPr>
          <w:b w:val="0"/>
          <w:i w:val="0"/>
          <w:smallCaps w:val="0"/>
          <w:strike w:val="0"/>
          <w:sz w:val="16"/>
          <w:u w:val="none"/>
        </w:rPr>
        <w:t>more blunt</w:t>
      </w:r>
      <w:r>
        <w:rPr>
          <w:b w:val="0"/>
          <w:i w:val="0"/>
          <w:smallCaps w:val="0"/>
          <w:strike w:val="0"/>
          <w:sz w:val="16"/>
          <w:u w:val="none"/>
        </w:rPr>
        <w:t xml:space="preserve">: As the guardian of globalization, </w:t>
      </w:r>
      <w:r>
        <w:rPr>
          <w:b/>
          <w:i w:val="0"/>
          <w:smallCaps w:val="0"/>
          <w:strike w:val="0"/>
          <w:highlight w:val="yellow"/>
          <w:u w:val="single"/>
        </w:rPr>
        <w:t>the U.S. military has been the greatest force for peace the world has ever known</w:t>
      </w:r>
      <w:r>
        <w:rPr>
          <w:b w:val="0"/>
          <w:i w:val="0"/>
          <w:smallCaps w:val="0"/>
          <w:strike w:val="0"/>
          <w:sz w:val="16"/>
          <w:highlight w:val="yellow"/>
          <w:u w:val="none"/>
        </w:rPr>
        <w:t xml:space="preserve">. </w:t>
      </w:r>
      <w:r>
        <w:rPr>
          <w:b w:val="0"/>
          <w:i w:val="0"/>
          <w:smallCaps w:val="0"/>
          <w:strike w:val="0"/>
          <w:highlight w:val="yellow"/>
          <w:u w:val="single"/>
        </w:rPr>
        <w:t>Had America been removed</w:t>
      </w:r>
      <w:r>
        <w:rPr>
          <w:b w:val="0"/>
          <w:i w:val="0"/>
          <w:smallCaps w:val="0"/>
          <w:strike w:val="0"/>
          <w:u w:val="single"/>
        </w:rPr>
        <w:t xml:space="preserve"> </w:t>
      </w:r>
      <w:r>
        <w:rPr>
          <w:b w:val="0"/>
          <w:i w:val="0"/>
          <w:smallCaps w:val="0"/>
          <w:strike w:val="0"/>
          <w:sz w:val="16"/>
          <w:u w:val="none"/>
        </w:rPr>
        <w:t xml:space="preserve">from the global dynamics that governed the 20th century, the </w:t>
      </w:r>
      <w:r>
        <w:rPr>
          <w:b w:val="0"/>
          <w:i w:val="0"/>
          <w:smallCaps w:val="0"/>
          <w:strike w:val="0"/>
          <w:u w:val="single"/>
        </w:rPr>
        <w:t>mass murder never would have ended</w:t>
      </w:r>
      <w:r>
        <w:rPr>
          <w:b w:val="0"/>
          <w:i w:val="0"/>
          <w:smallCaps w:val="0"/>
          <w:strike w:val="0"/>
          <w:sz w:val="16"/>
          <w:u w:val="none"/>
        </w:rPr>
        <w:t>. Indeed</w:t>
      </w:r>
      <w:r>
        <w:rPr>
          <w:b w:val="0"/>
          <w:i w:val="0"/>
          <w:smallCaps w:val="0"/>
          <w:strike w:val="0"/>
          <w:u w:val="single"/>
        </w:rPr>
        <w:t xml:space="preserve">, it's entirely conceivable </w:t>
      </w:r>
      <w:r>
        <w:rPr>
          <w:b/>
          <w:i w:val="0"/>
          <w:smallCaps w:val="0"/>
          <w:strike w:val="0"/>
          <w:highlight w:val="yellow"/>
          <w:u w:val="single"/>
        </w:rPr>
        <w:t>there would</w:t>
      </w:r>
      <w:r>
        <w:rPr>
          <w:b w:val="0"/>
          <w:i w:val="0"/>
          <w:smallCaps w:val="0"/>
          <w:strike w:val="0"/>
          <w:highlight w:val="yellow"/>
          <w:u w:val="single"/>
        </w:rPr>
        <w:t xml:space="preserve"> </w:t>
      </w:r>
      <w:r>
        <w:rPr>
          <w:b w:val="0"/>
          <w:i w:val="0"/>
          <w:smallCaps w:val="0"/>
          <w:strike w:val="0"/>
          <w:sz w:val="16"/>
          <w:u w:val="none"/>
        </w:rPr>
        <w:t xml:space="preserve">now </w:t>
      </w:r>
      <w:r>
        <w:rPr>
          <w:b/>
          <w:i w:val="0"/>
          <w:smallCaps w:val="0"/>
          <w:strike w:val="0"/>
          <w:highlight w:val="yellow"/>
          <w:u w:val="single"/>
        </w:rPr>
        <w:t>be no</w:t>
      </w:r>
      <w:r>
        <w:rPr>
          <w:b w:val="0"/>
          <w:i w:val="0"/>
          <w:smallCaps w:val="0"/>
          <w:strike w:val="0"/>
          <w:u w:val="single"/>
        </w:rPr>
        <w:t xml:space="preserve"> </w:t>
      </w:r>
      <w:r>
        <w:rPr>
          <w:b w:val="0"/>
          <w:i w:val="0"/>
          <w:smallCaps w:val="0"/>
          <w:strike w:val="0"/>
          <w:sz w:val="16"/>
          <w:u w:val="none"/>
        </w:rPr>
        <w:t xml:space="preserve">identifiable </w:t>
      </w:r>
      <w:r>
        <w:rPr>
          <w:b/>
          <w:i w:val="0"/>
          <w:smallCaps w:val="0"/>
          <w:strike w:val="0"/>
          <w:u w:val="single"/>
        </w:rPr>
        <w:t xml:space="preserve">human </w:t>
      </w:r>
      <w:r>
        <w:rPr>
          <w:b/>
          <w:i w:val="0"/>
          <w:smallCaps w:val="0"/>
          <w:strike w:val="0"/>
          <w:highlight w:val="yellow"/>
          <w:u w:val="single"/>
        </w:rPr>
        <w:t>civilization left</w:t>
      </w:r>
      <w:r>
        <w:rPr>
          <w:b w:val="0"/>
          <w:i w:val="0"/>
          <w:smallCaps w:val="0"/>
          <w:strike w:val="0"/>
          <w:highlight w:val="yellow"/>
          <w:u w:val="single"/>
        </w:rPr>
        <w:t xml:space="preserve">, </w:t>
      </w:r>
      <w:r>
        <w:rPr>
          <w:b/>
          <w:i w:val="0"/>
          <w:smallCaps w:val="0"/>
          <w:strike w:val="0"/>
          <w:highlight w:val="yellow"/>
          <w:u w:val="single"/>
        </w:rPr>
        <w:t xml:space="preserve">once nuclear weapons entered the </w:t>
      </w:r>
      <w:r>
        <w:rPr>
          <w:b w:val="0"/>
          <w:i w:val="0"/>
          <w:smallCaps w:val="0"/>
          <w:strike w:val="0"/>
          <w:sz w:val="16"/>
          <w:u w:val="none"/>
        </w:rPr>
        <w:t>killing</w:t>
      </w:r>
      <w:r>
        <w:rPr>
          <w:b/>
          <w:i w:val="0"/>
          <w:smallCaps w:val="0"/>
          <w:strike w:val="0"/>
          <w:u w:val="single"/>
        </w:rPr>
        <w:t xml:space="preserve"> </w:t>
      </w:r>
      <w:r>
        <w:rPr>
          <w:b/>
          <w:i w:val="0"/>
          <w:smallCaps w:val="0"/>
          <w:strike w:val="0"/>
          <w:highlight w:val="yellow"/>
          <w:u w:val="single"/>
        </w:rPr>
        <w:t>equation</w:t>
      </w:r>
      <w:r>
        <w:rPr>
          <w:b w:val="0"/>
          <w:i w:val="0"/>
          <w:smallCaps w:val="0"/>
          <w:strike w:val="0"/>
          <w:u w:val="single"/>
        </w:rPr>
        <w:t>. But the world did not keep sliding down that path of perpetual war</w:t>
      </w:r>
      <w:r>
        <w:rPr>
          <w:b w:val="0"/>
          <w:i w:val="0"/>
          <w:smallCaps w:val="0"/>
          <w:strike w:val="0"/>
          <w:sz w:val="16"/>
          <w:u w:val="none"/>
        </w:rPr>
        <w:t xml:space="preserve">. Instead, </w:t>
      </w:r>
      <w:r>
        <w:rPr>
          <w:b w:val="0"/>
          <w:i w:val="0"/>
          <w:smallCaps w:val="0"/>
          <w:strike w:val="0"/>
          <w:highlight w:val="yellow"/>
          <w:u w:val="single"/>
        </w:rPr>
        <w:t>America</w:t>
      </w:r>
      <w:r>
        <w:rPr>
          <w:b w:val="0"/>
          <w:i w:val="0"/>
          <w:smallCaps w:val="0"/>
          <w:strike w:val="0"/>
          <w:sz w:val="16"/>
          <w:highlight w:val="yellow"/>
          <w:u w:val="none"/>
        </w:rPr>
        <w:t xml:space="preserve"> </w:t>
      </w:r>
      <w:r>
        <w:rPr>
          <w:b w:val="0"/>
          <w:i w:val="0"/>
          <w:smallCaps w:val="0"/>
          <w:strike w:val="0"/>
          <w:sz w:val="16"/>
          <w:u w:val="none"/>
        </w:rPr>
        <w:t xml:space="preserve">stepped up and </w:t>
      </w:r>
      <w:r>
        <w:rPr>
          <w:b w:val="0"/>
          <w:i w:val="0"/>
          <w:smallCaps w:val="0"/>
          <w:strike w:val="0"/>
          <w:highlight w:val="yellow"/>
          <w:u w:val="single"/>
        </w:rPr>
        <w:t>changed everything by ushering in</w:t>
      </w:r>
      <w:r>
        <w:rPr>
          <w:b w:val="0"/>
          <w:i w:val="0"/>
          <w:smallCaps w:val="0"/>
          <w:strike w:val="0"/>
          <w:sz w:val="16"/>
          <w:highlight w:val="yellow"/>
          <w:u w:val="none"/>
        </w:rPr>
        <w:t xml:space="preserve"> </w:t>
      </w:r>
      <w:r>
        <w:rPr>
          <w:b w:val="0"/>
          <w:i w:val="0"/>
          <w:smallCaps w:val="0"/>
          <w:strike w:val="0"/>
          <w:sz w:val="16"/>
          <w:u w:val="none"/>
        </w:rPr>
        <w:t>our now-</w:t>
      </w:r>
      <w:r>
        <w:rPr>
          <w:b/>
          <w:i w:val="0"/>
          <w:smallCaps w:val="0"/>
          <w:strike w:val="0"/>
          <w:highlight w:val="yellow"/>
          <w:u w:val="single"/>
        </w:rPr>
        <w:t>perpetual great-power peace</w:t>
      </w:r>
      <w:r>
        <w:rPr>
          <w:b w:val="0"/>
          <w:i w:val="0"/>
          <w:smallCaps w:val="0"/>
          <w:strike w:val="0"/>
          <w:sz w:val="16"/>
          <w:u w:val="none"/>
        </w:rPr>
        <w:t xml:space="preserve">. We introduced the international liberal trade order known as globalization and played loyal Leviathan over its spread. What resulted was the collapse of empires, an explosion of democracy, the persistent spread of human rights, the liberation of women, the doubling of life expectancy, a roughly 10-fold increase in adjusted global GDP and a profound and persistent reduction in battle deaths from state-based conflicts. That is what American "hubris" </w:t>
      </w:r>
      <w:r>
        <w:rPr>
          <w:b w:val="0"/>
          <w:i w:val="0"/>
          <w:smallCaps w:val="0"/>
          <w:strike w:val="0"/>
          <w:sz w:val="16"/>
          <w:u w:val="none"/>
        </w:rPr>
        <w:t>actually delivered</w:t>
      </w:r>
      <w:r>
        <w:rPr>
          <w:b w:val="0"/>
          <w:i w:val="0"/>
          <w:smallCaps w:val="0"/>
          <w:strike w:val="0"/>
          <w:sz w:val="16"/>
          <w:u w:val="none"/>
        </w:rPr>
        <w:t xml:space="preserve">. Please remember that the next time some TV pundit sells you the image of "unbridled" American military power as the cause of global disorder instead of its cure. With self-deprecation bordering on self-loathing, we now imagine a post-American world that is anything but. Just watch who scatters and who steps up as the Facebook revolutions erupt across the Arab world. While we might imagine ourselves the status quo power, we remain the world's most vigorously revisionist force. As for the sheer "evil" that is our military-industrial complex, again, let's examine what the world looked like before that establishment reared its ugly head. </w:t>
      </w:r>
      <w:r>
        <w:rPr>
          <w:b w:val="0"/>
          <w:i w:val="0"/>
          <w:smallCaps w:val="0"/>
          <w:strike w:val="0"/>
          <w:highlight w:val="yellow"/>
          <w:u w:val="single"/>
        </w:rPr>
        <w:t>The last</w:t>
      </w:r>
      <w:r>
        <w:rPr>
          <w:b w:val="0"/>
          <w:i w:val="0"/>
          <w:smallCaps w:val="0"/>
          <w:strike w:val="0"/>
          <w:sz w:val="16"/>
          <w:highlight w:val="yellow"/>
          <w:u w:val="none"/>
        </w:rPr>
        <w:t xml:space="preserve"> </w:t>
      </w:r>
      <w:r>
        <w:rPr>
          <w:b w:val="0"/>
          <w:i w:val="0"/>
          <w:smallCaps w:val="0"/>
          <w:strike w:val="0"/>
          <w:sz w:val="16"/>
          <w:u w:val="none"/>
        </w:rPr>
        <w:t xml:space="preserve">great </w:t>
      </w:r>
      <w:r>
        <w:rPr>
          <w:b w:val="0"/>
          <w:i w:val="0"/>
          <w:smallCaps w:val="0"/>
          <w:strike w:val="0"/>
          <w:highlight w:val="yellow"/>
          <w:u w:val="single"/>
        </w:rPr>
        <w:t xml:space="preserve">period of global structural change </w:t>
      </w:r>
      <w:r>
        <w:rPr>
          <w:b w:val="0"/>
          <w:i w:val="0"/>
          <w:smallCaps w:val="0"/>
          <w:strike w:val="0"/>
          <w:u w:val="single"/>
        </w:rPr>
        <w:t>was the first half of the 20th century, a period that</w:t>
      </w:r>
      <w:r>
        <w:rPr>
          <w:b w:val="0"/>
          <w:i w:val="0"/>
          <w:smallCaps w:val="0"/>
          <w:strike w:val="0"/>
          <w:highlight w:val="yellow"/>
          <w:u w:val="single"/>
        </w:rPr>
        <w:t xml:space="preserve"> saw a death toll of</w:t>
      </w:r>
      <w:r>
        <w:rPr>
          <w:b w:val="0"/>
          <w:i w:val="0"/>
          <w:smallCaps w:val="0"/>
          <w:strike w:val="0"/>
          <w:sz w:val="16"/>
          <w:highlight w:val="yellow"/>
          <w:u w:val="none"/>
        </w:rPr>
        <w:t xml:space="preserve"> </w:t>
      </w:r>
      <w:r>
        <w:rPr>
          <w:b w:val="0"/>
          <w:i w:val="0"/>
          <w:smallCaps w:val="0"/>
          <w:strike w:val="0"/>
          <w:sz w:val="16"/>
          <w:u w:val="none"/>
        </w:rPr>
        <w:t xml:space="preserve">about </w:t>
      </w:r>
      <w:r>
        <w:rPr>
          <w:b w:val="0"/>
          <w:i w:val="0"/>
          <w:smallCaps w:val="0"/>
          <w:strike w:val="0"/>
          <w:highlight w:val="yellow"/>
          <w:u w:val="single"/>
        </w:rPr>
        <w:t>100 million</w:t>
      </w:r>
      <w:r>
        <w:rPr>
          <w:b w:val="0"/>
          <w:i w:val="0"/>
          <w:smallCaps w:val="0"/>
          <w:strike w:val="0"/>
          <w:sz w:val="16"/>
          <w:highlight w:val="yellow"/>
          <w:u w:val="none"/>
        </w:rPr>
        <w:t xml:space="preserve"> </w:t>
      </w:r>
      <w:r>
        <w:rPr>
          <w:b w:val="0"/>
          <w:i w:val="0"/>
          <w:smallCaps w:val="0"/>
          <w:strike w:val="0"/>
          <w:highlight w:val="yellow"/>
          <w:u w:val="single"/>
        </w:rPr>
        <w:t xml:space="preserve">across </w:t>
      </w:r>
      <w:r>
        <w:rPr>
          <w:b/>
          <w:i w:val="0"/>
          <w:smallCaps w:val="0"/>
          <w:strike w:val="0"/>
          <w:highlight w:val="yellow"/>
          <w:u w:val="single"/>
        </w:rPr>
        <w:t>two world wars</w:t>
      </w:r>
      <w:r>
        <w:rPr>
          <w:b w:val="0"/>
          <w:i w:val="0"/>
          <w:smallCaps w:val="0"/>
          <w:strike w:val="0"/>
          <w:u w:val="single"/>
        </w:rPr>
        <w:t>.</w:t>
      </w:r>
      <w:r>
        <w:rPr>
          <w:b w:val="0"/>
          <w:i w:val="0"/>
          <w:smallCaps w:val="0"/>
          <w:strike w:val="0"/>
          <w:sz w:val="16"/>
          <w:u w:val="none"/>
        </w:rPr>
        <w:t xml:space="preserve"> That comes to an average of 2 million deaths a year in a world of approximately 2 billion souls. </w:t>
      </w:r>
      <w:r>
        <w:rPr>
          <w:b w:val="0"/>
          <w:i w:val="0"/>
          <w:smallCaps w:val="0"/>
          <w:strike w:val="0"/>
          <w:highlight w:val="yellow"/>
          <w:u w:val="single"/>
        </w:rPr>
        <w:t>Today</w:t>
      </w:r>
      <w:r>
        <w:rPr>
          <w:b w:val="0"/>
          <w:i w:val="0"/>
          <w:smallCaps w:val="0"/>
          <w:strike w:val="0"/>
          <w:sz w:val="16"/>
          <w:u w:val="none"/>
        </w:rPr>
        <w:t xml:space="preserve">, with far more comprehensive worldwide reporting, </w:t>
      </w:r>
      <w:r>
        <w:rPr>
          <w:b w:val="0"/>
          <w:i w:val="0"/>
          <w:smallCaps w:val="0"/>
          <w:strike w:val="0"/>
          <w:highlight w:val="yellow"/>
          <w:u w:val="single"/>
        </w:rPr>
        <w:t xml:space="preserve">researchers report </w:t>
      </w:r>
      <w:r>
        <w:rPr>
          <w:b w:val="0"/>
          <w:i w:val="0"/>
          <w:smallCaps w:val="0"/>
          <w:strike w:val="0"/>
          <w:u w:val="single"/>
        </w:rPr>
        <w:t xml:space="preserve">an average of </w:t>
      </w:r>
      <w:r>
        <w:rPr>
          <w:b w:val="0"/>
          <w:i w:val="0"/>
          <w:smallCaps w:val="0"/>
          <w:strike w:val="0"/>
          <w:highlight w:val="yellow"/>
          <w:u w:val="single"/>
        </w:rPr>
        <w:t xml:space="preserve">less than 100,000 </w:t>
      </w:r>
      <w:r>
        <w:rPr>
          <w:b w:val="0"/>
          <w:i w:val="0"/>
          <w:smallCaps w:val="0"/>
          <w:strike w:val="0"/>
          <w:u w:val="single"/>
        </w:rPr>
        <w:t>battle deaths annually</w:t>
      </w:r>
      <w:r>
        <w:rPr>
          <w:b w:val="0"/>
          <w:i w:val="0"/>
          <w:smallCaps w:val="0"/>
          <w:strike w:val="0"/>
          <w:sz w:val="16"/>
          <w:u w:val="none"/>
        </w:rPr>
        <w:t xml:space="preserve"> in a world fast approaching 7 billion people. Though admittedly crude, </w:t>
      </w:r>
      <w:r>
        <w:rPr>
          <w:b w:val="0"/>
          <w:i w:val="0"/>
          <w:smallCaps w:val="0"/>
          <w:strike w:val="0"/>
          <w:highlight w:val="yellow"/>
          <w:u w:val="single"/>
        </w:rPr>
        <w:t xml:space="preserve">these calculations suggest </w:t>
      </w:r>
      <w:r>
        <w:rPr>
          <w:b w:val="0"/>
          <w:i w:val="0"/>
          <w:smallCaps w:val="0"/>
          <w:strike w:val="0"/>
          <w:sz w:val="16"/>
          <w:u w:val="none"/>
        </w:rPr>
        <w:t xml:space="preserve">a 90 percent absolute drop and </w:t>
      </w:r>
      <w:r>
        <w:rPr>
          <w:b w:val="0"/>
          <w:i w:val="0"/>
          <w:smallCaps w:val="0"/>
          <w:strike w:val="0"/>
          <w:highlight w:val="yellow"/>
          <w:u w:val="single"/>
        </w:rPr>
        <w:t xml:space="preserve">a </w:t>
      </w:r>
      <w:r>
        <w:rPr>
          <w:b/>
          <w:i w:val="0"/>
          <w:smallCaps w:val="0"/>
          <w:strike w:val="0"/>
          <w:highlight w:val="yellow"/>
          <w:u w:val="single"/>
        </w:rPr>
        <w:t>99 percent</w:t>
      </w:r>
      <w:r>
        <w:rPr>
          <w:b w:val="0"/>
          <w:i w:val="0"/>
          <w:smallCaps w:val="0"/>
          <w:strike w:val="0"/>
          <w:highlight w:val="yellow"/>
          <w:u w:val="single"/>
        </w:rPr>
        <w:t xml:space="preserve"> </w:t>
      </w:r>
      <w:r>
        <w:rPr>
          <w:b w:val="0"/>
          <w:i w:val="0"/>
          <w:smallCaps w:val="0"/>
          <w:strike w:val="0"/>
          <w:sz w:val="16"/>
          <w:u w:val="none"/>
        </w:rPr>
        <w:t>relative</w:t>
      </w:r>
      <w:r>
        <w:rPr>
          <w:b w:val="0"/>
          <w:i w:val="0"/>
          <w:smallCaps w:val="0"/>
          <w:strike w:val="0"/>
          <w:u w:val="single"/>
        </w:rPr>
        <w:t xml:space="preserve"> </w:t>
      </w:r>
      <w:r>
        <w:rPr>
          <w:b w:val="0"/>
          <w:i w:val="0"/>
          <w:smallCaps w:val="0"/>
          <w:strike w:val="0"/>
          <w:highlight w:val="yellow"/>
          <w:u w:val="single"/>
        </w:rPr>
        <w:t>drop in deaths due to war</w:t>
      </w:r>
      <w:r>
        <w:rPr>
          <w:b w:val="0"/>
          <w:i w:val="0"/>
          <w:smallCaps w:val="0"/>
          <w:strike w:val="0"/>
          <w:u w:val="single"/>
        </w:rPr>
        <w:t>.</w:t>
      </w:r>
      <w:r>
        <w:rPr>
          <w:b w:val="0"/>
          <w:i w:val="0"/>
          <w:smallCaps w:val="0"/>
          <w:strike w:val="0"/>
          <w:sz w:val="16"/>
          <w:u w:val="none"/>
        </w:rPr>
        <w:t xml:space="preserve"> We are clearly headed for a world order characterized by multipolarity, something the American-birthed system was designed to both encourage and accommodate. But given how things turned out the last time we collectively faced such a fluid structure, we would do well to keep U.S. power, in </w:t>
      </w:r>
      <w:r>
        <w:rPr>
          <w:b w:val="0"/>
          <w:i w:val="0"/>
          <w:smallCaps w:val="0"/>
          <w:strike w:val="0"/>
          <w:sz w:val="16"/>
          <w:u w:val="none"/>
        </w:rPr>
        <w:t>all of</w:t>
      </w:r>
      <w:r>
        <w:rPr>
          <w:b w:val="0"/>
          <w:i w:val="0"/>
          <w:smallCaps w:val="0"/>
          <w:strike w:val="0"/>
          <w:sz w:val="16"/>
          <w:u w:val="none"/>
        </w:rPr>
        <w:t xml:space="preserve"> its forms, deeply embedded in the geometry to come.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