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Chinese R&amp;D spending is </w:t>
      </w:r>
      <w:r>
        <w:rPr>
          <w:b/>
          <w:i w:val="0"/>
          <w:smallCaps w:val="0"/>
          <w:strike w:val="0"/>
          <w:sz w:val="24"/>
          <w:u w:val="single"/>
        </w:rPr>
        <w:t>skyrocketing</w:t>
      </w:r>
      <w:r>
        <w:rPr>
          <w:b/>
          <w:i w:val="0"/>
          <w:smallCaps w:val="0"/>
          <w:strike w:val="0"/>
          <w:sz w:val="24"/>
          <w:u w:val="none"/>
        </w:rPr>
        <w:t>.</w:t>
      </w:r>
    </w:p>
    <w:p>
      <w:pPr>
        <w:spacing w:after="80"/>
      </w:pPr>
      <w:r>
        <w:rPr>
          <w:b/>
          <w:i w:val="0"/>
          <w:smallCaps w:val="0"/>
          <w:strike w:val="0"/>
          <w:sz w:val="24"/>
          <w:u w:val="none"/>
        </w:rPr>
        <w:t>S</w:t>
      </w:r>
      <w:r>
        <w:rPr>
          <w:b w:val="0"/>
          <w:i w:val="0"/>
          <w:smallCaps w:val="0"/>
          <w:strike w:val="0"/>
          <w:sz w:val="16"/>
          <w:u w:val="none"/>
        </w:rPr>
        <w:t xml:space="preserve">cience &amp; </w:t>
      </w:r>
      <w:r>
        <w:rPr>
          <w:b/>
          <w:i w:val="0"/>
          <w:smallCaps w:val="0"/>
          <w:strike w:val="0"/>
          <w:sz w:val="24"/>
          <w:u w:val="none"/>
        </w:rPr>
        <w:t>T</w:t>
      </w:r>
      <w:r>
        <w:rPr>
          <w:b w:val="0"/>
          <w:i w:val="0"/>
          <w:smallCaps w:val="0"/>
          <w:strike w:val="0"/>
          <w:sz w:val="16"/>
          <w:u w:val="none"/>
        </w:rPr>
        <w:t xml:space="preserve">echnology </w:t>
      </w:r>
      <w:r>
        <w:rPr>
          <w:b/>
          <w:i w:val="0"/>
          <w:smallCaps w:val="0"/>
          <w:strike w:val="0"/>
          <w:sz w:val="24"/>
          <w:u w:val="none"/>
        </w:rPr>
        <w:t>A</w:t>
      </w:r>
      <w:r>
        <w:rPr>
          <w:b w:val="0"/>
          <w:i w:val="0"/>
          <w:smallCaps w:val="0"/>
          <w:strike w:val="0"/>
          <w:sz w:val="16"/>
          <w:u w:val="none"/>
        </w:rPr>
        <w:t xml:space="preserve">ction </w:t>
      </w:r>
      <w:r>
        <w:rPr>
          <w:b/>
          <w:i w:val="0"/>
          <w:smallCaps w:val="0"/>
          <w:strike w:val="0"/>
          <w:sz w:val="24"/>
          <w:u w:val="none"/>
        </w:rPr>
        <w:t>C</w:t>
      </w:r>
      <w:r>
        <w:rPr>
          <w:b w:val="0"/>
          <w:i w:val="0"/>
          <w:smallCaps w:val="0"/>
          <w:strike w:val="0"/>
          <w:sz w:val="16"/>
          <w:u w:val="none"/>
        </w:rPr>
        <w:t xml:space="preserve">ommittee </w:t>
      </w:r>
      <w:r>
        <w:rPr>
          <w:b/>
          <w:i w:val="0"/>
          <w:smallCaps w:val="0"/>
          <w:strike w:val="0"/>
          <w:sz w:val="24"/>
          <w:u w:val="none"/>
        </w:rPr>
        <w:t>24</w:t>
      </w:r>
      <w:r>
        <w:rPr>
          <w:b w:val="0"/>
          <w:i w:val="0"/>
          <w:smallCaps w:val="0"/>
          <w:strike w:val="0"/>
          <w:sz w:val="16"/>
          <w:u w:val="none"/>
        </w:rPr>
        <w:t xml:space="preserve"> (A</w:t>
      </w:r>
      <w:r>
        <w:rPr>
          <w:b w:val="0"/>
          <w:i w:val="0"/>
          <w:smallCaps w:val="0"/>
          <w:strike w:val="0"/>
          <w:sz w:val="16"/>
          <w:u w:val="none"/>
        </w:rPr>
        <w:t xml:space="preserve"> group of 25 non-profit, academic, foundation, and corporate leaders working to dramatically strengthen U.S. science and technology. The Committee is co-chaired by: Bill Novelli, Professor Emeritus and founder of Business for Impact at Georgetown University and former CEO of AARP, Sudip Parikh, CEO, American Association for the Advancement of Science (AAAS) and Executive Publisher of the Science Family of Journals, Mary Woolley, President &amp; CEO of </w:t>
      </w:r>
      <w:r>
        <w:rPr>
          <w:b w:val="0"/>
          <w:i w:val="0"/>
          <w:smallCaps w:val="0"/>
          <w:strike w:val="0"/>
          <w:sz w:val="16"/>
          <w:u w:val="none"/>
        </w:rPr>
        <w:t>Research!America</w:t>
      </w:r>
      <w:r>
        <w:rPr>
          <w:b w:val="0"/>
          <w:i w:val="0"/>
          <w:smallCaps w:val="0"/>
          <w:strike w:val="0"/>
          <w:sz w:val="16"/>
          <w:u w:val="none"/>
        </w:rPr>
        <w:t>, and Keith Yamamoto, Vice Chancellor for Science Policy and Strategy at UCSF and President of the American Association for the Advancement of Science (AAAS)</w:t>
      </w:r>
      <w:r>
        <w:rPr>
          <w:b w:val="0"/>
          <w:i w:val="0"/>
          <w:smallCaps w:val="0"/>
          <w:strike w:val="0"/>
          <w:sz w:val="16"/>
          <w:u w:val="none"/>
        </w:rPr>
        <w:t xml:space="preserve">, 5/1/24, “China is investing more in science and technology than ever before. Here’s why that’s a problem,” </w:t>
      </w:r>
      <w:r>
        <w:rPr>
          <w:b w:val="0"/>
          <w:i w:val="0"/>
          <w:smallCaps w:val="0"/>
          <w:strike w:val="0"/>
          <w:sz w:val="16"/>
          <w:u w:val="none"/>
        </w:rPr>
        <w:t>https://sciencetechaction.org/news-item/china-is-investing-more-in-science-and-technology-than-ever-before-heres-why-thats-a-problem/</w:t>
      </w:r>
      <w:r>
        <w:rPr>
          <w:b w:val="0"/>
          <w:i w:val="0"/>
          <w:smallCaps w:val="0"/>
          <w:strike w:val="0"/>
          <w:sz w:val="16"/>
          <w:u w:val="none"/>
        </w:rPr>
        <w:t xml:space="preserve">, </w:t>
      </w:r>
      <w:r>
        <w:rPr>
          <w:b w:val="0"/>
          <w:i w:val="0"/>
          <w:smallCaps w:val="0"/>
          <w:strike w:val="0"/>
          <w:sz w:val="16"/>
          <w:u w:val="none"/>
        </w:rPr>
        <w:t>dhiya</w:t>
      </w:r>
      <w:r>
        <w:rPr>
          <w:b w:val="0"/>
          <w:i w:val="0"/>
          <w:smallCaps w:val="0"/>
          <w:strike w:val="0"/>
          <w:sz w:val="16"/>
          <w:u w:val="none"/>
        </w:rPr>
        <w:t>)</w:t>
      </w:r>
    </w:p>
    <w:p>
      <w:pPr>
        <w:spacing w:after="60"/>
      </w:pPr>
      <w:r>
        <w:rPr>
          <w:b w:val="0"/>
          <w:i w:val="0"/>
          <w:smallCaps w:val="0"/>
          <w:strike w:val="0"/>
          <w:sz w:val="16"/>
          <w:u w:val="none"/>
        </w:rPr>
        <w:t xml:space="preserve">As </w:t>
      </w:r>
      <w:r>
        <w:rPr>
          <w:b w:val="0"/>
          <w:i w:val="0"/>
          <w:smallCaps w:val="0"/>
          <w:strike w:val="0"/>
          <w:sz w:val="20"/>
          <w:highlight w:val="cyan"/>
          <w:u w:val="single"/>
        </w:rPr>
        <w:t>China</w:t>
      </w:r>
      <w:r>
        <w:rPr>
          <w:b w:val="0"/>
          <w:i w:val="0"/>
          <w:smallCaps w:val="0"/>
          <w:strike w:val="0"/>
          <w:sz w:val="16"/>
          <w:u w:val="none"/>
        </w:rPr>
        <w:t xml:space="preserve"> </w:t>
      </w:r>
      <w:r>
        <w:rPr>
          <w:b/>
          <w:i w:val="0"/>
          <w:smallCaps w:val="0"/>
          <w:strike w:val="0"/>
          <w:sz w:val="20"/>
          <w:u w:val="single"/>
        </w:rPr>
        <w:t xml:space="preserve">boldly </w:t>
      </w:r>
      <w:r>
        <w:rPr>
          <w:b/>
          <w:i w:val="0"/>
          <w:smallCaps w:val="0"/>
          <w:strike w:val="0"/>
          <w:sz w:val="20"/>
          <w:highlight w:val="cyan"/>
          <w:u w:val="single"/>
        </w:rPr>
        <w:t>charges forward</w:t>
      </w:r>
      <w:r>
        <w:rPr>
          <w:b w:val="0"/>
          <w:i w:val="0"/>
          <w:smallCaps w:val="0"/>
          <w:strike w:val="0"/>
          <w:sz w:val="16"/>
          <w:u w:val="none"/>
        </w:rPr>
        <w:t xml:space="preserve"> </w:t>
      </w:r>
      <w:r>
        <w:rPr>
          <w:b w:val="0"/>
          <w:i w:val="0"/>
          <w:smallCaps w:val="0"/>
          <w:strike w:val="0"/>
          <w:sz w:val="20"/>
          <w:highlight w:val="cyan"/>
          <w:u w:val="single"/>
        </w:rPr>
        <w:t>with</w:t>
      </w:r>
      <w:r>
        <w:rPr>
          <w:b w:val="0"/>
          <w:i w:val="0"/>
          <w:smallCaps w:val="0"/>
          <w:strike w:val="0"/>
          <w:sz w:val="16"/>
          <w:u w:val="none"/>
        </w:rPr>
        <w:t xml:space="preserve"> massive </w:t>
      </w:r>
      <w:r>
        <w:rPr>
          <w:b w:val="0"/>
          <w:i w:val="0"/>
          <w:smallCaps w:val="0"/>
          <w:strike w:val="0"/>
          <w:sz w:val="20"/>
          <w:highlight w:val="cyan"/>
          <w:u w:val="single"/>
        </w:rPr>
        <w:t>funding increases</w:t>
      </w:r>
      <w:r>
        <w:rPr>
          <w:b w:val="0"/>
          <w:i w:val="0"/>
          <w:smallCaps w:val="0"/>
          <w:strike w:val="0"/>
          <w:sz w:val="20"/>
          <w:u w:val="single"/>
        </w:rPr>
        <w:t xml:space="preserve"> </w:t>
      </w:r>
      <w:r>
        <w:rPr>
          <w:b w:val="0"/>
          <w:i w:val="0"/>
          <w:smallCaps w:val="0"/>
          <w:strike w:val="0"/>
          <w:sz w:val="20"/>
          <w:highlight w:val="cyan"/>
          <w:u w:val="single"/>
        </w:rPr>
        <w:t>for</w:t>
      </w:r>
      <w:r>
        <w:rPr>
          <w:b w:val="0"/>
          <w:i w:val="0"/>
          <w:smallCaps w:val="0"/>
          <w:strike w:val="0"/>
          <w:sz w:val="20"/>
          <w:u w:val="single"/>
        </w:rPr>
        <w:t xml:space="preserve"> </w:t>
      </w:r>
      <w:r>
        <w:rPr>
          <w:b w:val="0"/>
          <w:i w:val="0"/>
          <w:smallCaps w:val="0"/>
          <w:strike w:val="0"/>
          <w:sz w:val="20"/>
          <w:highlight w:val="cyan"/>
          <w:u w:val="single"/>
        </w:rPr>
        <w:t>r</w:t>
      </w:r>
      <w:r>
        <w:rPr>
          <w:b w:val="0"/>
          <w:i w:val="0"/>
          <w:smallCaps w:val="0"/>
          <w:strike w:val="0"/>
          <w:sz w:val="16"/>
          <w:u w:val="none"/>
        </w:rPr>
        <w:t>esearch</w:t>
      </w:r>
      <w:r>
        <w:rPr>
          <w:b w:val="0"/>
          <w:i w:val="0"/>
          <w:smallCaps w:val="0"/>
          <w:strike w:val="0"/>
          <w:sz w:val="16"/>
          <w:u w:val="none"/>
        </w:rPr>
        <w:t xml:space="preserve"> </w:t>
      </w:r>
      <w:r>
        <w:rPr>
          <w:b w:val="0"/>
          <w:i w:val="0"/>
          <w:smallCaps w:val="0"/>
          <w:strike w:val="0"/>
          <w:sz w:val="20"/>
          <w:highlight w:val="cyan"/>
          <w:u w:val="single"/>
        </w:rPr>
        <w:t>and</w:t>
      </w:r>
      <w:r>
        <w:rPr>
          <w:b w:val="0"/>
          <w:i w:val="0"/>
          <w:smallCaps w:val="0"/>
          <w:strike w:val="0"/>
          <w:sz w:val="16"/>
          <w:u w:val="none"/>
        </w:rPr>
        <w:t xml:space="preserve"> </w:t>
      </w:r>
      <w:r>
        <w:rPr>
          <w:b w:val="0"/>
          <w:i w:val="0"/>
          <w:smallCaps w:val="0"/>
          <w:strike w:val="0"/>
          <w:sz w:val="20"/>
          <w:highlight w:val="cyan"/>
          <w:u w:val="single"/>
        </w:rPr>
        <w:t>d</w:t>
      </w:r>
      <w:r>
        <w:rPr>
          <w:b w:val="0"/>
          <w:i w:val="0"/>
          <w:smallCaps w:val="0"/>
          <w:strike w:val="0"/>
          <w:sz w:val="16"/>
          <w:u w:val="none"/>
        </w:rPr>
        <w:t xml:space="preserve">evelopment, </w:t>
      </w:r>
      <w:r>
        <w:rPr>
          <w:b w:val="0"/>
          <w:i w:val="0"/>
          <w:smallCaps w:val="0"/>
          <w:strike w:val="0"/>
          <w:sz w:val="20"/>
          <w:highlight w:val="cyan"/>
          <w:u w:val="single"/>
        </w:rPr>
        <w:t>the</w:t>
      </w:r>
      <w:r>
        <w:rPr>
          <w:b w:val="0"/>
          <w:i w:val="0"/>
          <w:smallCaps w:val="0"/>
          <w:strike w:val="0"/>
          <w:sz w:val="16"/>
          <w:highlight w:val="cyan"/>
          <w:u w:val="none"/>
        </w:rPr>
        <w:t xml:space="preserve"> </w:t>
      </w:r>
      <w:r>
        <w:rPr>
          <w:b w:val="0"/>
          <w:i w:val="0"/>
          <w:smallCaps w:val="0"/>
          <w:strike w:val="0"/>
          <w:sz w:val="20"/>
          <w:highlight w:val="cyan"/>
          <w:u w:val="single"/>
        </w:rPr>
        <w:t>U</w:t>
      </w:r>
      <w:r>
        <w:rPr>
          <w:b w:val="0"/>
          <w:i w:val="0"/>
          <w:smallCaps w:val="0"/>
          <w:strike w:val="0"/>
          <w:sz w:val="16"/>
          <w:u w:val="none"/>
        </w:rPr>
        <w:t xml:space="preserve">nited </w:t>
      </w:r>
      <w:r>
        <w:rPr>
          <w:b w:val="0"/>
          <w:i w:val="0"/>
          <w:smallCaps w:val="0"/>
          <w:strike w:val="0"/>
          <w:sz w:val="20"/>
          <w:highlight w:val="cyan"/>
          <w:u w:val="single"/>
        </w:rPr>
        <w:t>S</w:t>
      </w:r>
      <w:r>
        <w:rPr>
          <w:b w:val="0"/>
          <w:i w:val="0"/>
          <w:smallCaps w:val="0"/>
          <w:strike w:val="0"/>
          <w:sz w:val="16"/>
          <w:u w:val="none"/>
        </w:rPr>
        <w:t xml:space="preserve">tates </w:t>
      </w:r>
      <w:r>
        <w:rPr>
          <w:b w:val="0"/>
          <w:i w:val="0"/>
          <w:smallCaps w:val="0"/>
          <w:strike w:val="0"/>
          <w:sz w:val="20"/>
          <w:highlight w:val="cyan"/>
          <w:u w:val="single"/>
        </w:rPr>
        <w:t>is</w:t>
      </w:r>
      <w:r>
        <w:rPr>
          <w:b w:val="0"/>
          <w:i w:val="0"/>
          <w:smallCaps w:val="0"/>
          <w:strike w:val="0"/>
          <w:sz w:val="16"/>
          <w:highlight w:val="cyan"/>
          <w:u w:val="none"/>
        </w:rPr>
        <w:t xml:space="preserve"> </w:t>
      </w:r>
      <w:r>
        <w:rPr>
          <w:b/>
          <w:i w:val="0"/>
          <w:smallCaps w:val="0"/>
          <w:strike w:val="0"/>
          <w:sz w:val="20"/>
          <w:highlight w:val="cyan"/>
          <w:u w:val="single"/>
        </w:rPr>
        <w:t>retreating</w:t>
      </w:r>
      <w:r>
        <w:rPr>
          <w:b w:val="0"/>
          <w:i w:val="0"/>
          <w:smallCaps w:val="0"/>
          <w:strike w:val="0"/>
          <w:sz w:val="20"/>
          <w:highlight w:val="cyan"/>
          <w:u w:val="single"/>
        </w:rPr>
        <w:t xml:space="preserve"> on its </w:t>
      </w:r>
      <w:r>
        <w:rPr>
          <w:b/>
          <w:i w:val="0"/>
          <w:smallCaps w:val="0"/>
          <w:strike w:val="0"/>
          <w:sz w:val="20"/>
          <w:highlight w:val="cyan"/>
          <w:u w:val="single"/>
        </w:rPr>
        <w:t>commitment</w:t>
      </w:r>
      <w:r>
        <w:rPr>
          <w:b w:val="0"/>
          <w:i w:val="0"/>
          <w:smallCaps w:val="0"/>
          <w:strike w:val="0"/>
          <w:sz w:val="16"/>
          <w:u w:val="none"/>
        </w:rPr>
        <w:t xml:space="preserve"> </w:t>
      </w:r>
      <w:r>
        <w:rPr>
          <w:b w:val="0"/>
          <w:i w:val="0"/>
          <w:smallCaps w:val="0"/>
          <w:strike w:val="0"/>
          <w:sz w:val="20"/>
          <w:u w:val="single"/>
        </w:rPr>
        <w:t>to</w:t>
      </w:r>
      <w:r>
        <w:rPr>
          <w:b w:val="0"/>
          <w:i w:val="0"/>
          <w:smallCaps w:val="0"/>
          <w:strike w:val="0"/>
          <w:sz w:val="16"/>
          <w:u w:val="none"/>
        </w:rPr>
        <w:t xml:space="preserve"> </w:t>
      </w:r>
      <w:r>
        <w:rPr>
          <w:b w:val="0"/>
          <w:i w:val="0"/>
          <w:smallCaps w:val="0"/>
          <w:strike w:val="0"/>
          <w:sz w:val="20"/>
          <w:u w:val="single"/>
        </w:rPr>
        <w:t>science</w:t>
      </w:r>
      <w:r>
        <w:rPr>
          <w:b w:val="0"/>
          <w:i w:val="0"/>
          <w:smallCaps w:val="0"/>
          <w:strike w:val="0"/>
          <w:sz w:val="16"/>
          <w:u w:val="none"/>
        </w:rPr>
        <w:t xml:space="preserve"> </w:t>
      </w:r>
      <w:r>
        <w:rPr>
          <w:b w:val="0"/>
          <w:i w:val="0"/>
          <w:smallCaps w:val="0"/>
          <w:strike w:val="0"/>
          <w:sz w:val="20"/>
          <w:u w:val="single"/>
        </w:rPr>
        <w:t>and technology</w:t>
      </w:r>
      <w:r>
        <w:rPr>
          <w:b w:val="0"/>
          <w:i w:val="0"/>
          <w:smallCaps w:val="0"/>
          <w:strike w:val="0"/>
          <w:sz w:val="16"/>
          <w:u w:val="none"/>
        </w:rPr>
        <w:t xml:space="preserve"> </w:t>
      </w:r>
      <w:r>
        <w:rPr>
          <w:b w:val="0"/>
          <w:i w:val="0"/>
          <w:smallCaps w:val="0"/>
          <w:strike w:val="0"/>
          <w:sz w:val="20"/>
          <w:u w:val="single"/>
        </w:rPr>
        <w:t>and</w:t>
      </w:r>
      <w:r>
        <w:rPr>
          <w:b w:val="0"/>
          <w:i w:val="0"/>
          <w:smallCaps w:val="0"/>
          <w:strike w:val="0"/>
          <w:sz w:val="16"/>
          <w:u w:val="none"/>
        </w:rPr>
        <w:t xml:space="preserve"> </w:t>
      </w:r>
      <w:r>
        <w:rPr>
          <w:b w:val="0"/>
          <w:i w:val="0"/>
          <w:smallCaps w:val="0"/>
          <w:strike w:val="0"/>
          <w:sz w:val="20"/>
          <w:u w:val="single"/>
        </w:rPr>
        <w:t>risks falling behind</w:t>
      </w:r>
      <w:r>
        <w:rPr>
          <w:b w:val="0"/>
          <w:i w:val="0"/>
          <w:smallCaps w:val="0"/>
          <w:strike w:val="0"/>
          <w:sz w:val="16"/>
          <w:u w:val="none"/>
        </w:rPr>
        <w:t xml:space="preserve"> in the global competitiveness race.</w:t>
      </w:r>
    </w:p>
    <w:p>
      <w:pPr>
        <w:spacing w:after="60"/>
      </w:pPr>
      <w:r>
        <w:rPr>
          <w:b w:val="0"/>
          <w:i w:val="0"/>
          <w:smallCaps w:val="0"/>
          <w:strike w:val="0"/>
          <w:sz w:val="20"/>
          <w:u w:val="single"/>
        </w:rPr>
        <w:t>The Chinese government</w:t>
      </w:r>
      <w:r>
        <w:rPr>
          <w:b w:val="0"/>
          <w:i w:val="0"/>
          <w:smallCaps w:val="0"/>
          <w:strike w:val="0"/>
          <w:sz w:val="16"/>
          <w:u w:val="none"/>
        </w:rPr>
        <w:t xml:space="preserve"> recently </w:t>
      </w:r>
      <w:r>
        <w:rPr>
          <w:b w:val="0"/>
          <w:i w:val="0"/>
          <w:smallCaps w:val="0"/>
          <w:strike w:val="0"/>
          <w:sz w:val="20"/>
          <w:u w:val="single"/>
        </w:rPr>
        <w:t>announced</w:t>
      </w:r>
      <w:r>
        <w:rPr>
          <w:b w:val="0"/>
          <w:i w:val="0"/>
          <w:smallCaps w:val="0"/>
          <w:strike w:val="0"/>
          <w:sz w:val="16"/>
          <w:u w:val="none"/>
        </w:rPr>
        <w:t xml:space="preserve"> a massive </w:t>
      </w:r>
      <w:r>
        <w:rPr>
          <w:b/>
          <w:i w:val="0"/>
          <w:smallCaps w:val="0"/>
          <w:strike w:val="0"/>
          <w:sz w:val="20"/>
          <w:u w:val="single"/>
        </w:rPr>
        <w:t>$52 billion investment</w:t>
      </w:r>
      <w:r>
        <w:rPr>
          <w:b w:val="0"/>
          <w:i w:val="0"/>
          <w:smallCaps w:val="0"/>
          <w:strike w:val="0"/>
          <w:sz w:val="16"/>
          <w:u w:val="none"/>
        </w:rPr>
        <w:t xml:space="preserve"> in research and development for 2024 — </w:t>
      </w:r>
      <w:r>
        <w:rPr>
          <w:b w:val="0"/>
          <w:i w:val="0"/>
          <w:smallCaps w:val="0"/>
          <w:strike w:val="0"/>
          <w:sz w:val="20"/>
          <w:u w:val="single"/>
        </w:rPr>
        <w:t>a</w:t>
      </w:r>
      <w:r>
        <w:rPr>
          <w:b w:val="0"/>
          <w:i w:val="0"/>
          <w:smallCaps w:val="0"/>
          <w:strike w:val="0"/>
          <w:sz w:val="16"/>
          <w:u w:val="none"/>
        </w:rPr>
        <w:t xml:space="preserve"> </w:t>
      </w:r>
      <w:r>
        <w:rPr>
          <w:b w:val="0"/>
          <w:i w:val="0"/>
          <w:smallCaps w:val="0"/>
          <w:strike w:val="0"/>
          <w:sz w:val="20"/>
          <w:u w:val="single"/>
        </w:rPr>
        <w:t>10% surge over the previous year</w:t>
      </w:r>
      <w:r>
        <w:rPr>
          <w:b w:val="0"/>
          <w:i w:val="0"/>
          <w:smallCaps w:val="0"/>
          <w:strike w:val="0"/>
          <w:sz w:val="16"/>
          <w:u w:val="none"/>
        </w:rPr>
        <w:t xml:space="preserve"> that represents the largest percentage increase of any major funding area, including military spending.</w:t>
      </w:r>
    </w:p>
    <w:p>
      <w:pPr>
        <w:spacing w:after="60"/>
      </w:pPr>
      <w:r>
        <w:rPr>
          <w:b w:val="0"/>
          <w:i w:val="0"/>
          <w:smallCaps w:val="0"/>
          <w:strike w:val="0"/>
          <w:sz w:val="16"/>
          <w:u w:val="none"/>
        </w:rPr>
        <w:t xml:space="preserve">In contrast, </w:t>
      </w:r>
      <w:r>
        <w:rPr>
          <w:b w:val="0"/>
          <w:i w:val="0"/>
          <w:smallCaps w:val="0"/>
          <w:strike w:val="0"/>
          <w:sz w:val="20"/>
          <w:highlight w:val="cyan"/>
          <w:u w:val="single"/>
        </w:rPr>
        <w:t xml:space="preserve">the U.S. </w:t>
      </w:r>
      <w:r>
        <w:rPr>
          <w:b/>
          <w:i w:val="0"/>
          <w:smallCaps w:val="0"/>
          <w:strike w:val="0"/>
          <w:sz w:val="20"/>
          <w:highlight w:val="cyan"/>
          <w:u w:val="single"/>
        </w:rPr>
        <w:t>cut</w:t>
      </w:r>
      <w:r>
        <w:rPr>
          <w:b w:val="0"/>
          <w:i w:val="0"/>
          <w:smallCaps w:val="0"/>
          <w:strike w:val="0"/>
          <w:sz w:val="20"/>
          <w:highlight w:val="cyan"/>
          <w:u w:val="single"/>
        </w:rPr>
        <w:t xml:space="preserve"> total </w:t>
      </w:r>
      <w:r>
        <w:rPr>
          <w:b/>
          <w:i w:val="0"/>
          <w:smallCaps w:val="0"/>
          <w:strike w:val="0"/>
          <w:sz w:val="20"/>
          <w:highlight w:val="cyan"/>
          <w:u w:val="single"/>
        </w:rPr>
        <w:t>investment</w:t>
      </w:r>
      <w:r>
        <w:rPr>
          <w:b w:val="0"/>
          <w:i w:val="0"/>
          <w:smallCaps w:val="0"/>
          <w:strike w:val="0"/>
          <w:sz w:val="16"/>
          <w:u w:val="none"/>
        </w:rPr>
        <w:t xml:space="preserve"> in research and development for fiscal 2024 </w:t>
      </w:r>
      <w:r>
        <w:rPr>
          <w:b w:val="0"/>
          <w:i w:val="0"/>
          <w:smallCaps w:val="0"/>
          <w:strike w:val="0"/>
          <w:sz w:val="20"/>
          <w:highlight w:val="cyan"/>
          <w:u w:val="single"/>
        </w:rPr>
        <w:t>by 2.7%,</w:t>
      </w:r>
      <w:r>
        <w:rPr>
          <w:b w:val="0"/>
          <w:i w:val="0"/>
          <w:smallCaps w:val="0"/>
          <w:strike w:val="0"/>
          <w:sz w:val="16"/>
          <w:u w:val="none"/>
        </w:rPr>
        <w:t xml:space="preserve"> </w:t>
      </w:r>
      <w:r>
        <w:rPr>
          <w:b w:val="0"/>
          <w:i w:val="0"/>
          <w:smallCaps w:val="0"/>
          <w:strike w:val="0"/>
          <w:sz w:val="20"/>
          <w:u w:val="single"/>
        </w:rPr>
        <w:t>including a</w:t>
      </w:r>
      <w:r>
        <w:rPr>
          <w:b w:val="0"/>
          <w:i w:val="0"/>
          <w:smallCaps w:val="0"/>
          <w:strike w:val="0"/>
          <w:sz w:val="16"/>
          <w:u w:val="none"/>
        </w:rPr>
        <w:t xml:space="preserve"> sharp </w:t>
      </w:r>
      <w:r>
        <w:rPr>
          <w:b w:val="0"/>
          <w:i w:val="0"/>
          <w:smallCaps w:val="0"/>
          <w:strike w:val="0"/>
          <w:sz w:val="20"/>
          <w:u w:val="single"/>
        </w:rPr>
        <w:t>11.3% cut in non-defense R&amp;D spending</w:t>
      </w:r>
      <w:r>
        <w:rPr>
          <w:b w:val="0"/>
          <w:i w:val="0"/>
          <w:smallCaps w:val="0"/>
          <w:strike w:val="0"/>
          <w:sz w:val="16"/>
          <w:u w:val="none"/>
        </w:rPr>
        <w:t>. The budget of the National Science Foundation, the nation’s leading science agency, was cut by 8%, far short of President Biden’s request for a 19% boost.</w:t>
      </w:r>
    </w:p>
    <w:p>
      <w:pPr>
        <w:spacing w:after="60"/>
      </w:pPr>
      <w:r>
        <w:rPr>
          <w:b w:val="0"/>
          <w:i w:val="0"/>
          <w:smallCaps w:val="0"/>
          <w:strike w:val="0"/>
          <w:sz w:val="16"/>
          <w:u w:val="none"/>
        </w:rPr>
        <w:t>“</w:t>
      </w:r>
      <w:r>
        <w:rPr>
          <w:b w:val="0"/>
          <w:i w:val="0"/>
          <w:smallCaps w:val="0"/>
          <w:strike w:val="0"/>
          <w:sz w:val="20"/>
          <w:highlight w:val="cyan"/>
          <w:u w:val="single"/>
        </w:rPr>
        <w:t>We</w:t>
      </w:r>
      <w:r>
        <w:rPr>
          <w:b w:val="0"/>
          <w:i w:val="0"/>
          <w:smallCaps w:val="0"/>
          <w:strike w:val="0"/>
          <w:sz w:val="20"/>
          <w:u w:val="single"/>
        </w:rPr>
        <w:t xml:space="preserve"> </w:t>
      </w:r>
      <w:r>
        <w:rPr>
          <w:b w:val="0"/>
          <w:i w:val="0"/>
          <w:smallCaps w:val="0"/>
          <w:strike w:val="0"/>
          <w:sz w:val="20"/>
          <w:highlight w:val="cyan"/>
          <w:u w:val="single"/>
        </w:rPr>
        <w:t>are</w:t>
      </w:r>
      <w:r>
        <w:rPr>
          <w:b w:val="0"/>
          <w:i w:val="0"/>
          <w:smallCaps w:val="0"/>
          <w:strike w:val="0"/>
          <w:sz w:val="16"/>
          <w:highlight w:val="cyan"/>
          <w:u w:val="none"/>
        </w:rPr>
        <w:t xml:space="preserve"> </w:t>
      </w:r>
      <w:r>
        <w:rPr>
          <w:b/>
          <w:i w:val="0"/>
          <w:smallCaps w:val="0"/>
          <w:strike w:val="0"/>
          <w:sz w:val="20"/>
          <w:highlight w:val="cyan"/>
          <w:u w:val="single"/>
        </w:rPr>
        <w:t>sacrificing</w:t>
      </w:r>
      <w:r>
        <w:rPr>
          <w:b w:val="0"/>
          <w:i w:val="0"/>
          <w:smallCaps w:val="0"/>
          <w:strike w:val="0"/>
          <w:sz w:val="16"/>
          <w:u w:val="none"/>
        </w:rPr>
        <w:t xml:space="preserve"> </w:t>
      </w:r>
      <w:r>
        <w:rPr>
          <w:b w:val="0"/>
          <w:i w:val="0"/>
          <w:smallCaps w:val="0"/>
          <w:strike w:val="0"/>
          <w:sz w:val="20"/>
          <w:u w:val="single"/>
        </w:rPr>
        <w:t xml:space="preserve">our own </w:t>
      </w:r>
      <w:r>
        <w:rPr>
          <w:b/>
          <w:i w:val="0"/>
          <w:smallCaps w:val="0"/>
          <w:strike w:val="0"/>
          <w:sz w:val="20"/>
          <w:highlight w:val="cyan"/>
          <w:u w:val="single"/>
        </w:rPr>
        <w:t>competitiveness</w:t>
      </w:r>
      <w:r>
        <w:rPr>
          <w:b w:val="0"/>
          <w:i w:val="0"/>
          <w:smallCaps w:val="0"/>
          <w:strike w:val="0"/>
          <w:sz w:val="16"/>
          <w:u w:val="none"/>
        </w:rPr>
        <w:t>, unilaterally. We’re not even in the race,” Science &amp; Technology Action Committee (STAC) Co-Chair Sudip Parikh said at a recent Center for Strategic &amp; International Studies (CSIS) event. “</w:t>
      </w:r>
      <w:r>
        <w:rPr>
          <w:b w:val="0"/>
          <w:i w:val="0"/>
          <w:smallCaps w:val="0"/>
          <w:strike w:val="0"/>
          <w:sz w:val="20"/>
          <w:highlight w:val="cyan"/>
          <w:u w:val="single"/>
        </w:rPr>
        <w:t>We’ve</w:t>
      </w:r>
      <w:r>
        <w:rPr>
          <w:b w:val="0"/>
          <w:i w:val="0"/>
          <w:smallCaps w:val="0"/>
          <w:strike w:val="0"/>
          <w:sz w:val="16"/>
          <w:highlight w:val="cyan"/>
          <w:u w:val="none"/>
        </w:rPr>
        <w:t xml:space="preserve"> </w:t>
      </w:r>
      <w:r>
        <w:rPr>
          <w:b w:val="0"/>
          <w:i w:val="0"/>
          <w:smallCaps w:val="0"/>
          <w:strike w:val="0"/>
          <w:sz w:val="20"/>
          <w:highlight w:val="cyan"/>
          <w:u w:val="single"/>
        </w:rPr>
        <w:t>got to make</w:t>
      </w:r>
      <w:r>
        <w:rPr>
          <w:b w:val="0"/>
          <w:i w:val="0"/>
          <w:smallCaps w:val="0"/>
          <w:strike w:val="0"/>
          <w:sz w:val="20"/>
          <w:u w:val="single"/>
        </w:rPr>
        <w:t xml:space="preserve"> </w:t>
      </w:r>
      <w:r>
        <w:rPr>
          <w:b w:val="0"/>
          <w:i w:val="0"/>
          <w:smallCaps w:val="0"/>
          <w:strike w:val="0"/>
          <w:sz w:val="20"/>
          <w:highlight w:val="cyan"/>
          <w:u w:val="single"/>
        </w:rPr>
        <w:t xml:space="preserve">sure we’re </w:t>
      </w:r>
      <w:r>
        <w:rPr>
          <w:b/>
          <w:i w:val="0"/>
          <w:smallCaps w:val="0"/>
          <w:strike w:val="0"/>
          <w:sz w:val="20"/>
          <w:highlight w:val="cyan"/>
          <w:u w:val="single"/>
        </w:rPr>
        <w:t>putting</w:t>
      </w:r>
      <w:r>
        <w:rPr>
          <w:b w:val="0"/>
          <w:i w:val="0"/>
          <w:smallCaps w:val="0"/>
          <w:strike w:val="0"/>
          <w:sz w:val="20"/>
          <w:highlight w:val="cyan"/>
          <w:u w:val="single"/>
        </w:rPr>
        <w:t xml:space="preserve"> the</w:t>
      </w:r>
      <w:r>
        <w:rPr>
          <w:b w:val="0"/>
          <w:i w:val="0"/>
          <w:smallCaps w:val="0"/>
          <w:strike w:val="0"/>
          <w:sz w:val="20"/>
          <w:u w:val="single"/>
        </w:rPr>
        <w:t xml:space="preserve"> </w:t>
      </w:r>
      <w:r>
        <w:rPr>
          <w:b/>
          <w:i w:val="0"/>
          <w:smallCaps w:val="0"/>
          <w:strike w:val="0"/>
          <w:sz w:val="20"/>
          <w:highlight w:val="cyan"/>
          <w:u w:val="single"/>
        </w:rPr>
        <w:t>heat</w:t>
      </w:r>
      <w:r>
        <w:rPr>
          <w:b w:val="0"/>
          <w:i w:val="0"/>
          <w:smallCaps w:val="0"/>
          <w:strike w:val="0"/>
          <w:sz w:val="20"/>
          <w:u w:val="single"/>
        </w:rPr>
        <w:t xml:space="preserve"> and that </w:t>
      </w:r>
      <w:r>
        <w:rPr>
          <w:b/>
          <w:i w:val="0"/>
          <w:smallCaps w:val="0"/>
          <w:strike w:val="0"/>
          <w:sz w:val="20"/>
          <w:u w:val="single"/>
        </w:rPr>
        <w:t>pressure</w:t>
      </w:r>
      <w:r>
        <w:rPr>
          <w:b w:val="0"/>
          <w:i w:val="0"/>
          <w:smallCaps w:val="0"/>
          <w:strike w:val="0"/>
          <w:sz w:val="20"/>
          <w:u w:val="single"/>
        </w:rPr>
        <w:t xml:space="preserve"> on</w:t>
      </w:r>
      <w:r>
        <w:rPr>
          <w:b w:val="0"/>
          <w:i w:val="0"/>
          <w:smallCaps w:val="0"/>
          <w:strike w:val="0"/>
          <w:sz w:val="16"/>
          <w:u w:val="none"/>
        </w:rPr>
        <w:t xml:space="preserve"> </w:t>
      </w:r>
      <w:r>
        <w:rPr>
          <w:b w:val="0"/>
          <w:i w:val="0"/>
          <w:smallCaps w:val="0"/>
          <w:strike w:val="0"/>
          <w:sz w:val="20"/>
          <w:u w:val="single"/>
        </w:rPr>
        <w:t>our</w:t>
      </w:r>
      <w:r>
        <w:rPr>
          <w:b w:val="0"/>
          <w:i w:val="0"/>
          <w:smallCaps w:val="0"/>
          <w:strike w:val="0"/>
          <w:sz w:val="16"/>
          <w:u w:val="none"/>
        </w:rPr>
        <w:t xml:space="preserve"> elected </w:t>
      </w:r>
      <w:r>
        <w:rPr>
          <w:b w:val="0"/>
          <w:i w:val="0"/>
          <w:smallCaps w:val="0"/>
          <w:strike w:val="0"/>
          <w:sz w:val="20"/>
          <w:u w:val="single"/>
        </w:rPr>
        <w:t>officials</w:t>
      </w:r>
      <w:r>
        <w:rPr>
          <w:b w:val="0"/>
          <w:i w:val="0"/>
          <w:smallCaps w:val="0"/>
          <w:strike w:val="0"/>
          <w:sz w:val="16"/>
          <w:u w:val="none"/>
        </w:rPr>
        <w:t xml:space="preserve"> </w:t>
      </w:r>
      <w:r>
        <w:rPr>
          <w:b w:val="0"/>
          <w:i w:val="0"/>
          <w:smallCaps w:val="0"/>
          <w:strike w:val="0"/>
          <w:sz w:val="20"/>
          <w:u w:val="single"/>
        </w:rPr>
        <w:t xml:space="preserve">to ensure we </w:t>
      </w:r>
      <w:r>
        <w:rPr>
          <w:b/>
          <w:i w:val="0"/>
          <w:smallCaps w:val="0"/>
          <w:strike w:val="0"/>
          <w:sz w:val="20"/>
          <w:u w:val="single"/>
        </w:rPr>
        <w:t>maintain</w:t>
      </w:r>
      <w:r>
        <w:rPr>
          <w:b w:val="0"/>
          <w:i w:val="0"/>
          <w:smallCaps w:val="0"/>
          <w:strike w:val="0"/>
          <w:sz w:val="16"/>
          <w:u w:val="none"/>
        </w:rPr>
        <w:t xml:space="preserve"> the </w:t>
      </w:r>
      <w:r>
        <w:rPr>
          <w:b w:val="0"/>
          <w:i w:val="0"/>
          <w:smallCaps w:val="0"/>
          <w:strike w:val="0"/>
          <w:sz w:val="20"/>
          <w:u w:val="single"/>
        </w:rPr>
        <w:t xml:space="preserve">scientific </w:t>
      </w:r>
      <w:r>
        <w:rPr>
          <w:b/>
          <w:i w:val="0"/>
          <w:smallCaps w:val="0"/>
          <w:strike w:val="0"/>
          <w:sz w:val="20"/>
          <w:u w:val="single"/>
        </w:rPr>
        <w:t>investment</w:t>
      </w:r>
      <w:r>
        <w:rPr>
          <w:b w:val="0"/>
          <w:i w:val="0"/>
          <w:smallCaps w:val="0"/>
          <w:strike w:val="0"/>
          <w:sz w:val="16"/>
          <w:u w:val="none"/>
        </w:rPr>
        <w:t xml:space="preserve"> </w:t>
      </w:r>
      <w:r>
        <w:rPr>
          <w:b w:val="0"/>
          <w:i w:val="0"/>
          <w:smallCaps w:val="0"/>
          <w:strike w:val="0"/>
          <w:sz w:val="20"/>
          <w:u w:val="single"/>
        </w:rPr>
        <w:t>required</w:t>
      </w:r>
      <w:r>
        <w:rPr>
          <w:b w:val="0"/>
          <w:i w:val="0"/>
          <w:smallCaps w:val="0"/>
          <w:strike w:val="0"/>
          <w:sz w:val="16"/>
          <w:u w:val="none"/>
        </w:rPr>
        <w:t xml:space="preserve"> for economic vitality and national security.”</w:t>
      </w:r>
    </w:p>
    <w:p>
      <w:pPr>
        <w:spacing w:after="60"/>
      </w:pPr>
      <w:r>
        <w:rPr>
          <w:b w:val="0"/>
          <w:i w:val="0"/>
          <w:smallCaps w:val="0"/>
          <w:strike w:val="0"/>
          <w:sz w:val="16"/>
          <w:u w:val="none"/>
        </w:rPr>
        <w:t xml:space="preserve">The U.S. was once perceived as the undisputed global leader in science and technology. </w:t>
      </w:r>
      <w:r>
        <w:rPr>
          <w:b w:val="0"/>
          <w:i w:val="0"/>
          <w:smallCaps w:val="0"/>
          <w:strike w:val="0"/>
          <w:sz w:val="20"/>
          <w:u w:val="single"/>
        </w:rPr>
        <w:t>As China ramps up</w:t>
      </w:r>
      <w:r>
        <w:rPr>
          <w:b w:val="0"/>
          <w:i w:val="0"/>
          <w:smallCaps w:val="0"/>
          <w:strike w:val="0"/>
          <w:sz w:val="16"/>
          <w:u w:val="none"/>
        </w:rPr>
        <w:t xml:space="preserve"> its </w:t>
      </w:r>
      <w:r>
        <w:rPr>
          <w:b w:val="0"/>
          <w:i w:val="0"/>
          <w:smallCaps w:val="0"/>
          <w:strike w:val="0"/>
          <w:sz w:val="20"/>
          <w:u w:val="single"/>
        </w:rPr>
        <w:t>investment in innovation</w:t>
      </w:r>
      <w:r>
        <w:rPr>
          <w:b w:val="0"/>
          <w:i w:val="0"/>
          <w:smallCaps w:val="0"/>
          <w:strike w:val="0"/>
          <w:sz w:val="16"/>
          <w:u w:val="none"/>
        </w:rPr>
        <w:t xml:space="preserve">, </w:t>
      </w:r>
      <w:r>
        <w:rPr>
          <w:b w:val="0"/>
          <w:i w:val="0"/>
          <w:smallCaps w:val="0"/>
          <w:strike w:val="0"/>
          <w:sz w:val="20"/>
          <w:u w:val="single"/>
        </w:rPr>
        <w:t>it’s clear that many Americans</w:t>
      </w:r>
      <w:r>
        <w:rPr>
          <w:b w:val="0"/>
          <w:i w:val="0"/>
          <w:smallCaps w:val="0"/>
          <w:strike w:val="0"/>
          <w:sz w:val="16"/>
          <w:u w:val="none"/>
        </w:rPr>
        <w:t xml:space="preserve"> </w:t>
      </w:r>
      <w:r>
        <w:rPr>
          <w:b w:val="0"/>
          <w:i w:val="0"/>
          <w:smallCaps w:val="0"/>
          <w:strike w:val="0"/>
          <w:sz w:val="20"/>
          <w:u w:val="single"/>
        </w:rPr>
        <w:t>believe</w:t>
      </w:r>
      <w:r>
        <w:rPr>
          <w:b w:val="0"/>
          <w:i w:val="0"/>
          <w:smallCaps w:val="0"/>
          <w:strike w:val="0"/>
          <w:sz w:val="16"/>
          <w:u w:val="none"/>
        </w:rPr>
        <w:t xml:space="preserve"> </w:t>
      </w:r>
      <w:r>
        <w:rPr>
          <w:b/>
          <w:i w:val="0"/>
          <w:smallCaps w:val="0"/>
          <w:strike w:val="0"/>
          <w:sz w:val="20"/>
          <w:highlight w:val="cyan"/>
          <w:u w:val="single"/>
        </w:rPr>
        <w:t>U.S. leadership</w:t>
      </w:r>
      <w:r>
        <w:rPr>
          <w:b w:val="0"/>
          <w:i w:val="0"/>
          <w:smallCaps w:val="0"/>
          <w:strike w:val="0"/>
          <w:sz w:val="20"/>
          <w:highlight w:val="cyan"/>
          <w:u w:val="single"/>
        </w:rPr>
        <w:t xml:space="preserve"> is now in </w:t>
      </w:r>
      <w:r>
        <w:rPr>
          <w:b/>
          <w:i w:val="0"/>
          <w:smallCaps w:val="0"/>
          <w:strike w:val="0"/>
          <w:sz w:val="20"/>
          <w:highlight w:val="cyan"/>
          <w:u w:val="single"/>
        </w:rPr>
        <w:t>jeopardy</w:t>
      </w:r>
      <w:r>
        <w:rPr>
          <w:b w:val="0"/>
          <w:i w:val="0"/>
          <w:smallCaps w:val="0"/>
          <w:strike w:val="0"/>
          <w:sz w:val="16"/>
          <w:u w:val="none"/>
        </w:rPr>
        <w:t xml:space="preserve">. In fact, a poll in the STAC’s State of Science in America report found 75% of respondents in five workforce sectors believe the U.S. is losing or has already lost global leadership in science and technology. The report also found 60% of respondents believe </w:t>
      </w:r>
      <w:r>
        <w:rPr>
          <w:b w:val="0"/>
          <w:i w:val="0"/>
          <w:smallCaps w:val="0"/>
          <w:strike w:val="0"/>
          <w:sz w:val="20"/>
          <w:u w:val="single"/>
        </w:rPr>
        <w:t xml:space="preserve">China will be the leader within just </w:t>
      </w:r>
      <w:r>
        <w:rPr>
          <w:b/>
          <w:i w:val="0"/>
          <w:smallCaps w:val="0"/>
          <w:strike w:val="0"/>
          <w:sz w:val="20"/>
          <w:u w:val="single"/>
        </w:rPr>
        <w:t>five</w:t>
      </w:r>
      <w:r>
        <w:rPr>
          <w:b w:val="0"/>
          <w:i w:val="0"/>
          <w:smallCaps w:val="0"/>
          <w:strike w:val="0"/>
          <w:sz w:val="20"/>
          <w:u w:val="single"/>
        </w:rPr>
        <w:t xml:space="preserve"> </w:t>
      </w:r>
      <w:r>
        <w:rPr>
          <w:b/>
          <w:i w:val="0"/>
          <w:smallCaps w:val="0"/>
          <w:strike w:val="0"/>
          <w:sz w:val="20"/>
          <w:u w:val="single"/>
        </w:rPr>
        <w:t>years</w:t>
      </w:r>
      <w:r>
        <w:rPr>
          <w:b w:val="0"/>
          <w:i w:val="0"/>
          <w:smallCaps w:val="0"/>
          <w:strike w:val="0"/>
          <w:sz w:val="16"/>
          <w:u w:val="none"/>
        </w:rPr>
        <w:t>.</w:t>
      </w:r>
    </w:p>
    <w:p>
      <w:pPr>
        <w:spacing w:after="60"/>
      </w:pPr>
      <w:r>
        <w:rPr>
          <w:b w:val="0"/>
          <w:i w:val="0"/>
          <w:smallCaps w:val="0"/>
          <w:strike w:val="0"/>
          <w:sz w:val="16"/>
          <w:u w:val="none"/>
        </w:rPr>
        <w:t xml:space="preserve">It’s a trend the country can no longer ignore. As the global competitiveness race continues unabated, it’s clear that </w:t>
      </w:r>
      <w:r>
        <w:rPr>
          <w:b w:val="0"/>
          <w:i w:val="0"/>
          <w:smallCaps w:val="0"/>
          <w:strike w:val="0"/>
          <w:sz w:val="20"/>
          <w:highlight w:val="cyan"/>
          <w:u w:val="single"/>
        </w:rPr>
        <w:t>the U.S. must</w:t>
      </w:r>
      <w:r>
        <w:rPr>
          <w:b w:val="0"/>
          <w:i w:val="0"/>
          <w:smallCaps w:val="0"/>
          <w:strike w:val="0"/>
          <w:sz w:val="20"/>
          <w:u w:val="single"/>
        </w:rPr>
        <w:t xml:space="preserve"> </w:t>
      </w:r>
      <w:r>
        <w:rPr>
          <w:b w:val="0"/>
          <w:i w:val="0"/>
          <w:smallCaps w:val="0"/>
          <w:strike w:val="0"/>
          <w:sz w:val="20"/>
          <w:highlight w:val="cyan"/>
          <w:u w:val="single"/>
        </w:rPr>
        <w:t>develop</w:t>
      </w:r>
      <w:r>
        <w:rPr>
          <w:b w:val="0"/>
          <w:i w:val="0"/>
          <w:smallCaps w:val="0"/>
          <w:strike w:val="0"/>
          <w:sz w:val="20"/>
          <w:u w:val="single"/>
        </w:rPr>
        <w:t xml:space="preserve"> a </w:t>
      </w:r>
      <w:r>
        <w:rPr>
          <w:b w:val="0"/>
          <w:i w:val="0"/>
          <w:smallCaps w:val="0"/>
          <w:strike w:val="0"/>
          <w:sz w:val="16"/>
          <w:u w:val="none"/>
        </w:rPr>
        <w:t xml:space="preserve">national </w:t>
      </w:r>
      <w:r>
        <w:rPr>
          <w:b w:val="0"/>
          <w:i w:val="0"/>
          <w:smallCaps w:val="0"/>
          <w:strike w:val="0"/>
          <w:sz w:val="20"/>
          <w:highlight w:val="cyan"/>
          <w:u w:val="single"/>
        </w:rPr>
        <w:t>science</w:t>
      </w:r>
      <w:r>
        <w:rPr>
          <w:b w:val="0"/>
          <w:i w:val="0"/>
          <w:smallCaps w:val="0"/>
          <w:strike w:val="0"/>
          <w:sz w:val="20"/>
          <w:u w:val="single"/>
        </w:rPr>
        <w:t xml:space="preserve"> </w:t>
      </w:r>
      <w:r>
        <w:rPr>
          <w:b w:val="0"/>
          <w:i w:val="0"/>
          <w:smallCaps w:val="0"/>
          <w:strike w:val="0"/>
          <w:sz w:val="20"/>
          <w:highlight w:val="cyan"/>
          <w:u w:val="single"/>
        </w:rPr>
        <w:t xml:space="preserve">and technology </w:t>
      </w:r>
      <w:r>
        <w:rPr>
          <w:b/>
          <w:i w:val="0"/>
          <w:smallCaps w:val="0"/>
          <w:strike w:val="0"/>
          <w:sz w:val="20"/>
          <w:highlight w:val="cyan"/>
          <w:u w:val="single"/>
        </w:rPr>
        <w:t>strategy</w:t>
      </w:r>
      <w:r>
        <w:rPr>
          <w:b w:val="0"/>
          <w:i w:val="0"/>
          <w:smallCaps w:val="0"/>
          <w:strike w:val="0"/>
          <w:sz w:val="16"/>
          <w:u w:val="none"/>
        </w:rPr>
        <w:t xml:space="preserve"> </w:t>
      </w:r>
      <w:r>
        <w:rPr>
          <w:b w:val="0"/>
          <w:i w:val="0"/>
          <w:smallCaps w:val="0"/>
          <w:strike w:val="0"/>
          <w:sz w:val="20"/>
          <w:u w:val="single"/>
        </w:rPr>
        <w:t xml:space="preserve">and ramp up </w:t>
      </w:r>
      <w:r>
        <w:rPr>
          <w:b/>
          <w:i w:val="0"/>
          <w:smallCaps w:val="0"/>
          <w:strike w:val="0"/>
          <w:sz w:val="20"/>
          <w:u w:val="single"/>
        </w:rPr>
        <w:t>federal investment</w:t>
      </w:r>
      <w:r>
        <w:rPr>
          <w:b w:val="0"/>
          <w:i w:val="0"/>
          <w:smallCaps w:val="0"/>
          <w:strike w:val="0"/>
          <w:sz w:val="16"/>
          <w:u w:val="none"/>
        </w:rPr>
        <w:t xml:space="preserve"> in the cutting-edge technologies that will shape the future — from artificial intelligence to quantum computing to advanced bioscience — to ensure the new era of innovation happens right here in the U.S.</w:t>
      </w:r>
    </w:p>
    <w:p>
      <w:pPr>
        <w:spacing w:after="60"/>
      </w:pPr>
      <w:r>
        <w:rPr>
          <w:b w:val="0"/>
          <w:i w:val="0"/>
          <w:smallCaps w:val="0"/>
          <w:strike w:val="0"/>
          <w:sz w:val="16"/>
          <w:u w:val="none"/>
        </w:rPr>
        <w:t xml:space="preserve">“Anything that deteriorates the innovation culture in America is a direct threat to our national security,” Dr. John Hamre, president and CEO of CSIS, said at a recent </w:t>
      </w:r>
      <w:r>
        <w:rPr>
          <w:b w:val="0"/>
          <w:i w:val="0"/>
          <w:smallCaps w:val="0"/>
          <w:strike w:val="0"/>
          <w:sz w:val="16"/>
          <w:u w:val="none"/>
        </w:rPr>
        <w:t>Research!America</w:t>
      </w:r>
      <w:r>
        <w:rPr>
          <w:b w:val="0"/>
          <w:i w:val="0"/>
          <w:smallCaps w:val="0"/>
          <w:strike w:val="0"/>
          <w:sz w:val="16"/>
          <w:u w:val="none"/>
        </w:rPr>
        <w:t xml:space="preserve"> event.</w:t>
      </w:r>
    </w:p>
    <w:p>
      <w:pPr>
        <w:spacing w:after="60"/>
      </w:pPr>
      <w:r>
        <w:rPr>
          <w:b w:val="0"/>
          <w:i w:val="0"/>
          <w:smallCaps w:val="0"/>
          <w:strike w:val="0"/>
          <w:sz w:val="16"/>
          <w:u w:val="none"/>
        </w:rPr>
        <w:t xml:space="preserve">Over the past several decades, the United States has failed to keep pace with science and technology spending relative to China. </w:t>
      </w:r>
      <w:r>
        <w:rPr>
          <w:b w:val="0"/>
          <w:i w:val="0"/>
          <w:smallCaps w:val="0"/>
          <w:strike w:val="0"/>
          <w:sz w:val="20"/>
          <w:u w:val="single"/>
        </w:rPr>
        <w:t xml:space="preserve">Federal R&amp;D </w:t>
      </w:r>
      <w:r>
        <w:rPr>
          <w:b w:val="0"/>
          <w:i w:val="0"/>
          <w:smallCaps w:val="0"/>
          <w:strike w:val="0"/>
          <w:sz w:val="20"/>
          <w:highlight w:val="cyan"/>
          <w:u w:val="single"/>
        </w:rPr>
        <w:t>spending</w:t>
      </w:r>
      <w:r>
        <w:rPr>
          <w:b w:val="0"/>
          <w:i w:val="0"/>
          <w:smallCaps w:val="0"/>
          <w:strike w:val="0"/>
          <w:sz w:val="16"/>
          <w:u w:val="none"/>
        </w:rPr>
        <w:t xml:space="preserve"> has </w:t>
      </w:r>
      <w:r>
        <w:rPr>
          <w:b/>
          <w:i w:val="0"/>
          <w:smallCaps w:val="0"/>
          <w:strike w:val="0"/>
          <w:sz w:val="20"/>
          <w:highlight w:val="cyan"/>
          <w:u w:val="single"/>
        </w:rPr>
        <w:t>decreased</w:t>
      </w:r>
      <w:r>
        <w:rPr>
          <w:b w:val="0"/>
          <w:i w:val="0"/>
          <w:smallCaps w:val="0"/>
          <w:strike w:val="0"/>
          <w:sz w:val="20"/>
          <w:u w:val="single"/>
        </w:rPr>
        <w:t xml:space="preserve"> </w:t>
      </w:r>
      <w:r>
        <w:rPr>
          <w:b w:val="0"/>
          <w:i w:val="0"/>
          <w:smallCaps w:val="0"/>
          <w:strike w:val="0"/>
          <w:sz w:val="20"/>
          <w:highlight w:val="cyan"/>
          <w:u w:val="single"/>
        </w:rPr>
        <w:t xml:space="preserve">to just under </w:t>
      </w:r>
      <w:r>
        <w:rPr>
          <w:b/>
          <w:i w:val="0"/>
          <w:smallCaps w:val="0"/>
          <w:strike w:val="0"/>
          <w:sz w:val="20"/>
          <w:highlight w:val="cyan"/>
          <w:u w:val="single"/>
        </w:rPr>
        <w:t>0.7%</w:t>
      </w:r>
      <w:r>
        <w:rPr>
          <w:b w:val="0"/>
          <w:i w:val="0"/>
          <w:smallCaps w:val="0"/>
          <w:strike w:val="0"/>
          <w:sz w:val="20"/>
          <w:u w:val="single"/>
        </w:rPr>
        <w:t xml:space="preserve"> of our </w:t>
      </w:r>
      <w:r>
        <w:rPr>
          <w:b/>
          <w:i w:val="0"/>
          <w:smallCaps w:val="0"/>
          <w:strike w:val="0"/>
          <w:sz w:val="20"/>
          <w:u w:val="single"/>
        </w:rPr>
        <w:t>GDP</w:t>
      </w:r>
      <w:r>
        <w:rPr>
          <w:b w:val="0"/>
          <w:i w:val="0"/>
          <w:smallCaps w:val="0"/>
          <w:strike w:val="0"/>
          <w:sz w:val="16"/>
          <w:u w:val="none"/>
        </w:rPr>
        <w:t xml:space="preserve"> today </w:t>
      </w:r>
      <w:r>
        <w:rPr>
          <w:b w:val="0"/>
          <w:i w:val="0"/>
          <w:smallCaps w:val="0"/>
          <w:strike w:val="0"/>
          <w:sz w:val="20"/>
          <w:u w:val="single"/>
        </w:rPr>
        <w:t>compared to 1.9%</w:t>
      </w:r>
      <w:r>
        <w:rPr>
          <w:b w:val="0"/>
          <w:i w:val="0"/>
          <w:smallCaps w:val="0"/>
          <w:strike w:val="0"/>
          <w:sz w:val="16"/>
          <w:u w:val="none"/>
        </w:rPr>
        <w:t xml:space="preserve"> in 1964 </w:t>
      </w:r>
      <w:r>
        <w:rPr>
          <w:b w:val="0"/>
          <w:i w:val="0"/>
          <w:smallCaps w:val="0"/>
          <w:strike w:val="0"/>
          <w:sz w:val="20"/>
          <w:u w:val="single"/>
        </w:rPr>
        <w:t>at the height of the space race</w:t>
      </w:r>
      <w:r>
        <w:rPr>
          <w:b w:val="0"/>
          <w:i w:val="0"/>
          <w:smallCaps w:val="0"/>
          <w:strike w:val="0"/>
          <w:sz w:val="16"/>
          <w:u w:val="none"/>
        </w:rPr>
        <w:t xml:space="preserve">. Between 2010 and 2019, </w:t>
      </w:r>
      <w:r>
        <w:rPr>
          <w:b w:val="0"/>
          <w:i w:val="0"/>
          <w:smallCaps w:val="0"/>
          <w:strike w:val="0"/>
          <w:sz w:val="20"/>
          <w:u w:val="single"/>
        </w:rPr>
        <w:t>the U.S. share of</w:t>
      </w:r>
      <w:r>
        <w:rPr>
          <w:b w:val="0"/>
          <w:i w:val="0"/>
          <w:smallCaps w:val="0"/>
          <w:strike w:val="0"/>
          <w:sz w:val="16"/>
          <w:u w:val="none"/>
        </w:rPr>
        <w:t xml:space="preserve"> global </w:t>
      </w:r>
      <w:r>
        <w:rPr>
          <w:b w:val="0"/>
          <w:i w:val="0"/>
          <w:smallCaps w:val="0"/>
          <w:strike w:val="0"/>
          <w:sz w:val="20"/>
          <w:u w:val="single"/>
        </w:rPr>
        <w:t>r</w:t>
      </w:r>
      <w:r>
        <w:rPr>
          <w:b w:val="0"/>
          <w:i w:val="0"/>
          <w:smallCaps w:val="0"/>
          <w:strike w:val="0"/>
          <w:sz w:val="16"/>
          <w:u w:val="none"/>
        </w:rPr>
        <w:t xml:space="preserve">esearch </w:t>
      </w:r>
      <w:r>
        <w:rPr>
          <w:b w:val="0"/>
          <w:i w:val="0"/>
          <w:smallCaps w:val="0"/>
          <w:strike w:val="0"/>
          <w:sz w:val="20"/>
          <w:u w:val="single"/>
        </w:rPr>
        <w:t>and d</w:t>
      </w:r>
      <w:r>
        <w:rPr>
          <w:b w:val="0"/>
          <w:i w:val="0"/>
          <w:smallCaps w:val="0"/>
          <w:strike w:val="0"/>
          <w:sz w:val="16"/>
          <w:u w:val="none"/>
        </w:rPr>
        <w:t xml:space="preserve">evelopment </w:t>
      </w:r>
      <w:r>
        <w:rPr>
          <w:b w:val="0"/>
          <w:i w:val="0"/>
          <w:smallCaps w:val="0"/>
          <w:strike w:val="0"/>
          <w:sz w:val="20"/>
          <w:highlight w:val="cyan"/>
          <w:u w:val="single"/>
        </w:rPr>
        <w:t>spending</w:t>
      </w:r>
      <w:r>
        <w:rPr>
          <w:b w:val="0"/>
          <w:i w:val="0"/>
          <w:smallCaps w:val="0"/>
          <w:strike w:val="0"/>
          <w:sz w:val="16"/>
          <w:u w:val="none"/>
        </w:rPr>
        <w:t xml:space="preserve"> </w:t>
      </w:r>
      <w:r>
        <w:rPr>
          <w:b/>
          <w:i w:val="0"/>
          <w:smallCaps w:val="0"/>
          <w:strike w:val="0"/>
          <w:sz w:val="20"/>
          <w:highlight w:val="cyan"/>
          <w:u w:val="single"/>
        </w:rPr>
        <w:t>declined</w:t>
      </w:r>
      <w:r>
        <w:rPr>
          <w:b w:val="0"/>
          <w:i w:val="0"/>
          <w:smallCaps w:val="0"/>
          <w:strike w:val="0"/>
          <w:sz w:val="20"/>
          <w:u w:val="single"/>
        </w:rPr>
        <w:t xml:space="preserve"> </w:t>
      </w:r>
      <w:r>
        <w:rPr>
          <w:b w:val="0"/>
          <w:i w:val="0"/>
          <w:smallCaps w:val="0"/>
          <w:strike w:val="0"/>
          <w:sz w:val="20"/>
          <w:highlight w:val="cyan"/>
          <w:u w:val="single"/>
        </w:rPr>
        <w:t>from 29%</w:t>
      </w:r>
      <w:r>
        <w:rPr>
          <w:b w:val="0"/>
          <w:i w:val="0"/>
          <w:smallCaps w:val="0"/>
          <w:strike w:val="0"/>
          <w:sz w:val="16"/>
          <w:u w:val="none"/>
        </w:rPr>
        <w:t xml:space="preserve"> of global R&amp;D </w:t>
      </w:r>
      <w:r>
        <w:rPr>
          <w:b w:val="0"/>
          <w:i w:val="0"/>
          <w:smallCaps w:val="0"/>
          <w:strike w:val="0"/>
          <w:sz w:val="20"/>
          <w:highlight w:val="cyan"/>
          <w:u w:val="single"/>
        </w:rPr>
        <w:t>to 27%,</w:t>
      </w:r>
      <w:r>
        <w:rPr>
          <w:b w:val="0"/>
          <w:i w:val="0"/>
          <w:smallCaps w:val="0"/>
          <w:strike w:val="0"/>
          <w:sz w:val="16"/>
          <w:u w:val="none"/>
        </w:rPr>
        <w:t xml:space="preserve"> </w:t>
      </w:r>
      <w:r>
        <w:rPr>
          <w:b w:val="0"/>
          <w:i w:val="0"/>
          <w:smallCaps w:val="0"/>
          <w:strike w:val="0"/>
          <w:sz w:val="20"/>
          <w:u w:val="single"/>
        </w:rPr>
        <w:t>while</w:t>
      </w:r>
      <w:r>
        <w:rPr>
          <w:b w:val="0"/>
          <w:i w:val="0"/>
          <w:smallCaps w:val="0"/>
          <w:strike w:val="0"/>
          <w:sz w:val="16"/>
          <w:u w:val="none"/>
        </w:rPr>
        <w:t xml:space="preserve"> </w:t>
      </w:r>
      <w:r>
        <w:rPr>
          <w:b w:val="0"/>
          <w:i w:val="0"/>
          <w:smallCaps w:val="0"/>
          <w:strike w:val="0"/>
          <w:sz w:val="20"/>
          <w:highlight w:val="cyan"/>
          <w:u w:val="single"/>
        </w:rPr>
        <w:t>China’s</w:t>
      </w:r>
      <w:r>
        <w:rPr>
          <w:b w:val="0"/>
          <w:i w:val="0"/>
          <w:smallCaps w:val="0"/>
          <w:strike w:val="0"/>
          <w:sz w:val="16"/>
          <w:u w:val="none"/>
        </w:rPr>
        <w:t xml:space="preserve"> share </w:t>
      </w:r>
      <w:r>
        <w:rPr>
          <w:b/>
          <w:i w:val="0"/>
          <w:smallCaps w:val="0"/>
          <w:strike w:val="0"/>
          <w:sz w:val="20"/>
          <w:highlight w:val="cyan"/>
          <w:u w:val="single"/>
        </w:rPr>
        <w:t>increased</w:t>
      </w:r>
      <w:r>
        <w:rPr>
          <w:b w:val="0"/>
          <w:i w:val="0"/>
          <w:smallCaps w:val="0"/>
          <w:strike w:val="0"/>
          <w:sz w:val="16"/>
          <w:u w:val="none"/>
        </w:rPr>
        <w:t xml:space="preserve"> from 15% </w:t>
      </w:r>
      <w:r>
        <w:rPr>
          <w:b w:val="0"/>
          <w:i w:val="0"/>
          <w:smallCaps w:val="0"/>
          <w:strike w:val="0"/>
          <w:sz w:val="20"/>
          <w:highlight w:val="cyan"/>
          <w:u w:val="single"/>
        </w:rPr>
        <w:t xml:space="preserve">to </w:t>
      </w:r>
      <w:r>
        <w:rPr>
          <w:b/>
          <w:i w:val="0"/>
          <w:smallCaps w:val="0"/>
          <w:strike w:val="0"/>
          <w:sz w:val="20"/>
          <w:highlight w:val="cyan"/>
          <w:u w:val="single"/>
        </w:rPr>
        <w:t>22%</w:t>
      </w:r>
      <w:r>
        <w:rPr>
          <w:b w:val="0"/>
          <w:i w:val="0"/>
          <w:smallCaps w:val="0"/>
          <w:strike w:val="0"/>
          <w:sz w:val="20"/>
          <w:highlight w:val="cyan"/>
          <w:u w:val="single"/>
        </w:rPr>
        <w:t>.</w:t>
      </w:r>
    </w:p>
    <w:p>
      <w:pPr>
        <w:spacing w:after="60"/>
      </w:pPr>
      <w:r>
        <w:rPr>
          <w:b w:val="0"/>
          <w:i w:val="0"/>
          <w:smallCaps w:val="0"/>
          <w:strike w:val="0"/>
          <w:sz w:val="16"/>
          <w:u w:val="none"/>
        </w:rPr>
        <w:t xml:space="preserve">“China has steadily increased their investments in research and development. And these </w:t>
      </w:r>
      <w:r>
        <w:rPr>
          <w:b w:val="0"/>
          <w:i w:val="0"/>
          <w:smallCaps w:val="0"/>
          <w:strike w:val="0"/>
          <w:sz w:val="20"/>
          <w:u w:val="single"/>
        </w:rPr>
        <w:t>investments</w:t>
      </w:r>
      <w:r>
        <w:rPr>
          <w:b w:val="0"/>
          <w:i w:val="0"/>
          <w:smallCaps w:val="0"/>
          <w:strike w:val="0"/>
          <w:sz w:val="16"/>
          <w:u w:val="none"/>
        </w:rPr>
        <w:t xml:space="preserve"> </w:t>
      </w:r>
      <w:r>
        <w:rPr>
          <w:b w:val="0"/>
          <w:i w:val="0"/>
          <w:smallCaps w:val="0"/>
          <w:strike w:val="0"/>
          <w:sz w:val="20"/>
          <w:u w:val="single"/>
        </w:rPr>
        <w:t>have a clearly stated purpose</w:t>
      </w:r>
      <w:r>
        <w:rPr>
          <w:b w:val="0"/>
          <w:i w:val="0"/>
          <w:smallCaps w:val="0"/>
          <w:strike w:val="0"/>
          <w:sz w:val="16"/>
          <w:u w:val="none"/>
        </w:rPr>
        <w:t xml:space="preserve">: </w:t>
      </w:r>
      <w:r>
        <w:rPr>
          <w:b/>
          <w:i w:val="0"/>
          <w:smallCaps w:val="0"/>
          <w:strike w:val="0"/>
          <w:sz w:val="20"/>
          <w:u w:val="single"/>
        </w:rPr>
        <w:t>unseating</w:t>
      </w:r>
      <w:r>
        <w:rPr>
          <w:b w:val="0"/>
          <w:i w:val="0"/>
          <w:smallCaps w:val="0"/>
          <w:strike w:val="0"/>
          <w:sz w:val="20"/>
          <w:u w:val="single"/>
        </w:rPr>
        <w:t xml:space="preserve"> the </w:t>
      </w:r>
      <w:r>
        <w:rPr>
          <w:b/>
          <w:i w:val="0"/>
          <w:smallCaps w:val="0"/>
          <w:strike w:val="0"/>
          <w:sz w:val="20"/>
          <w:u w:val="single"/>
        </w:rPr>
        <w:t>U</w:t>
      </w:r>
      <w:r>
        <w:rPr>
          <w:b w:val="0"/>
          <w:i w:val="0"/>
          <w:smallCaps w:val="0"/>
          <w:strike w:val="0"/>
          <w:sz w:val="20"/>
          <w:u w:val="single"/>
        </w:rPr>
        <w:t xml:space="preserve">nited </w:t>
      </w:r>
      <w:r>
        <w:rPr>
          <w:b/>
          <w:i w:val="0"/>
          <w:smallCaps w:val="0"/>
          <w:strike w:val="0"/>
          <w:sz w:val="20"/>
          <w:u w:val="single"/>
        </w:rPr>
        <w:t>S</w:t>
      </w:r>
      <w:r>
        <w:rPr>
          <w:b w:val="0"/>
          <w:i w:val="0"/>
          <w:smallCaps w:val="0"/>
          <w:strike w:val="0"/>
          <w:sz w:val="20"/>
          <w:u w:val="single"/>
        </w:rPr>
        <w:t>tates</w:t>
      </w:r>
      <w:r>
        <w:rPr>
          <w:b w:val="0"/>
          <w:i w:val="0"/>
          <w:smallCaps w:val="0"/>
          <w:strike w:val="0"/>
          <w:sz w:val="16"/>
          <w:u w:val="none"/>
        </w:rPr>
        <w:t xml:space="preserve"> </w:t>
      </w:r>
      <w:r>
        <w:rPr>
          <w:b w:val="0"/>
          <w:i w:val="0"/>
          <w:smallCaps w:val="0"/>
          <w:strike w:val="0"/>
          <w:sz w:val="20"/>
          <w:u w:val="single"/>
        </w:rPr>
        <w:t>as the world’s leader</w:t>
      </w:r>
      <w:r>
        <w:rPr>
          <w:b w:val="0"/>
          <w:i w:val="0"/>
          <w:smallCaps w:val="0"/>
          <w:strike w:val="0"/>
          <w:sz w:val="16"/>
          <w:u w:val="none"/>
        </w:rPr>
        <w:t xml:space="preserve"> in science and technology,” Rep. Zoe Lofgren (D-Calif.), ranking member of the House Science, Space, and Technology Committee, recently wrote in an op-ed for The Hill. “China’s Communist Party understands that winning the technological race will result in China winning the economic and national security race.”</w:t>
      </w:r>
    </w:p>
    <w:p>
      <w:pPr>
        <w:spacing w:after="60"/>
      </w:pPr>
      <w:r>
        <w:rPr>
          <w:b w:val="0"/>
          <w:i w:val="0"/>
          <w:smallCaps w:val="0"/>
          <w:strike w:val="0"/>
          <w:sz w:val="16"/>
          <w:u w:val="none"/>
        </w:rPr>
        <w:t xml:space="preserve">We can’t let that happen. </w:t>
      </w:r>
      <w:r>
        <w:rPr>
          <w:b w:val="0"/>
          <w:i w:val="0"/>
          <w:smallCaps w:val="0"/>
          <w:strike w:val="0"/>
          <w:sz w:val="16"/>
          <w:u w:val="none"/>
        </w:rPr>
        <w:t>In order for</w:t>
      </w:r>
      <w:r>
        <w:rPr>
          <w:b w:val="0"/>
          <w:i w:val="0"/>
          <w:smallCaps w:val="0"/>
          <w:strike w:val="0"/>
          <w:sz w:val="16"/>
          <w:u w:val="none"/>
        </w:rPr>
        <w:t xml:space="preserve"> the U.S. to remain a global leader, </w:t>
      </w:r>
      <w:r>
        <w:rPr>
          <w:b w:val="0"/>
          <w:i w:val="0"/>
          <w:smallCaps w:val="0"/>
          <w:strike w:val="0"/>
          <w:sz w:val="20"/>
          <w:highlight w:val="cyan"/>
          <w:u w:val="single"/>
        </w:rPr>
        <w:t xml:space="preserve">lawmakers must </w:t>
      </w:r>
      <w:r>
        <w:rPr>
          <w:b/>
          <w:i w:val="0"/>
          <w:smallCaps w:val="0"/>
          <w:strike w:val="0"/>
          <w:sz w:val="20"/>
          <w:highlight w:val="cyan"/>
          <w:u w:val="single"/>
        </w:rPr>
        <w:t>step up</w:t>
      </w:r>
      <w:r>
        <w:rPr>
          <w:b w:val="0"/>
          <w:i w:val="0"/>
          <w:smallCaps w:val="0"/>
          <w:strike w:val="0"/>
          <w:sz w:val="16"/>
          <w:u w:val="none"/>
        </w:rPr>
        <w:t xml:space="preserve"> to provide the vital science and technology funding the nation needs — before it’s too late.</w:t>
      </w:r>
    </w:p>
    <w:p>
      <w:pPr>
        <w:spacing w:after="60"/>
      </w:pPr>
      <w:r>
        <w:rPr>
          <w:b w:val="0"/>
          <w:i w:val="0"/>
          <w:smallCaps w:val="0"/>
          <w:strike w:val="0"/>
          <w:sz w:val="16"/>
          <w:u w:val="none"/>
        </w:rPr>
        <w:t xml:space="preserve">“Throughout our nation’s history, federal support for science and technology has fueled many of the most transformative innovations that have helped the United States overcome its biggest challenges,” said Parikh, CEO of American Association for the Advancement of Science (AAAS) and Executive Publisher of the Science Family of Journals who served as science advisor and professional staff to Senate Appropriations Republicans from 2001-2009. “As new threats to our national security and economy arise, </w:t>
      </w:r>
      <w:r>
        <w:rPr>
          <w:b w:val="0"/>
          <w:i w:val="0"/>
          <w:smallCaps w:val="0"/>
          <w:strike w:val="0"/>
          <w:sz w:val="20"/>
          <w:u w:val="single"/>
        </w:rPr>
        <w:t>strong federal leadership</w:t>
      </w:r>
      <w:r>
        <w:rPr>
          <w:b w:val="0"/>
          <w:i w:val="0"/>
          <w:smallCaps w:val="0"/>
          <w:strike w:val="0"/>
          <w:sz w:val="16"/>
          <w:u w:val="none"/>
        </w:rPr>
        <w:t xml:space="preserve"> </w:t>
      </w:r>
      <w:r>
        <w:rPr>
          <w:b w:val="0"/>
          <w:i w:val="0"/>
          <w:smallCaps w:val="0"/>
          <w:strike w:val="0"/>
          <w:sz w:val="20"/>
          <w:u w:val="single"/>
        </w:rPr>
        <w:t>on</w:t>
      </w:r>
      <w:r>
        <w:rPr>
          <w:b w:val="0"/>
          <w:i w:val="0"/>
          <w:smallCaps w:val="0"/>
          <w:strike w:val="0"/>
          <w:sz w:val="16"/>
          <w:u w:val="none"/>
        </w:rPr>
        <w:t xml:space="preserve"> science and </w:t>
      </w:r>
      <w:r>
        <w:rPr>
          <w:b w:val="0"/>
          <w:i w:val="0"/>
          <w:smallCaps w:val="0"/>
          <w:strike w:val="0"/>
          <w:sz w:val="20"/>
          <w:u w:val="single"/>
        </w:rPr>
        <w:t>technology</w:t>
      </w:r>
      <w:r>
        <w:rPr>
          <w:b w:val="0"/>
          <w:i w:val="0"/>
          <w:smallCaps w:val="0"/>
          <w:strike w:val="0"/>
          <w:sz w:val="16"/>
          <w:u w:val="none"/>
        </w:rPr>
        <w:t xml:space="preserve"> </w:t>
      </w:r>
      <w:r>
        <w:rPr>
          <w:b w:val="0"/>
          <w:i w:val="0"/>
          <w:smallCaps w:val="0"/>
          <w:strike w:val="0"/>
          <w:sz w:val="20"/>
          <w:u w:val="single"/>
        </w:rPr>
        <w:t xml:space="preserve">is </w:t>
      </w:r>
      <w:r>
        <w:rPr>
          <w:b/>
          <w:i w:val="0"/>
          <w:smallCaps w:val="0"/>
          <w:strike w:val="0"/>
          <w:sz w:val="20"/>
          <w:u w:val="single"/>
        </w:rPr>
        <w:t>essential</w:t>
      </w:r>
      <w:r>
        <w:rPr>
          <w:b w:val="0"/>
          <w:i w:val="0"/>
          <w:smallCaps w:val="0"/>
          <w:strike w:val="0"/>
          <w:sz w:val="16"/>
          <w:u w:val="none"/>
        </w:rPr>
        <w:t>.”</w:t>
      </w:r>
    </w:p>
    <w:p>
      <w:pPr>
        <w:pStyle w:val="Caption"/>
      </w:pPr>
      <w:r>
        <w:t>Source: Innovation Core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