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AI innovation is </w:t>
      </w:r>
      <w:r>
        <w:rPr>
          <w:b/>
          <w:i w:val="0"/>
          <w:smallCaps w:val="0"/>
          <w:strike w:val="0"/>
          <w:sz w:val="24"/>
          <w:u w:val="single"/>
        </w:rPr>
        <w:t>surpassing</w:t>
      </w:r>
      <w:r>
        <w:rPr>
          <w:b/>
          <w:i w:val="0"/>
          <w:smallCaps w:val="0"/>
          <w:strike w:val="0"/>
          <w:sz w:val="24"/>
          <w:u w:val="none"/>
        </w:rPr>
        <w:t xml:space="preserve"> American companies.</w:t>
      </w:r>
    </w:p>
    <w:p>
      <w:pPr>
        <w:spacing w:after="80"/>
      </w:pPr>
      <w:r>
        <w:rPr>
          <w:b/>
          <w:i w:val="0"/>
          <w:smallCaps w:val="0"/>
          <w:strike w:val="0"/>
          <w:sz w:val="24"/>
          <w:u w:val="none"/>
        </w:rPr>
        <w:t>Martinez and Smith 24</w:t>
      </w:r>
      <w:r>
        <w:rPr>
          <w:b w:val="0"/>
          <w:i w:val="0"/>
          <w:smallCaps w:val="0"/>
          <w:strike w:val="0"/>
          <w:sz w:val="16"/>
          <w:u w:val="none"/>
        </w:rPr>
        <w:t xml:space="preserve"> (</w:t>
      </w:r>
      <w:r>
        <w:rPr>
          <w:b w:val="0"/>
          <w:i w:val="0"/>
          <w:smallCaps w:val="0"/>
          <w:strike w:val="0"/>
          <w:sz w:val="16"/>
          <w:u w:val="none"/>
        </w:rPr>
        <w:t>Susana</w:t>
      </w:r>
      <w:r>
        <w:rPr>
          <w:b w:val="0"/>
          <w:i w:val="0"/>
          <w:smallCaps w:val="0"/>
          <w:strike w:val="0"/>
          <w:sz w:val="16"/>
          <w:u w:val="none"/>
        </w:rPr>
        <w:t xml:space="preserve">, </w:t>
      </w:r>
      <w:r>
        <w:rPr>
          <w:b w:val="0"/>
          <w:i w:val="0"/>
          <w:smallCaps w:val="0"/>
          <w:strike w:val="0"/>
          <w:sz w:val="16"/>
          <w:u w:val="none"/>
        </w:rPr>
        <w:t>American politician and attorney 31st governor of New Mexico</w:t>
      </w:r>
      <w:r>
        <w:rPr>
          <w:b w:val="0"/>
          <w:i w:val="0"/>
          <w:smallCaps w:val="0"/>
          <w:strike w:val="0"/>
          <w:sz w:val="16"/>
          <w:u w:val="none"/>
        </w:rPr>
        <w:t xml:space="preserve">; </w:t>
      </w:r>
      <w:r>
        <w:rPr>
          <w:b w:val="0"/>
          <w:i w:val="0"/>
          <w:smallCaps w:val="0"/>
          <w:strike w:val="0"/>
          <w:sz w:val="16"/>
          <w:u w:val="none"/>
        </w:rPr>
        <w:t>Bradley A.</w:t>
      </w:r>
      <w:r>
        <w:rPr>
          <w:b w:val="0"/>
          <w:i w:val="0"/>
          <w:smallCaps w:val="0"/>
          <w:strike w:val="0"/>
          <w:sz w:val="16"/>
          <w:u w:val="none"/>
        </w:rPr>
        <w:t xml:space="preserve">, </w:t>
      </w:r>
      <w:r>
        <w:rPr>
          <w:b w:val="0"/>
          <w:i w:val="0"/>
          <w:smallCaps w:val="0"/>
          <w:strike w:val="0"/>
          <w:sz w:val="16"/>
          <w:u w:val="none"/>
        </w:rPr>
        <w:t>Josiah H. Blackmore II/Shirley M. Nault</w:t>
      </w:r>
      <w:r>
        <w:rPr>
          <w:b w:val="0"/>
          <w:i w:val="0"/>
          <w:smallCaps w:val="0"/>
          <w:strike w:val="0"/>
          <w:sz w:val="16"/>
          <w:u w:val="none"/>
        </w:rPr>
        <w:t xml:space="preserve"> Law</w:t>
      </w:r>
      <w:r>
        <w:rPr>
          <w:b w:val="0"/>
          <w:i w:val="0"/>
          <w:smallCaps w:val="0"/>
          <w:strike w:val="0"/>
          <w:sz w:val="16"/>
          <w:u w:val="none"/>
        </w:rPr>
        <w:t xml:space="preserve"> Professor at Capital University Law School in Columbus, Ohio</w:t>
      </w:r>
      <w:r>
        <w:rPr>
          <w:b w:val="0"/>
          <w:i w:val="0"/>
          <w:smallCaps w:val="0"/>
          <w:strike w:val="0"/>
          <w:sz w:val="16"/>
          <w:u w:val="none"/>
        </w:rPr>
        <w:t>, 3/7/24, “</w:t>
      </w:r>
      <w:r>
        <w:rPr>
          <w:b w:val="0"/>
          <w:i w:val="0"/>
          <w:smallCaps w:val="0"/>
          <w:strike w:val="0"/>
          <w:sz w:val="16"/>
          <w:u w:val="none"/>
        </w:rPr>
        <w:t>Who Will Build the Tech Future—America or China?</w:t>
      </w:r>
      <w:r>
        <w:rPr>
          <w:b w:val="0"/>
          <w:i w:val="0"/>
          <w:smallCaps w:val="0"/>
          <w:strike w:val="0"/>
          <w:sz w:val="16"/>
          <w:u w:val="none"/>
        </w:rPr>
        <w:t xml:space="preserve">” </w:t>
      </w:r>
      <w:r>
        <w:rPr>
          <w:b w:val="0"/>
          <w:i w:val="0"/>
          <w:smallCaps w:val="0"/>
          <w:strike w:val="0"/>
          <w:sz w:val="16"/>
          <w:u w:val="none"/>
        </w:rPr>
        <w:t xml:space="preserve">https://www.newsweek.com/who-will-build-tech-futureamerica-china-opinion-1876266,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20"/>
          <w:highlight w:val="cyan"/>
          <w:u w:val="single"/>
        </w:rPr>
        <w:t xml:space="preserve">We are </w:t>
      </w:r>
      <w:r>
        <w:rPr>
          <w:b w:val="0"/>
          <w:i w:val="0"/>
          <w:smallCaps w:val="0"/>
          <w:strike w:val="0"/>
          <w:sz w:val="20"/>
          <w:highlight w:val="cyan"/>
          <w:u w:val="single"/>
        </w:rPr>
        <w:t>in the midst of</w:t>
      </w:r>
      <w:r>
        <w:rPr>
          <w:b w:val="0"/>
          <w:i w:val="0"/>
          <w:smallCaps w:val="0"/>
          <w:strike w:val="0"/>
          <w:sz w:val="20"/>
          <w:u w:val="single"/>
        </w:rPr>
        <w:t xml:space="preserve"> </w:t>
      </w:r>
      <w:r>
        <w:rPr>
          <w:b w:val="0"/>
          <w:i w:val="0"/>
          <w:smallCaps w:val="0"/>
          <w:strike w:val="0"/>
          <w:sz w:val="20"/>
          <w:highlight w:val="cyan"/>
          <w:u w:val="single"/>
        </w:rPr>
        <w:t>a</w:t>
      </w:r>
      <w:r>
        <w:rPr>
          <w:b w:val="0"/>
          <w:i w:val="0"/>
          <w:smallCaps w:val="0"/>
          <w:strike w:val="0"/>
          <w:sz w:val="20"/>
          <w:u w:val="single"/>
        </w:rPr>
        <w:t xml:space="preserve"> gen</w:t>
      </w:r>
      <w:r>
        <w:rPr>
          <w:b w:val="0"/>
          <w:i w:val="0"/>
          <w:smallCaps w:val="0"/>
          <w:strike w:val="0"/>
          <w:sz w:val="16"/>
          <w:u w:val="none"/>
        </w:rPr>
        <w:t>erative artificial intelligence (</w:t>
      </w:r>
      <w:r>
        <w:rPr>
          <w:b/>
          <w:i w:val="0"/>
          <w:smallCaps w:val="0"/>
          <w:strike w:val="0"/>
          <w:sz w:val="20"/>
          <w:highlight w:val="cyan"/>
          <w:u w:val="single"/>
        </w:rPr>
        <w:t>AI</w:t>
      </w:r>
      <w:r>
        <w:rPr>
          <w:b w:val="0"/>
          <w:i w:val="0"/>
          <w:smallCaps w:val="0"/>
          <w:strike w:val="0"/>
          <w:sz w:val="16"/>
          <w:u w:val="none"/>
        </w:rPr>
        <w:t xml:space="preserve">) </w:t>
      </w:r>
      <w:r>
        <w:rPr>
          <w:b/>
          <w:i w:val="0"/>
          <w:smallCaps w:val="0"/>
          <w:strike w:val="0"/>
          <w:sz w:val="20"/>
          <w:highlight w:val="cyan"/>
          <w:u w:val="single"/>
        </w:rPr>
        <w:t>revolution</w:t>
      </w:r>
      <w:r>
        <w:rPr>
          <w:b w:val="0"/>
          <w:i w:val="0"/>
          <w:smallCaps w:val="0"/>
          <w:strike w:val="0"/>
          <w:sz w:val="16"/>
          <w:u w:val="none"/>
        </w:rPr>
        <w:t xml:space="preserve">, </w:t>
      </w:r>
      <w:r>
        <w:rPr>
          <w:b w:val="0"/>
          <w:i w:val="0"/>
          <w:smallCaps w:val="0"/>
          <w:strike w:val="0"/>
          <w:sz w:val="20"/>
          <w:u w:val="single"/>
        </w:rPr>
        <w:t>with this tech</w:t>
      </w:r>
      <w:r>
        <w:rPr>
          <w:b w:val="0"/>
          <w:i w:val="0"/>
          <w:smallCaps w:val="0"/>
          <w:strike w:val="0"/>
          <w:sz w:val="16"/>
          <w:u w:val="none"/>
        </w:rPr>
        <w:t xml:space="preserve">nology poised </w:t>
      </w:r>
      <w:r>
        <w:rPr>
          <w:b w:val="0"/>
          <w:i w:val="0"/>
          <w:smallCaps w:val="0"/>
          <w:strike w:val="0"/>
          <w:sz w:val="20"/>
          <w:u w:val="single"/>
        </w:rPr>
        <w:t>to add up to $</w:t>
      </w:r>
      <w:r>
        <w:rPr>
          <w:b/>
          <w:i w:val="0"/>
          <w:smallCaps w:val="0"/>
          <w:strike w:val="0"/>
          <w:sz w:val="20"/>
          <w:u w:val="single"/>
        </w:rPr>
        <w:t>4.4 trillion</w:t>
      </w:r>
      <w:r>
        <w:rPr>
          <w:b w:val="0"/>
          <w:i w:val="0"/>
          <w:smallCaps w:val="0"/>
          <w:strike w:val="0"/>
          <w:sz w:val="20"/>
          <w:u w:val="single"/>
        </w:rPr>
        <w:t xml:space="preserve"> to the global</w:t>
      </w:r>
      <w:r>
        <w:rPr>
          <w:b w:val="0"/>
          <w:i w:val="0"/>
          <w:smallCaps w:val="0"/>
          <w:strike w:val="0"/>
          <w:sz w:val="16"/>
          <w:u w:val="none"/>
        </w:rPr>
        <w:t xml:space="preserve"> </w:t>
      </w:r>
      <w:r>
        <w:rPr>
          <w:b w:val="0"/>
          <w:i w:val="0"/>
          <w:smallCaps w:val="0"/>
          <w:strike w:val="0"/>
          <w:sz w:val="20"/>
          <w:u w:val="single"/>
        </w:rPr>
        <w:t>economy annually</w:t>
      </w:r>
      <w:r>
        <w:rPr>
          <w:b w:val="0"/>
          <w:i w:val="0"/>
          <w:smallCaps w:val="0"/>
          <w:strike w:val="0"/>
          <w:sz w:val="16"/>
          <w:u w:val="none"/>
        </w:rPr>
        <w:t>, according to McKinsey. But the race to lead in AI is about more than economic gain; it's about which country's values will shape our future, influencing freedom and openness versus control and surveillance.</w:t>
      </w:r>
    </w:p>
    <w:p>
      <w:pPr>
        <w:spacing w:after="60"/>
      </w:pPr>
      <w:r>
        <w:rPr>
          <w:b w:val="0"/>
          <w:i w:val="0"/>
          <w:smallCaps w:val="0"/>
          <w:strike w:val="0"/>
          <w:sz w:val="20"/>
          <w:u w:val="single"/>
        </w:rPr>
        <w:t>Over the last three decades</w:t>
      </w:r>
      <w:r>
        <w:rPr>
          <w:b w:val="0"/>
          <w:i w:val="0"/>
          <w:smallCaps w:val="0"/>
          <w:strike w:val="0"/>
          <w:sz w:val="16"/>
          <w:u w:val="none"/>
        </w:rPr>
        <w:t xml:space="preserve">, </w:t>
      </w:r>
      <w:r>
        <w:rPr>
          <w:b w:val="0"/>
          <w:i w:val="0"/>
          <w:smallCaps w:val="0"/>
          <w:strike w:val="0"/>
          <w:sz w:val="20"/>
          <w:u w:val="single"/>
        </w:rPr>
        <w:t>America</w:t>
      </w:r>
      <w:r>
        <w:rPr>
          <w:b w:val="0"/>
          <w:i w:val="0"/>
          <w:smallCaps w:val="0"/>
          <w:strike w:val="0"/>
          <w:sz w:val="16"/>
          <w:u w:val="none"/>
        </w:rPr>
        <w:t xml:space="preserve"> </w:t>
      </w:r>
      <w:r>
        <w:rPr>
          <w:b w:val="0"/>
          <w:i w:val="0"/>
          <w:smallCaps w:val="0"/>
          <w:strike w:val="0"/>
          <w:sz w:val="20"/>
          <w:u w:val="single"/>
        </w:rPr>
        <w:t xml:space="preserve">has </w:t>
      </w:r>
      <w:r>
        <w:rPr>
          <w:b/>
          <w:i w:val="0"/>
          <w:smallCaps w:val="0"/>
          <w:strike w:val="0"/>
          <w:sz w:val="20"/>
          <w:u w:val="single"/>
        </w:rPr>
        <w:t>led</w:t>
      </w:r>
      <w:r>
        <w:rPr>
          <w:b w:val="0"/>
          <w:i w:val="0"/>
          <w:smallCaps w:val="0"/>
          <w:strike w:val="0"/>
          <w:sz w:val="20"/>
          <w:u w:val="single"/>
        </w:rPr>
        <w:t xml:space="preserve"> the </w:t>
      </w:r>
      <w:r>
        <w:rPr>
          <w:b/>
          <w:i w:val="0"/>
          <w:smallCaps w:val="0"/>
          <w:strike w:val="0"/>
          <w:sz w:val="20"/>
          <w:u w:val="single"/>
        </w:rPr>
        <w:t>global tech revolution</w:t>
      </w:r>
      <w:r>
        <w:rPr>
          <w:b w:val="0"/>
          <w:i w:val="0"/>
          <w:smallCaps w:val="0"/>
          <w:strike w:val="0"/>
          <w:sz w:val="16"/>
          <w:u w:val="none"/>
        </w:rPr>
        <w:t xml:space="preserve">, driven by values like free expression and entrepreneurship. </w:t>
      </w:r>
      <w:r>
        <w:rPr>
          <w:b w:val="0"/>
          <w:i w:val="0"/>
          <w:smallCaps w:val="0"/>
          <w:strike w:val="0"/>
          <w:sz w:val="20"/>
          <w:u w:val="single"/>
        </w:rPr>
        <w:t>These</w:t>
      </w:r>
      <w:r>
        <w:rPr>
          <w:b w:val="0"/>
          <w:i w:val="0"/>
          <w:smallCaps w:val="0"/>
          <w:strike w:val="0"/>
          <w:sz w:val="16"/>
          <w:u w:val="none"/>
        </w:rPr>
        <w:t xml:space="preserve"> values </w:t>
      </w:r>
      <w:r>
        <w:rPr>
          <w:b w:val="0"/>
          <w:i w:val="0"/>
          <w:smallCaps w:val="0"/>
          <w:strike w:val="0"/>
          <w:sz w:val="20"/>
          <w:u w:val="single"/>
        </w:rPr>
        <w:t xml:space="preserve">have not only </w:t>
      </w:r>
      <w:r>
        <w:rPr>
          <w:b/>
          <w:i w:val="0"/>
          <w:smallCaps w:val="0"/>
          <w:strike w:val="0"/>
          <w:sz w:val="20"/>
          <w:u w:val="single"/>
        </w:rPr>
        <w:t>propelled</w:t>
      </w:r>
      <w:r>
        <w:rPr>
          <w:b w:val="0"/>
          <w:i w:val="0"/>
          <w:smallCaps w:val="0"/>
          <w:strike w:val="0"/>
          <w:sz w:val="20"/>
          <w:u w:val="single"/>
        </w:rPr>
        <w:t xml:space="preserve"> American </w:t>
      </w:r>
      <w:r>
        <w:rPr>
          <w:b/>
          <w:i w:val="0"/>
          <w:smallCaps w:val="0"/>
          <w:strike w:val="0"/>
          <w:sz w:val="20"/>
          <w:u w:val="single"/>
        </w:rPr>
        <w:t>companies</w:t>
      </w:r>
      <w:r>
        <w:rPr>
          <w:b w:val="0"/>
          <w:i w:val="0"/>
          <w:smallCaps w:val="0"/>
          <w:strike w:val="0"/>
          <w:sz w:val="16"/>
          <w:u w:val="none"/>
        </w:rPr>
        <w:t xml:space="preserve"> to the forefront </w:t>
      </w:r>
      <w:r>
        <w:rPr>
          <w:b w:val="0"/>
          <w:i w:val="0"/>
          <w:smallCaps w:val="0"/>
          <w:strike w:val="0"/>
          <w:sz w:val="20"/>
          <w:u w:val="single"/>
        </w:rPr>
        <w:t xml:space="preserve">but have also spread </w:t>
      </w:r>
      <w:r>
        <w:rPr>
          <w:b/>
          <w:i w:val="0"/>
          <w:smallCaps w:val="0"/>
          <w:strike w:val="0"/>
          <w:sz w:val="20"/>
          <w:u w:val="single"/>
        </w:rPr>
        <w:t>democratic principles</w:t>
      </w:r>
      <w:r>
        <w:rPr>
          <w:b w:val="0"/>
          <w:i w:val="0"/>
          <w:smallCaps w:val="0"/>
          <w:strike w:val="0"/>
          <w:sz w:val="16"/>
          <w:u w:val="none"/>
        </w:rPr>
        <w:t xml:space="preserve"> worldwide. As American-made technology crosses borders, it carries with it the potential to enhance global freedom and democracy, making it crucial for America to maintain its technology leadership, especially in the AI landscape.</w:t>
      </w:r>
    </w:p>
    <w:p>
      <w:pPr>
        <w:spacing w:after="60"/>
      </w:pPr>
      <w:r>
        <w:rPr>
          <w:b w:val="0"/>
          <w:i w:val="0"/>
          <w:smallCaps w:val="0"/>
          <w:strike w:val="0"/>
          <w:sz w:val="20"/>
          <w:highlight w:val="cyan"/>
          <w:u w:val="single"/>
        </w:rPr>
        <w:t>China</w:t>
      </w:r>
      <w:r>
        <w:rPr>
          <w:b w:val="0"/>
          <w:i w:val="0"/>
          <w:smallCaps w:val="0"/>
          <w:strike w:val="0"/>
          <w:sz w:val="16"/>
          <w:u w:val="none"/>
        </w:rPr>
        <w:t xml:space="preserve"> </w:t>
      </w:r>
      <w:r>
        <w:rPr>
          <w:b w:val="0"/>
          <w:i w:val="0"/>
          <w:smallCaps w:val="0"/>
          <w:strike w:val="0"/>
          <w:sz w:val="20"/>
          <w:highlight w:val="cyan"/>
          <w:u w:val="single"/>
        </w:rPr>
        <w:t>launched</w:t>
      </w:r>
      <w:r>
        <w:rPr>
          <w:b w:val="0"/>
          <w:i w:val="0"/>
          <w:smallCaps w:val="0"/>
          <w:strike w:val="0"/>
          <w:sz w:val="16"/>
          <w:u w:val="none"/>
        </w:rPr>
        <w:t xml:space="preserve"> a </w:t>
      </w:r>
      <w:r>
        <w:rPr>
          <w:b w:val="0"/>
          <w:i w:val="0"/>
          <w:smallCaps w:val="0"/>
          <w:strike w:val="0"/>
          <w:sz w:val="20"/>
          <w:highlight w:val="cyan"/>
          <w:u w:val="single"/>
        </w:rPr>
        <w:t>$1.4 trillion</w:t>
      </w:r>
      <w:r>
        <w:rPr>
          <w:b w:val="0"/>
          <w:i w:val="0"/>
          <w:smallCaps w:val="0"/>
          <w:strike w:val="0"/>
          <w:sz w:val="20"/>
          <w:u w:val="single"/>
        </w:rPr>
        <w:t xml:space="preserve"> </w:t>
      </w:r>
      <w:r>
        <w:rPr>
          <w:b w:val="0"/>
          <w:i w:val="0"/>
          <w:smallCaps w:val="0"/>
          <w:strike w:val="0"/>
          <w:sz w:val="20"/>
          <w:highlight w:val="cyan"/>
          <w:u w:val="single"/>
        </w:rPr>
        <w:t>plan</w:t>
      </w:r>
      <w:r>
        <w:rPr>
          <w:b w:val="0"/>
          <w:i w:val="0"/>
          <w:smallCaps w:val="0"/>
          <w:strike w:val="0"/>
          <w:sz w:val="16"/>
          <w:u w:val="none"/>
        </w:rPr>
        <w:t xml:space="preserve"> </w:t>
      </w:r>
      <w:r>
        <w:rPr>
          <w:b w:val="0"/>
          <w:i w:val="0"/>
          <w:smallCaps w:val="0"/>
          <w:strike w:val="0"/>
          <w:sz w:val="20"/>
          <w:highlight w:val="cyan"/>
          <w:u w:val="single"/>
        </w:rPr>
        <w:t>to take America's place</w:t>
      </w:r>
      <w:r>
        <w:rPr>
          <w:b w:val="0"/>
          <w:i w:val="0"/>
          <w:smallCaps w:val="0"/>
          <w:strike w:val="0"/>
          <w:sz w:val="16"/>
          <w:u w:val="none"/>
        </w:rPr>
        <w:t xml:space="preserve"> as the innovation leader, investing heavily in the technologies of tomorrow, such as AI. </w:t>
      </w:r>
      <w:r>
        <w:rPr>
          <w:b w:val="0"/>
          <w:i w:val="0"/>
          <w:smallCaps w:val="0"/>
          <w:strike w:val="0"/>
          <w:sz w:val="20"/>
          <w:u w:val="single"/>
        </w:rPr>
        <w:t xml:space="preserve">Those </w:t>
      </w:r>
      <w:r>
        <w:rPr>
          <w:b w:val="0"/>
          <w:i w:val="0"/>
          <w:smallCaps w:val="0"/>
          <w:strike w:val="0"/>
          <w:sz w:val="20"/>
          <w:highlight w:val="cyan"/>
          <w:u w:val="single"/>
        </w:rPr>
        <w:t xml:space="preserve">investments are </w:t>
      </w:r>
      <w:r>
        <w:rPr>
          <w:b/>
          <w:i w:val="0"/>
          <w:smallCaps w:val="0"/>
          <w:strike w:val="0"/>
          <w:sz w:val="20"/>
          <w:highlight w:val="cyan"/>
          <w:u w:val="single"/>
        </w:rPr>
        <w:t>paying</w:t>
      </w:r>
      <w:r>
        <w:rPr>
          <w:b/>
          <w:i w:val="0"/>
          <w:smallCaps w:val="0"/>
          <w:strike w:val="0"/>
          <w:sz w:val="20"/>
          <w:u w:val="single"/>
        </w:rPr>
        <w:t xml:space="preserve"> </w:t>
      </w:r>
      <w:r>
        <w:rPr>
          <w:b/>
          <w:i w:val="0"/>
          <w:smallCaps w:val="0"/>
          <w:strike w:val="0"/>
          <w:sz w:val="20"/>
          <w:highlight w:val="cyan"/>
          <w:u w:val="single"/>
        </w:rPr>
        <w:t>off</w:t>
      </w:r>
      <w:r>
        <w:rPr>
          <w:b w:val="0"/>
          <w:i w:val="0"/>
          <w:smallCaps w:val="0"/>
          <w:strike w:val="0"/>
          <w:sz w:val="16"/>
          <w:u w:val="none"/>
        </w:rPr>
        <w:t xml:space="preserve">. One Australian study found that China leads the United States in 37 of 44 strategic technologies tracked in a year-long project that examined 2.2 million data points. A Harvard University report found that </w:t>
      </w:r>
      <w:r>
        <w:rPr>
          <w:b w:val="0"/>
          <w:i w:val="0"/>
          <w:smallCaps w:val="0"/>
          <w:strike w:val="0"/>
          <w:sz w:val="20"/>
          <w:highlight w:val="cyan"/>
          <w:u w:val="single"/>
        </w:rPr>
        <w:t>China</w:t>
      </w:r>
      <w:r>
        <w:rPr>
          <w:b w:val="0"/>
          <w:i w:val="0"/>
          <w:smallCaps w:val="0"/>
          <w:strike w:val="0"/>
          <w:sz w:val="16"/>
          <w:u w:val="none"/>
        </w:rPr>
        <w:t xml:space="preserve"> </w:t>
      </w:r>
      <w:r>
        <w:rPr>
          <w:b w:val="0"/>
          <w:i w:val="0"/>
          <w:smallCaps w:val="0"/>
          <w:strike w:val="0"/>
          <w:sz w:val="20"/>
          <w:highlight w:val="cyan"/>
          <w:u w:val="single"/>
        </w:rPr>
        <w:t>is</w:t>
      </w:r>
      <w:r>
        <w:rPr>
          <w:b w:val="0"/>
          <w:i w:val="0"/>
          <w:smallCaps w:val="0"/>
          <w:strike w:val="0"/>
          <w:sz w:val="20"/>
          <w:u w:val="single"/>
        </w:rPr>
        <w:t xml:space="preserve"> </w:t>
      </w:r>
      <w:r>
        <w:rPr>
          <w:b w:val="0"/>
          <w:i w:val="0"/>
          <w:smallCaps w:val="0"/>
          <w:strike w:val="0"/>
          <w:sz w:val="20"/>
          <w:highlight w:val="cyan"/>
          <w:u w:val="single"/>
        </w:rPr>
        <w:t>well ahead</w:t>
      </w:r>
      <w:r>
        <w:rPr>
          <w:b w:val="0"/>
          <w:i w:val="0"/>
          <w:smallCaps w:val="0"/>
          <w:strike w:val="0"/>
          <w:sz w:val="20"/>
          <w:u w:val="single"/>
        </w:rPr>
        <w:t xml:space="preserve"> of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highlight w:val="cyan"/>
          <w:u w:val="single"/>
        </w:rPr>
        <w:t>in</w:t>
      </w:r>
      <w:r>
        <w:rPr>
          <w:b w:val="0"/>
          <w:i w:val="0"/>
          <w:smallCaps w:val="0"/>
          <w:strike w:val="0"/>
          <w:sz w:val="16"/>
          <w:u w:val="none"/>
        </w:rPr>
        <w:t xml:space="preserve"> </w:t>
      </w:r>
      <w:r>
        <w:rPr>
          <w:b w:val="0"/>
          <w:i w:val="0"/>
          <w:smallCaps w:val="0"/>
          <w:strike w:val="0"/>
          <w:sz w:val="20"/>
          <w:u w:val="single"/>
        </w:rPr>
        <w:t>high-tech manufacturing</w:t>
      </w:r>
      <w:r>
        <w:rPr>
          <w:b w:val="0"/>
          <w:i w:val="0"/>
          <w:smallCaps w:val="0"/>
          <w:strike w:val="0"/>
          <w:sz w:val="16"/>
          <w:u w:val="none"/>
        </w:rPr>
        <w:t xml:space="preserve"> </w:t>
      </w:r>
      <w:r>
        <w:rPr>
          <w:b w:val="0"/>
          <w:i w:val="0"/>
          <w:smallCaps w:val="0"/>
          <w:strike w:val="0"/>
          <w:sz w:val="20"/>
          <w:u w:val="single"/>
        </w:rPr>
        <w:t xml:space="preserve">and </w:t>
      </w:r>
      <w:r>
        <w:rPr>
          <w:b w:val="0"/>
          <w:i w:val="0"/>
          <w:smallCaps w:val="0"/>
          <w:strike w:val="0"/>
          <w:sz w:val="20"/>
          <w:highlight w:val="cyan"/>
          <w:u w:val="single"/>
        </w:rPr>
        <w:t>5G</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could </w:t>
      </w:r>
      <w:r>
        <w:rPr>
          <w:b w:val="0"/>
          <w:i w:val="0"/>
          <w:smallCaps w:val="0"/>
          <w:strike w:val="0"/>
          <w:sz w:val="20"/>
          <w:u w:val="single"/>
        </w:rPr>
        <w:t>soon</w:t>
      </w:r>
      <w:r>
        <w:rPr>
          <w:b w:val="0"/>
          <w:i w:val="0"/>
          <w:smallCaps w:val="0"/>
          <w:strike w:val="0"/>
          <w:sz w:val="16"/>
          <w:u w:val="none"/>
        </w:rPr>
        <w:t xml:space="preserve"> beat the United States </w:t>
      </w:r>
      <w:r>
        <w:rPr>
          <w:b w:val="0"/>
          <w:i w:val="0"/>
          <w:smallCaps w:val="0"/>
          <w:strike w:val="0"/>
          <w:sz w:val="20"/>
          <w:u w:val="single"/>
        </w:rPr>
        <w:t xml:space="preserve">in </w:t>
      </w:r>
      <w:r>
        <w:rPr>
          <w:b/>
          <w:i w:val="0"/>
          <w:smallCaps w:val="0"/>
          <w:strike w:val="0"/>
          <w:sz w:val="20"/>
          <w:highlight w:val="cyan"/>
          <w:u w:val="single"/>
        </w:rPr>
        <w:t>quantum computing</w:t>
      </w:r>
      <w:r>
        <w:rPr>
          <w:b w:val="0"/>
          <w:i w:val="0"/>
          <w:smallCaps w:val="0"/>
          <w:strike w:val="0"/>
          <w:sz w:val="16"/>
          <w:u w:val="none"/>
        </w:rPr>
        <w:t>. Similarly, a study from The National Security Commission on Artificial Intelligence found that China is poised to overtake the United States as the world leader in AI by 2030. These trends are alarming, and U.S. leaders must be intentional in how we address them.</w:t>
      </w:r>
    </w:p>
    <w:p>
      <w:pPr>
        <w:spacing w:after="60"/>
      </w:pPr>
      <w:r>
        <w:rPr>
          <w:b w:val="0"/>
          <w:i w:val="0"/>
          <w:smallCaps w:val="0"/>
          <w:strike w:val="0"/>
          <w:sz w:val="16"/>
          <w:u w:val="none"/>
        </w:rPr>
        <w:t xml:space="preserve">In addition, </w:t>
      </w:r>
      <w:r>
        <w:rPr>
          <w:b w:val="0"/>
          <w:i w:val="0"/>
          <w:smallCaps w:val="0"/>
          <w:strike w:val="0"/>
          <w:sz w:val="20"/>
          <w:highlight w:val="cyan"/>
          <w:u w:val="single"/>
        </w:rPr>
        <w:t>leading</w:t>
      </w:r>
      <w:r>
        <w:rPr>
          <w:b w:val="0"/>
          <w:i w:val="0"/>
          <w:smallCaps w:val="0"/>
          <w:strike w:val="0"/>
          <w:sz w:val="16"/>
          <w:u w:val="none"/>
        </w:rPr>
        <w:t xml:space="preserve"> </w:t>
      </w:r>
      <w:r>
        <w:rPr>
          <w:b w:val="0"/>
          <w:i w:val="0"/>
          <w:smallCaps w:val="0"/>
          <w:strike w:val="0"/>
          <w:sz w:val="20"/>
          <w:highlight w:val="cyan"/>
          <w:u w:val="single"/>
        </w:rPr>
        <w:t>American</w:t>
      </w:r>
      <w:r>
        <w:rPr>
          <w:b w:val="0"/>
          <w:i w:val="0"/>
          <w:smallCaps w:val="0"/>
          <w:strike w:val="0"/>
          <w:sz w:val="20"/>
          <w:u w:val="single"/>
        </w:rPr>
        <w:t xml:space="preserve"> </w:t>
      </w:r>
      <w:r>
        <w:rPr>
          <w:b w:val="0"/>
          <w:i w:val="0"/>
          <w:smallCaps w:val="0"/>
          <w:strike w:val="0"/>
          <w:sz w:val="20"/>
          <w:highlight w:val="cyan"/>
          <w:u w:val="single"/>
        </w:rPr>
        <w:t>tech</w:t>
      </w:r>
      <w:r>
        <w:rPr>
          <w:b w:val="0"/>
          <w:i w:val="0"/>
          <w:smallCaps w:val="0"/>
          <w:strike w:val="0"/>
          <w:sz w:val="20"/>
          <w:u w:val="single"/>
        </w:rPr>
        <w:t xml:space="preserve"> </w:t>
      </w:r>
      <w:r>
        <w:rPr>
          <w:b w:val="0"/>
          <w:i w:val="0"/>
          <w:smallCaps w:val="0"/>
          <w:strike w:val="0"/>
          <w:sz w:val="20"/>
          <w:highlight w:val="cyan"/>
          <w:u w:val="single"/>
        </w:rPr>
        <w:t>companies</w:t>
      </w:r>
      <w:r>
        <w:rPr>
          <w:b w:val="0"/>
          <w:i w:val="0"/>
          <w:smallCaps w:val="0"/>
          <w:strike w:val="0"/>
          <w:sz w:val="16"/>
          <w:u w:val="none"/>
        </w:rPr>
        <w:t xml:space="preserve"> </w:t>
      </w:r>
      <w:r>
        <w:rPr>
          <w:b w:val="0"/>
          <w:i w:val="0"/>
          <w:smallCaps w:val="0"/>
          <w:strike w:val="0"/>
          <w:sz w:val="20"/>
          <w:highlight w:val="cyan"/>
          <w:u w:val="single"/>
        </w:rPr>
        <w:t>are</w:t>
      </w:r>
      <w:r>
        <w:rPr>
          <w:b w:val="0"/>
          <w:i w:val="0"/>
          <w:smallCaps w:val="0"/>
          <w:strike w:val="0"/>
          <w:sz w:val="20"/>
          <w:u w:val="single"/>
        </w:rPr>
        <w:t xml:space="preserve"> now </w:t>
      </w:r>
      <w:r>
        <w:rPr>
          <w:b w:val="0"/>
          <w:i w:val="0"/>
          <w:smallCaps w:val="0"/>
          <w:strike w:val="0"/>
          <w:sz w:val="20"/>
          <w:highlight w:val="cyan"/>
          <w:u w:val="single"/>
        </w:rPr>
        <w:t xml:space="preserve">being </w:t>
      </w:r>
      <w:r>
        <w:rPr>
          <w:b/>
          <w:i w:val="0"/>
          <w:smallCaps w:val="0"/>
          <w:strike w:val="0"/>
          <w:sz w:val="20"/>
          <w:highlight w:val="cyan"/>
          <w:u w:val="single"/>
        </w:rPr>
        <w:t>forced</w:t>
      </w:r>
      <w:r>
        <w:rPr>
          <w:b w:val="0"/>
          <w:i w:val="0"/>
          <w:smallCaps w:val="0"/>
          <w:strike w:val="0"/>
          <w:sz w:val="20"/>
          <w:highlight w:val="cyan"/>
          <w:u w:val="single"/>
        </w:rPr>
        <w:t xml:space="preserve"> to </w:t>
      </w:r>
      <w:r>
        <w:rPr>
          <w:b/>
          <w:i w:val="0"/>
          <w:smallCaps w:val="0"/>
          <w:strike w:val="0"/>
          <w:sz w:val="20"/>
          <w:highlight w:val="cyan"/>
          <w:u w:val="single"/>
        </w:rPr>
        <w:t>change</w:t>
      </w:r>
      <w:r>
        <w:rPr>
          <w:b w:val="0"/>
          <w:i w:val="0"/>
          <w:smallCaps w:val="0"/>
          <w:strike w:val="0"/>
          <w:sz w:val="20"/>
          <w:u w:val="single"/>
        </w:rPr>
        <w:t xml:space="preserve"> their </w:t>
      </w:r>
      <w:r>
        <w:rPr>
          <w:b/>
          <w:i w:val="0"/>
          <w:smallCaps w:val="0"/>
          <w:strike w:val="0"/>
          <w:sz w:val="20"/>
          <w:highlight w:val="cyan"/>
          <w:u w:val="single"/>
        </w:rPr>
        <w:t>products</w:t>
      </w:r>
      <w:r>
        <w:rPr>
          <w:b w:val="0"/>
          <w:i w:val="0"/>
          <w:smallCaps w:val="0"/>
          <w:strike w:val="0"/>
          <w:sz w:val="16"/>
          <w:u w:val="none"/>
        </w:rPr>
        <w:t xml:space="preserve"> in response to Europe's Digital Markets Act (DMA), even though these changes may erode people's experiences online and are nakedly aimed at propping up the struggling European tech sector. European policymakers prioritize regulation over innovation, </w:t>
      </w:r>
      <w:r>
        <w:rPr>
          <w:b/>
          <w:i w:val="0"/>
          <w:smallCaps w:val="0"/>
          <w:strike w:val="0"/>
          <w:sz w:val="20"/>
          <w:highlight w:val="cyan"/>
          <w:u w:val="single"/>
        </w:rPr>
        <w:t>hindering</w:t>
      </w:r>
      <w:r>
        <w:rPr>
          <w:b w:val="0"/>
          <w:i w:val="0"/>
          <w:smallCaps w:val="0"/>
          <w:strike w:val="0"/>
          <w:sz w:val="16"/>
          <w:u w:val="none"/>
        </w:rPr>
        <w:t xml:space="preserve"> their </w:t>
      </w:r>
      <w:r>
        <w:rPr>
          <w:b w:val="0"/>
          <w:i w:val="0"/>
          <w:smallCaps w:val="0"/>
          <w:strike w:val="0"/>
          <w:sz w:val="20"/>
          <w:u w:val="single"/>
        </w:rPr>
        <w:t xml:space="preserve">companies' </w:t>
      </w:r>
      <w:r>
        <w:rPr>
          <w:b/>
          <w:i w:val="0"/>
          <w:smallCaps w:val="0"/>
          <w:strike w:val="0"/>
          <w:sz w:val="20"/>
          <w:highlight w:val="cyan"/>
          <w:u w:val="single"/>
        </w:rPr>
        <w:t>success</w:t>
      </w:r>
      <w:r>
        <w:rPr>
          <w:b w:val="0"/>
          <w:i w:val="0"/>
          <w:smallCaps w:val="0"/>
          <w:strike w:val="0"/>
          <w:sz w:val="16"/>
          <w:u w:val="none"/>
        </w:rPr>
        <w:t>. Studies show that their privacy law has made it harder for startups to secure venture capital funding.</w:t>
      </w:r>
    </w:p>
    <w:p>
      <w:pPr>
        <w:spacing w:after="60"/>
      </w:pPr>
      <w:r>
        <w:rPr>
          <w:b w:val="0"/>
          <w:i w:val="0"/>
          <w:smallCaps w:val="0"/>
          <w:strike w:val="0"/>
          <w:sz w:val="16"/>
          <w:u w:val="none"/>
        </w:rPr>
        <w:t>Worse, some of the restrictions aimed at the American tech sector are friendly fire. In Washington, some restrictions proposed by lawmakers and federal agencies risk harming leading American tech companies, complicating access to popular services such as widely used search engines, or expedited shipping services. While U.S. home-grown innovators in generative AI have rapidly emerged as global leaders in this field, the Federal Trade Commission (FTC) under Chair Lina Khan has used its limited, taxpayer-funded resources to investigate them.</w:t>
      </w:r>
    </w:p>
    <w:p>
      <w:pPr>
        <w:spacing w:after="60"/>
      </w:pPr>
      <w:r>
        <w:rPr>
          <w:b w:val="0"/>
          <w:i w:val="0"/>
          <w:smallCaps w:val="0"/>
          <w:strike w:val="0"/>
          <w:sz w:val="20"/>
          <w:u w:val="single"/>
        </w:rPr>
        <w:t>At a time when</w:t>
      </w:r>
      <w:r>
        <w:rPr>
          <w:b w:val="0"/>
          <w:i w:val="0"/>
          <w:smallCaps w:val="0"/>
          <w:strike w:val="0"/>
          <w:sz w:val="16"/>
          <w:u w:val="none"/>
        </w:rPr>
        <w:t xml:space="preserve"> </w:t>
      </w:r>
      <w:r>
        <w:rPr>
          <w:b w:val="0"/>
          <w:i w:val="0"/>
          <w:smallCaps w:val="0"/>
          <w:strike w:val="0"/>
          <w:sz w:val="20"/>
          <w:u w:val="single"/>
        </w:rPr>
        <w:t>the race for technology</w:t>
      </w:r>
      <w:r>
        <w:rPr>
          <w:b w:val="0"/>
          <w:i w:val="0"/>
          <w:smallCaps w:val="0"/>
          <w:strike w:val="0"/>
          <w:sz w:val="16"/>
          <w:u w:val="none"/>
        </w:rPr>
        <w:t xml:space="preserve"> </w:t>
      </w:r>
      <w:r>
        <w:rPr>
          <w:b w:val="0"/>
          <w:i w:val="0"/>
          <w:smallCaps w:val="0"/>
          <w:strike w:val="0"/>
          <w:sz w:val="20"/>
          <w:u w:val="single"/>
        </w:rPr>
        <w:t>leadership</w:t>
      </w:r>
      <w:r>
        <w:rPr>
          <w:b w:val="0"/>
          <w:i w:val="0"/>
          <w:smallCaps w:val="0"/>
          <w:strike w:val="0"/>
          <w:sz w:val="16"/>
          <w:u w:val="none"/>
        </w:rPr>
        <w:t xml:space="preserve"> between the United States and China </w:t>
      </w:r>
      <w:r>
        <w:rPr>
          <w:b w:val="0"/>
          <w:i w:val="0"/>
          <w:smallCaps w:val="0"/>
          <w:strike w:val="0"/>
          <w:sz w:val="20"/>
          <w:u w:val="single"/>
        </w:rPr>
        <w:t>has never</w:t>
      </w:r>
      <w:r>
        <w:rPr>
          <w:b w:val="0"/>
          <w:i w:val="0"/>
          <w:smallCaps w:val="0"/>
          <w:strike w:val="0"/>
          <w:sz w:val="16"/>
          <w:u w:val="none"/>
        </w:rPr>
        <w:t xml:space="preserve"> </w:t>
      </w:r>
      <w:r>
        <w:rPr>
          <w:b w:val="0"/>
          <w:i w:val="0"/>
          <w:smallCaps w:val="0"/>
          <w:strike w:val="0"/>
          <w:sz w:val="20"/>
          <w:u w:val="single"/>
        </w:rPr>
        <w:t>been more important</w:t>
      </w:r>
      <w:r>
        <w:rPr>
          <w:b w:val="0"/>
          <w:i w:val="0"/>
          <w:smallCaps w:val="0"/>
          <w:strike w:val="0"/>
          <w:sz w:val="16"/>
          <w:u w:val="none"/>
        </w:rPr>
        <w:t xml:space="preserve"> or more intense, </w:t>
      </w:r>
      <w:r>
        <w:rPr>
          <w:b w:val="0"/>
          <w:i w:val="0"/>
          <w:smallCaps w:val="0"/>
          <w:strike w:val="0"/>
          <w:sz w:val="20"/>
          <w:highlight w:val="cyan"/>
          <w:u w:val="single"/>
        </w:rPr>
        <w:t>Washington</w:t>
      </w:r>
      <w:r>
        <w:rPr>
          <w:b w:val="0"/>
          <w:i w:val="0"/>
          <w:smallCaps w:val="0"/>
          <w:strike w:val="0"/>
          <w:sz w:val="20"/>
          <w:u w:val="single"/>
        </w:rPr>
        <w:t xml:space="preserve"> </w:t>
      </w:r>
      <w:r>
        <w:rPr>
          <w:b w:val="0"/>
          <w:i w:val="0"/>
          <w:smallCaps w:val="0"/>
          <w:strike w:val="0"/>
          <w:sz w:val="20"/>
          <w:highlight w:val="cyan"/>
          <w:u w:val="single"/>
        </w:rPr>
        <w:t xml:space="preserve">is creating </w:t>
      </w:r>
      <w:r>
        <w:rPr>
          <w:b/>
          <w:i w:val="0"/>
          <w:smallCaps w:val="0"/>
          <w:strike w:val="0"/>
          <w:sz w:val="20"/>
          <w:highlight w:val="cyan"/>
          <w:u w:val="single"/>
        </w:rPr>
        <w:t>headwinds</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threaten to</w:t>
      </w:r>
      <w:r>
        <w:rPr>
          <w:b w:val="0"/>
          <w:i w:val="0"/>
          <w:smallCaps w:val="0"/>
          <w:strike w:val="0"/>
          <w:sz w:val="16"/>
          <w:u w:val="none"/>
        </w:rPr>
        <w:t xml:space="preserve"> </w:t>
      </w:r>
      <w:r>
        <w:rPr>
          <w:b/>
          <w:i w:val="0"/>
          <w:smallCaps w:val="0"/>
          <w:strike w:val="0"/>
          <w:sz w:val="20"/>
          <w:highlight w:val="cyan"/>
          <w:u w:val="single"/>
        </w:rPr>
        <w:t>undermine</w:t>
      </w:r>
      <w:r>
        <w:rPr>
          <w:b w:val="0"/>
          <w:i w:val="0"/>
          <w:smallCaps w:val="0"/>
          <w:strike w:val="0"/>
          <w:sz w:val="16"/>
          <w:highlight w:val="cyan"/>
          <w:u w:val="none"/>
        </w:rPr>
        <w:t xml:space="preserve"> </w:t>
      </w:r>
      <w:r>
        <w:rPr>
          <w:b w:val="0"/>
          <w:i w:val="0"/>
          <w:smallCaps w:val="0"/>
          <w:strike w:val="0"/>
          <w:sz w:val="20"/>
          <w:highlight w:val="cyan"/>
          <w:u w:val="single"/>
        </w:rPr>
        <w:t>th</w:t>
      </w:r>
      <w:r>
        <w:rPr>
          <w:b w:val="0"/>
          <w:i w:val="0"/>
          <w:smallCaps w:val="0"/>
          <w:strike w:val="0"/>
          <w:sz w:val="20"/>
          <w:u w:val="single"/>
        </w:rPr>
        <w:t xml:space="preserve">e </w:t>
      </w:r>
      <w:r>
        <w:rPr>
          <w:b/>
          <w:i w:val="0"/>
          <w:smallCaps w:val="0"/>
          <w:strike w:val="0"/>
          <w:sz w:val="20"/>
          <w:highlight w:val="cyan"/>
          <w:u w:val="single"/>
        </w:rPr>
        <w:t>advancement</w:t>
      </w:r>
      <w:r>
        <w:rPr>
          <w:b w:val="0"/>
          <w:i w:val="0"/>
          <w:smallCaps w:val="0"/>
          <w:strike w:val="0"/>
          <w:sz w:val="20"/>
          <w:u w:val="single"/>
        </w:rPr>
        <w:t xml:space="preserve"> </w:t>
      </w:r>
      <w:r>
        <w:rPr>
          <w:b w:val="0"/>
          <w:i w:val="0"/>
          <w:smallCaps w:val="0"/>
          <w:strike w:val="0"/>
          <w:sz w:val="20"/>
          <w:highlight w:val="cyan"/>
          <w:u w:val="single"/>
        </w:rPr>
        <w:t>of both</w:t>
      </w:r>
      <w:r>
        <w:rPr>
          <w:b w:val="0"/>
          <w:i w:val="0"/>
          <w:smallCaps w:val="0"/>
          <w:strike w:val="0"/>
          <w:sz w:val="20"/>
          <w:u w:val="single"/>
        </w:rPr>
        <w:t xml:space="preserve"> </w:t>
      </w:r>
      <w:r>
        <w:rPr>
          <w:b/>
          <w:i w:val="0"/>
          <w:smallCaps w:val="0"/>
          <w:strike w:val="0"/>
          <w:sz w:val="20"/>
          <w:u w:val="single"/>
        </w:rPr>
        <w:t>American</w:t>
      </w:r>
      <w:r>
        <w:rPr>
          <w:b w:val="0"/>
          <w:i w:val="0"/>
          <w:smallCaps w:val="0"/>
          <w:strike w:val="0"/>
          <w:sz w:val="20"/>
          <w:u w:val="single"/>
        </w:rPr>
        <w:t xml:space="preserve"> </w:t>
      </w:r>
      <w:r>
        <w:rPr>
          <w:b/>
          <w:i w:val="0"/>
          <w:smallCaps w:val="0"/>
          <w:strike w:val="0"/>
          <w:sz w:val="20"/>
          <w:u w:val="single"/>
        </w:rPr>
        <w:t>tech</w:t>
      </w:r>
      <w:r>
        <w:rPr>
          <w:b w:val="0"/>
          <w:i w:val="0"/>
          <w:smallCaps w:val="0"/>
          <w:strike w:val="0"/>
          <w:sz w:val="20"/>
          <w:u w:val="single"/>
        </w:rPr>
        <w:t>nology</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American </w:t>
      </w:r>
      <w:r>
        <w:rPr>
          <w:b w:val="0"/>
          <w:i w:val="0"/>
          <w:smallCaps w:val="0"/>
          <w:strike w:val="0"/>
          <w:sz w:val="20"/>
          <w:u w:val="single"/>
        </w:rPr>
        <w:t>values</w:t>
      </w:r>
      <w:r>
        <w:rPr>
          <w:b w:val="0"/>
          <w:i w:val="0"/>
          <w:smallCaps w:val="0"/>
          <w:strike w:val="0"/>
          <w:sz w:val="16"/>
          <w:u w:val="none"/>
        </w:rPr>
        <w:t>. For example, a new study from the Competitive Enterprise Institute (CEI) found "the FTC's newly aggressive antitrust enforcement toward tech companies threatens the U.S. advantage in AI development and undermines the U.S. economy."</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