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It’ll be </w:t>
      </w:r>
      <w:r>
        <w:rPr>
          <w:b/>
          <w:i w:val="0"/>
          <w:smallCaps w:val="0"/>
          <w:strike w:val="0"/>
          <w:sz w:val="24"/>
          <w:u w:val="single"/>
        </w:rPr>
        <w:t>rapid</w:t>
      </w:r>
      <w:r>
        <w:rPr>
          <w:b/>
          <w:i w:val="0"/>
          <w:smallCaps w:val="0"/>
          <w:strike w:val="0"/>
          <w:sz w:val="24"/>
          <w:u w:val="none"/>
        </w:rPr>
        <w:t xml:space="preserve">, overwhelming </w:t>
      </w:r>
      <w:r>
        <w:rPr>
          <w:b/>
          <w:i w:val="0"/>
          <w:smallCaps w:val="0"/>
          <w:strike w:val="0"/>
          <w:sz w:val="24"/>
          <w:u w:val="single"/>
        </w:rPr>
        <w:t>adaptation</w:t>
      </w:r>
      <w:r>
        <w:rPr>
          <w:b/>
          <w:i w:val="0"/>
          <w:smallCaps w:val="0"/>
          <w:strike w:val="0"/>
          <w:sz w:val="24"/>
          <w:u w:val="none"/>
        </w:rPr>
        <w:t xml:space="preserve">, there’s </w:t>
      </w:r>
      <w:r>
        <w:rPr>
          <w:b/>
          <w:i w:val="0"/>
          <w:smallCaps w:val="0"/>
          <w:strike w:val="0"/>
          <w:sz w:val="24"/>
          <w:u w:val="single"/>
        </w:rPr>
        <w:t>multiple</w:t>
      </w:r>
      <w:r>
        <w:rPr>
          <w:b/>
          <w:i w:val="0"/>
          <w:smallCaps w:val="0"/>
          <w:strike w:val="0"/>
          <w:sz w:val="24"/>
          <w:u w:val="none"/>
        </w:rPr>
        <w:t xml:space="preserve"> positive </w:t>
      </w:r>
      <w:r>
        <w:rPr>
          <w:b/>
          <w:i w:val="0"/>
          <w:smallCaps w:val="0"/>
          <w:strike w:val="0"/>
          <w:sz w:val="24"/>
          <w:u w:val="none"/>
        </w:rPr>
        <w:t>feedbacks</w:t>
      </w:r>
      <w:r>
        <w:rPr>
          <w:b/>
          <w:i w:val="0"/>
          <w:smallCaps w:val="0"/>
          <w:strike w:val="0"/>
          <w:sz w:val="24"/>
          <w:u w:val="none"/>
        </w:rPr>
        <w:t xml:space="preserve"> AND it causes </w:t>
      </w:r>
      <w:r>
        <w:rPr>
          <w:b/>
          <w:i w:val="0"/>
          <w:smallCaps w:val="0"/>
          <w:strike w:val="0"/>
          <w:sz w:val="24"/>
          <w:u w:val="single"/>
        </w:rPr>
        <w:t>extinction</w:t>
      </w:r>
      <w:r>
        <w:rPr>
          <w:b/>
          <w:i w:val="0"/>
          <w:smallCaps w:val="0"/>
          <w:strike w:val="0"/>
          <w:sz w:val="24"/>
          <w:u w:val="none"/>
        </w:rPr>
        <w:t xml:space="preserve"> from </w:t>
      </w:r>
      <w:r>
        <w:rPr>
          <w:b/>
          <w:i w:val="0"/>
          <w:smallCaps w:val="0"/>
          <w:strike w:val="0"/>
          <w:sz w:val="24"/>
          <w:u w:val="single"/>
        </w:rPr>
        <w:t>food</w:t>
      </w:r>
      <w:r>
        <w:rPr>
          <w:b/>
          <w:i w:val="0"/>
          <w:smallCaps w:val="0"/>
          <w:strike w:val="0"/>
          <w:sz w:val="24"/>
          <w:u w:val="none"/>
        </w:rPr>
        <w:t xml:space="preserve">, </w:t>
      </w:r>
      <w:r>
        <w:rPr>
          <w:b/>
          <w:i w:val="0"/>
          <w:smallCaps w:val="0"/>
          <w:strike w:val="0"/>
          <w:sz w:val="24"/>
          <w:u w:val="single"/>
        </w:rPr>
        <w:t>water</w:t>
      </w:r>
      <w:r>
        <w:rPr>
          <w:b/>
          <w:i w:val="0"/>
          <w:smallCaps w:val="0"/>
          <w:strike w:val="0"/>
          <w:sz w:val="24"/>
          <w:u w:val="none"/>
        </w:rPr>
        <w:t xml:space="preserve">, </w:t>
      </w:r>
      <w:r>
        <w:rPr>
          <w:b/>
          <w:i w:val="0"/>
          <w:smallCaps w:val="0"/>
          <w:strike w:val="0"/>
          <w:sz w:val="24"/>
          <w:u w:val="single"/>
        </w:rPr>
        <w:t>resource wars</w:t>
      </w:r>
      <w:r>
        <w:rPr>
          <w:b/>
          <w:i w:val="0"/>
          <w:smallCaps w:val="0"/>
          <w:strike w:val="0"/>
          <w:sz w:val="24"/>
          <w:u w:val="none"/>
        </w:rPr>
        <w:t xml:space="preserve">, </w:t>
      </w:r>
      <w:r>
        <w:rPr>
          <w:b/>
          <w:i w:val="0"/>
          <w:smallCaps w:val="0"/>
          <w:strike w:val="0"/>
          <w:sz w:val="24"/>
          <w:u w:val="single"/>
        </w:rPr>
        <w:t>ocean collapse</w:t>
      </w:r>
      <w:r>
        <w:rPr>
          <w:b/>
          <w:i w:val="0"/>
          <w:smallCaps w:val="0"/>
          <w:strike w:val="0"/>
          <w:sz w:val="24"/>
          <w:u w:val="none"/>
        </w:rPr>
        <w:t xml:space="preserve">, and </w:t>
      </w:r>
      <w:r>
        <w:rPr>
          <w:b/>
          <w:i w:val="0"/>
          <w:smallCaps w:val="0"/>
          <w:strike w:val="0"/>
          <w:sz w:val="24"/>
          <w:u w:val="single"/>
        </w:rPr>
        <w:t>disease</w:t>
      </w:r>
    </w:p>
    <w:p>
      <w:pPr>
        <w:spacing w:after="80"/>
      </w:pPr>
      <w:r>
        <w:rPr>
          <w:b w:val="0"/>
          <w:i w:val="0"/>
          <w:smallCaps w:val="0"/>
          <w:strike w:val="0"/>
          <w:sz w:val="16"/>
          <w:u w:val="none"/>
        </w:rPr>
        <w:t xml:space="preserve">John </w:t>
      </w:r>
      <w:r>
        <w:rPr>
          <w:b/>
          <w:i w:val="0"/>
          <w:smallCaps w:val="0"/>
          <w:strike w:val="0"/>
          <w:sz w:val="24"/>
          <w:u w:val="none"/>
        </w:rPr>
        <w:t>Coviello 21</w:t>
      </w:r>
      <w:r>
        <w:rPr>
          <w:b w:val="0"/>
          <w:i w:val="0"/>
          <w:smallCaps w:val="0"/>
          <w:strike w:val="0"/>
          <w:sz w:val="16"/>
          <w:u w:val="none"/>
        </w:rPr>
        <w:t xml:space="preserve">, Senior Technical Writer at Total Technology, Inc., Author of One Last Breath: A Look Back at 200 Years of Global Warming, Degree in Environmental Science from Susquehanna University, “Are Humans Facing Near-Term Human Extinction Due to Global Warming?”, </w:t>
      </w:r>
      <w:r>
        <w:rPr>
          <w:b w:val="0"/>
          <w:i w:val="0"/>
          <w:smallCaps w:val="0"/>
          <w:strike w:val="0"/>
          <w:sz w:val="16"/>
          <w:u w:val="none"/>
        </w:rPr>
        <w:t>Soapboxie</w:t>
      </w:r>
      <w:r>
        <w:rPr>
          <w:b w:val="0"/>
          <w:i w:val="0"/>
          <w:smallCaps w:val="0"/>
          <w:strike w:val="0"/>
          <w:sz w:val="16"/>
          <w:u w:val="none"/>
        </w:rPr>
        <w:t>, 7/23/2021, https://soapboxie.com/social-issues/Are-Humans-Facing-Near-Term-Human-Extinction-Due-to-Global-Warming</w:t>
      </w:r>
    </w:p>
    <w:p>
      <w:pPr>
        <w:spacing w:after="60"/>
      </w:pPr>
      <w:r>
        <w:rPr>
          <w:b w:val="0"/>
          <w:i w:val="0"/>
          <w:smallCaps w:val="0"/>
          <w:strike w:val="0"/>
          <w:sz w:val="16"/>
          <w:u w:val="none"/>
        </w:rPr>
        <w:t xml:space="preserve">Looking back on the history of life on Earth, </w:t>
      </w:r>
      <w:r>
        <w:rPr>
          <w:b w:val="0"/>
          <w:i w:val="0"/>
          <w:smallCaps w:val="0"/>
          <w:strike w:val="0"/>
          <w:sz w:val="20"/>
          <w:u w:val="single"/>
        </w:rPr>
        <w:t xml:space="preserve">the main driver of species’ extinctions </w:t>
      </w:r>
      <w:r>
        <w:rPr>
          <w:b w:val="0"/>
          <w:i w:val="0"/>
          <w:smallCaps w:val="0"/>
          <w:strike w:val="0"/>
          <w:sz w:val="20"/>
          <w:u w:val="single"/>
        </w:rPr>
        <w:t>have</w:t>
      </w:r>
      <w:r>
        <w:rPr>
          <w:b w:val="0"/>
          <w:i w:val="0"/>
          <w:smallCaps w:val="0"/>
          <w:strike w:val="0"/>
          <w:sz w:val="20"/>
          <w:u w:val="single"/>
        </w:rPr>
        <w:t xml:space="preserve"> been </w:t>
      </w:r>
      <w:r>
        <w:rPr>
          <w:b/>
          <w:i w:val="0"/>
          <w:smallCaps w:val="0"/>
          <w:strike w:val="0"/>
          <w:sz w:val="20"/>
          <w:u w:val="single"/>
        </w:rPr>
        <w:t>changes in climate</w:t>
      </w:r>
      <w:r>
        <w:rPr>
          <w:b w:val="0"/>
          <w:i w:val="0"/>
          <w:smallCaps w:val="0"/>
          <w:strike w:val="0"/>
          <w:sz w:val="16"/>
          <w:u w:val="none"/>
        </w:rPr>
        <w:t xml:space="preserve"> over time </w:t>
      </w:r>
      <w:r>
        <w:rPr>
          <w:b w:val="0"/>
          <w:i w:val="0"/>
          <w:smallCaps w:val="0"/>
          <w:strike w:val="0"/>
          <w:sz w:val="20"/>
          <w:u w:val="single"/>
        </w:rPr>
        <w:t xml:space="preserve">that species could </w:t>
      </w:r>
      <w:r>
        <w:rPr>
          <w:b/>
          <w:i w:val="0"/>
          <w:smallCaps w:val="0"/>
          <w:strike w:val="0"/>
          <w:sz w:val="20"/>
          <w:u w:val="single"/>
        </w:rPr>
        <w:t>not adapt to</w:t>
      </w:r>
      <w:r>
        <w:rPr>
          <w:b w:val="0"/>
          <w:i w:val="0"/>
          <w:smallCaps w:val="0"/>
          <w:strike w:val="0"/>
          <w:sz w:val="16"/>
          <w:u w:val="none"/>
        </w:rPr>
        <w:t xml:space="preserve">, even when provided long spans of time to adapt. </w:t>
      </w:r>
      <w:r>
        <w:rPr>
          <w:b w:val="0"/>
          <w:i w:val="0"/>
          <w:smallCaps w:val="0"/>
          <w:strike w:val="0"/>
          <w:sz w:val="20"/>
          <w:highlight w:val="cyan"/>
          <w:u w:val="single"/>
        </w:rPr>
        <w:t>Given</w:t>
      </w:r>
      <w:r>
        <w:rPr>
          <w:b w:val="0"/>
          <w:i w:val="0"/>
          <w:smallCaps w:val="0"/>
          <w:strike w:val="0"/>
          <w:sz w:val="20"/>
          <w:u w:val="single"/>
        </w:rPr>
        <w:t xml:space="preserve"> the unnaturally </w:t>
      </w:r>
      <w:r>
        <w:rPr>
          <w:b/>
          <w:i w:val="0"/>
          <w:smallCaps w:val="0"/>
          <w:strike w:val="0"/>
          <w:sz w:val="20"/>
          <w:highlight w:val="cyan"/>
          <w:u w:val="single"/>
        </w:rPr>
        <w:t>fast</w:t>
      </w:r>
      <w:r>
        <w:rPr>
          <w:b/>
          <w:i w:val="0"/>
          <w:smallCaps w:val="0"/>
          <w:strike w:val="0"/>
          <w:sz w:val="20"/>
          <w:u w:val="single"/>
        </w:rPr>
        <w:t xml:space="preserve"> rate</w:t>
      </w:r>
      <w:r>
        <w:rPr>
          <w:b w:val="0"/>
          <w:i w:val="0"/>
          <w:smallCaps w:val="0"/>
          <w:strike w:val="0"/>
          <w:sz w:val="20"/>
          <w:u w:val="single"/>
        </w:rPr>
        <w:t xml:space="preserve"> of</w:t>
      </w:r>
      <w:r>
        <w:rPr>
          <w:b w:val="0"/>
          <w:i w:val="0"/>
          <w:smallCaps w:val="0"/>
          <w:strike w:val="0"/>
          <w:sz w:val="16"/>
          <w:u w:val="none"/>
        </w:rPr>
        <w:t xml:space="preserve"> global </w:t>
      </w:r>
      <w:r>
        <w:rPr>
          <w:b w:val="0"/>
          <w:i w:val="0"/>
          <w:smallCaps w:val="0"/>
          <w:strike w:val="0"/>
          <w:sz w:val="20"/>
          <w:highlight w:val="cyan"/>
          <w:u w:val="single"/>
        </w:rPr>
        <w:t>warming</w:t>
      </w:r>
      <w:r>
        <w:rPr>
          <w:b w:val="0"/>
          <w:i w:val="0"/>
          <w:smallCaps w:val="0"/>
          <w:strike w:val="0"/>
          <w:sz w:val="16"/>
          <w:u w:val="none"/>
        </w:rPr>
        <w:t xml:space="preserve"> climate change now occurring, </w:t>
      </w:r>
      <w:r>
        <w:rPr>
          <w:b w:val="0"/>
          <w:i w:val="0"/>
          <w:smallCaps w:val="0"/>
          <w:strike w:val="0"/>
          <w:sz w:val="20"/>
          <w:u w:val="single"/>
        </w:rPr>
        <w:t xml:space="preserve">humans would have to adapt to the </w:t>
      </w:r>
      <w:r>
        <w:rPr>
          <w:b/>
          <w:i w:val="0"/>
          <w:smallCaps w:val="0"/>
          <w:strike w:val="0"/>
          <w:sz w:val="20"/>
          <w:u w:val="single"/>
        </w:rPr>
        <w:t>rapid loss</w:t>
      </w:r>
      <w:r>
        <w:rPr>
          <w:b w:val="0"/>
          <w:i w:val="0"/>
          <w:smallCaps w:val="0"/>
          <w:strike w:val="0"/>
          <w:sz w:val="20"/>
          <w:u w:val="single"/>
        </w:rPr>
        <w:t xml:space="preserve"> of </w:t>
      </w:r>
      <w:r>
        <w:rPr>
          <w:b/>
          <w:i w:val="0"/>
          <w:smallCaps w:val="0"/>
          <w:strike w:val="0"/>
          <w:sz w:val="20"/>
          <w:u w:val="single"/>
        </w:rPr>
        <w:t>habitat</w:t>
      </w:r>
      <w:r>
        <w:rPr>
          <w:b w:val="0"/>
          <w:i w:val="0"/>
          <w:smallCaps w:val="0"/>
          <w:strike w:val="0"/>
          <w:sz w:val="20"/>
          <w:u w:val="single"/>
        </w:rPr>
        <w:t xml:space="preserve"> and </w:t>
      </w:r>
      <w:r>
        <w:rPr>
          <w:b/>
          <w:i w:val="0"/>
          <w:smallCaps w:val="0"/>
          <w:strike w:val="0"/>
          <w:sz w:val="20"/>
          <w:u w:val="single"/>
        </w:rPr>
        <w:t>food sources</w:t>
      </w:r>
      <w:r>
        <w:rPr>
          <w:b w:val="0"/>
          <w:i w:val="0"/>
          <w:smallCaps w:val="0"/>
          <w:strike w:val="0"/>
          <w:sz w:val="16"/>
          <w:u w:val="none"/>
        </w:rPr>
        <w:t>, as well as all the other impacts, at an unprecedentedly fast speed. Adding to concerns regarding our survival as a species, pessimists point out that Homo sapiens are the last of several humanoid species (Neanderthals, Homo erectus, etc.) that made Earth their home for millions of years until these prior humanoid species eventually went extinct because they could not adapt to their environment and competition for food.</w:t>
      </w:r>
    </w:p>
    <w:p>
      <w:pPr>
        <w:spacing w:after="60"/>
      </w:pPr>
      <w:r>
        <w:rPr>
          <w:b w:val="0"/>
          <w:i w:val="0"/>
          <w:smallCaps w:val="0"/>
          <w:strike w:val="0"/>
          <w:sz w:val="16"/>
          <w:u w:val="none"/>
        </w:rPr>
        <w:t>Why the Concern Now About Our Survival as a Species?</w:t>
      </w:r>
    </w:p>
    <w:p>
      <w:pPr>
        <w:spacing w:after="60"/>
      </w:pPr>
      <w:r>
        <w:rPr>
          <w:b w:val="0"/>
          <w:i w:val="0"/>
          <w:smallCaps w:val="0"/>
          <w:strike w:val="0"/>
          <w:sz w:val="16"/>
          <w:u w:val="none"/>
        </w:rPr>
        <w:t xml:space="preserve">While some scientists started raising concerns about the burning of fossil fuels eventually warming the Earth’s atmosphere as far back as the middle 20th century, a consensus among scientists that global warming is a problem we </w:t>
      </w:r>
      <w:r>
        <w:rPr>
          <w:b w:val="0"/>
          <w:i w:val="0"/>
          <w:smallCaps w:val="0"/>
          <w:strike w:val="0"/>
          <w:sz w:val="16"/>
          <w:u w:val="none"/>
        </w:rPr>
        <w:t>have to</w:t>
      </w:r>
      <w:r>
        <w:rPr>
          <w:b w:val="0"/>
          <w:i w:val="0"/>
          <w:smallCaps w:val="0"/>
          <w:strike w:val="0"/>
          <w:sz w:val="16"/>
          <w:u w:val="none"/>
        </w:rPr>
        <w:t xml:space="preserve"> address didn’t form until the later part of the 20th century.</w:t>
      </w:r>
    </w:p>
    <w:p>
      <w:pPr>
        <w:spacing w:after="60"/>
      </w:pPr>
      <w:r>
        <w:rPr>
          <w:b w:val="0"/>
          <w:i w:val="0"/>
          <w:smallCaps w:val="0"/>
          <w:strike w:val="0"/>
          <w:sz w:val="16"/>
          <w:u w:val="none"/>
        </w:rPr>
        <w:t xml:space="preserve">Now that we’re progressing through the 21st century, why are some in scientific circles raising concerns about our near-term survival as a species? In recent years, </w:t>
      </w:r>
      <w:r>
        <w:rPr>
          <w:b w:val="0"/>
          <w:i w:val="0"/>
          <w:smallCaps w:val="0"/>
          <w:strike w:val="0"/>
          <w:sz w:val="20"/>
          <w:u w:val="single"/>
        </w:rPr>
        <w:t xml:space="preserve">the </w:t>
      </w:r>
      <w:r>
        <w:rPr>
          <w:b w:val="0"/>
          <w:i w:val="0"/>
          <w:smallCaps w:val="0"/>
          <w:strike w:val="0"/>
          <w:sz w:val="20"/>
          <w:highlight w:val="cyan"/>
          <w:u w:val="single"/>
        </w:rPr>
        <w:t>effects of</w:t>
      </w:r>
      <w:r>
        <w:rPr>
          <w:b w:val="0"/>
          <w:i w:val="0"/>
          <w:smallCaps w:val="0"/>
          <w:strike w:val="0"/>
          <w:sz w:val="20"/>
          <w:u w:val="single"/>
        </w:rPr>
        <w:t xml:space="preserve"> global </w:t>
      </w:r>
      <w:r>
        <w:rPr>
          <w:b w:val="0"/>
          <w:i w:val="0"/>
          <w:smallCaps w:val="0"/>
          <w:strike w:val="0"/>
          <w:sz w:val="20"/>
          <w:highlight w:val="cyan"/>
          <w:u w:val="single"/>
        </w:rPr>
        <w:t>warming have become</w:t>
      </w:r>
      <w:r>
        <w:rPr>
          <w:b w:val="0"/>
          <w:i w:val="0"/>
          <w:smallCaps w:val="0"/>
          <w:strike w:val="0"/>
          <w:sz w:val="20"/>
          <w:u w:val="single"/>
        </w:rPr>
        <w:t xml:space="preserve"> </w:t>
      </w:r>
      <w:r>
        <w:rPr>
          <w:b/>
          <w:i w:val="0"/>
          <w:smallCaps w:val="0"/>
          <w:strike w:val="0"/>
          <w:sz w:val="20"/>
          <w:u w:val="single"/>
        </w:rPr>
        <w:t xml:space="preserve">exceedingly </w:t>
      </w:r>
      <w:r>
        <w:rPr>
          <w:b/>
          <w:i w:val="0"/>
          <w:smallCaps w:val="0"/>
          <w:strike w:val="0"/>
          <w:sz w:val="20"/>
          <w:highlight w:val="cyan"/>
          <w:u w:val="single"/>
        </w:rPr>
        <w:t>extreme</w:t>
      </w:r>
      <w:r>
        <w:rPr>
          <w:b w:val="0"/>
          <w:i w:val="0"/>
          <w:smallCaps w:val="0"/>
          <w:strike w:val="0"/>
          <w:sz w:val="16"/>
          <w:u w:val="none"/>
        </w:rPr>
        <w:t xml:space="preserve">. In fact, </w:t>
      </w:r>
      <w:r>
        <w:rPr>
          <w:b w:val="0"/>
          <w:i w:val="0"/>
          <w:smallCaps w:val="0"/>
          <w:strike w:val="0"/>
          <w:sz w:val="20"/>
          <w:highlight w:val="cyan"/>
          <w:u w:val="single"/>
        </w:rPr>
        <w:t>from</w:t>
      </w:r>
      <w:r>
        <w:rPr>
          <w:b w:val="0"/>
          <w:i w:val="0"/>
          <w:smallCaps w:val="0"/>
          <w:strike w:val="0"/>
          <w:sz w:val="20"/>
          <w:u w:val="single"/>
        </w:rPr>
        <w:t xml:space="preserve"> record-breaking </w:t>
      </w:r>
      <w:r>
        <w:rPr>
          <w:b/>
          <w:i w:val="0"/>
          <w:smallCaps w:val="0"/>
          <w:strike w:val="0"/>
          <w:sz w:val="20"/>
          <w:highlight w:val="cyan"/>
          <w:u w:val="single"/>
        </w:rPr>
        <w:t>heatwaves</w:t>
      </w:r>
      <w:r>
        <w:rPr>
          <w:b w:val="0"/>
          <w:i w:val="0"/>
          <w:smallCaps w:val="0"/>
          <w:strike w:val="0"/>
          <w:sz w:val="20"/>
          <w:highlight w:val="cyan"/>
          <w:u w:val="single"/>
        </w:rPr>
        <w:t xml:space="preserve"> to</w:t>
      </w:r>
      <w:r>
        <w:rPr>
          <w:b w:val="0"/>
          <w:i w:val="0"/>
          <w:smallCaps w:val="0"/>
          <w:strike w:val="0"/>
          <w:sz w:val="20"/>
          <w:u w:val="single"/>
        </w:rPr>
        <w:t xml:space="preserve"> unprecedented </w:t>
      </w:r>
      <w:r>
        <w:rPr>
          <w:b/>
          <w:i w:val="0"/>
          <w:smallCaps w:val="0"/>
          <w:strike w:val="0"/>
          <w:sz w:val="20"/>
          <w:u w:val="single"/>
        </w:rPr>
        <w:t xml:space="preserve">forest </w:t>
      </w:r>
      <w:r>
        <w:rPr>
          <w:b/>
          <w:i w:val="0"/>
          <w:smallCaps w:val="0"/>
          <w:strike w:val="0"/>
          <w:sz w:val="20"/>
          <w:highlight w:val="cyan"/>
          <w:u w:val="single"/>
        </w:rPr>
        <w:t>fires</w:t>
      </w:r>
      <w:r>
        <w:rPr>
          <w:b w:val="0"/>
          <w:i w:val="0"/>
          <w:smallCaps w:val="0"/>
          <w:strike w:val="0"/>
          <w:sz w:val="20"/>
          <w:highlight w:val="cyan"/>
          <w:u w:val="single"/>
        </w:rPr>
        <w:t xml:space="preserve"> to</w:t>
      </w:r>
      <w:r>
        <w:rPr>
          <w:b w:val="0"/>
          <w:i w:val="0"/>
          <w:smallCaps w:val="0"/>
          <w:strike w:val="0"/>
          <w:sz w:val="20"/>
          <w:u w:val="single"/>
        </w:rPr>
        <w:t xml:space="preserve"> melting </w:t>
      </w:r>
      <w:r>
        <w:rPr>
          <w:b/>
          <w:i w:val="0"/>
          <w:smallCaps w:val="0"/>
          <w:strike w:val="0"/>
          <w:sz w:val="20"/>
          <w:u w:val="single"/>
        </w:rPr>
        <w:t xml:space="preserve">polar </w:t>
      </w:r>
      <w:r>
        <w:rPr>
          <w:b/>
          <w:i w:val="0"/>
          <w:smallCaps w:val="0"/>
          <w:strike w:val="0"/>
          <w:sz w:val="20"/>
          <w:highlight w:val="cyan"/>
          <w:u w:val="single"/>
        </w:rPr>
        <w:t>ice</w:t>
      </w:r>
      <w:r>
        <w:rPr>
          <w:b w:val="0"/>
          <w:i w:val="0"/>
          <w:smallCaps w:val="0"/>
          <w:strike w:val="0"/>
          <w:sz w:val="20"/>
          <w:u w:val="single"/>
        </w:rPr>
        <w:t xml:space="preserve"> sheets, the </w:t>
      </w:r>
      <w:r>
        <w:rPr>
          <w:b w:val="0"/>
          <w:i w:val="0"/>
          <w:smallCaps w:val="0"/>
          <w:strike w:val="0"/>
          <w:sz w:val="20"/>
          <w:highlight w:val="cyan"/>
          <w:u w:val="single"/>
        </w:rPr>
        <w:t>effects</w:t>
      </w:r>
      <w:r>
        <w:rPr>
          <w:b w:val="0"/>
          <w:i w:val="0"/>
          <w:smallCaps w:val="0"/>
          <w:strike w:val="0"/>
          <w:sz w:val="20"/>
          <w:u w:val="single"/>
        </w:rPr>
        <w:t xml:space="preserve"> of global warming </w:t>
      </w:r>
      <w:r>
        <w:rPr>
          <w:b w:val="0"/>
          <w:i w:val="0"/>
          <w:smallCaps w:val="0"/>
          <w:strike w:val="0"/>
          <w:sz w:val="20"/>
          <w:highlight w:val="cyan"/>
          <w:u w:val="single"/>
        </w:rPr>
        <w:t>are</w:t>
      </w:r>
      <w:r>
        <w:rPr>
          <w:b w:val="0"/>
          <w:i w:val="0"/>
          <w:smallCaps w:val="0"/>
          <w:strike w:val="0"/>
          <w:sz w:val="20"/>
          <w:u w:val="single"/>
        </w:rPr>
        <w:t xml:space="preserve"> occurring </w:t>
      </w:r>
      <w:r>
        <w:rPr>
          <w:b/>
          <w:i w:val="0"/>
          <w:smallCaps w:val="0"/>
          <w:strike w:val="0"/>
          <w:sz w:val="20"/>
          <w:highlight w:val="cyan"/>
          <w:u w:val="single"/>
        </w:rPr>
        <w:t>fast</w:t>
      </w:r>
      <w:r>
        <w:rPr>
          <w:b w:val="0"/>
          <w:i w:val="0"/>
          <w:smallCaps w:val="0"/>
          <w:strike w:val="0"/>
          <w:sz w:val="20"/>
          <w:u w:val="single"/>
        </w:rPr>
        <w:t>er than the scientific community had projected they would just a decade or two ago</w:t>
      </w:r>
      <w:r>
        <w:rPr>
          <w:b w:val="0"/>
          <w:i w:val="0"/>
          <w:smallCaps w:val="0"/>
          <w:strike w:val="0"/>
          <w:sz w:val="16"/>
          <w:u w:val="none"/>
        </w:rPr>
        <w:t xml:space="preserve">. The concern about our viability as a species on Earth is due to the fast-developing effects of global warming. If we don’t address the causes of global warming or take mitigative actions, </w:t>
      </w:r>
      <w:r>
        <w:rPr>
          <w:b w:val="0"/>
          <w:i w:val="0"/>
          <w:smallCaps w:val="0"/>
          <w:strike w:val="0"/>
          <w:sz w:val="20"/>
          <w:highlight w:val="cyan"/>
          <w:u w:val="single"/>
        </w:rPr>
        <w:t xml:space="preserve">it could </w:t>
      </w:r>
      <w:r>
        <w:rPr>
          <w:b/>
          <w:i w:val="0"/>
          <w:smallCaps w:val="0"/>
          <w:strike w:val="0"/>
          <w:sz w:val="20"/>
          <w:highlight w:val="cyan"/>
          <w:u w:val="single"/>
        </w:rPr>
        <w:t>transform</w:t>
      </w:r>
      <w:r>
        <w:rPr>
          <w:b w:val="0"/>
          <w:i w:val="0"/>
          <w:smallCaps w:val="0"/>
          <w:strike w:val="0"/>
          <w:sz w:val="20"/>
          <w:highlight w:val="cyan"/>
          <w:u w:val="single"/>
        </w:rPr>
        <w:t xml:space="preserve"> into </w:t>
      </w:r>
      <w:r>
        <w:rPr>
          <w:b/>
          <w:i w:val="0"/>
          <w:smallCaps w:val="0"/>
          <w:strike w:val="0"/>
          <w:sz w:val="20"/>
          <w:highlight w:val="cyan"/>
          <w:u w:val="single"/>
        </w:rPr>
        <w:t>runaway</w:t>
      </w:r>
      <w:r>
        <w:rPr>
          <w:b w:val="0"/>
          <w:i w:val="0"/>
          <w:smallCaps w:val="0"/>
          <w:strike w:val="0"/>
          <w:sz w:val="20"/>
          <w:u w:val="single"/>
        </w:rPr>
        <w:t xml:space="preserve"> global warming </w:t>
      </w:r>
      <w:r>
        <w:rPr>
          <w:b w:val="0"/>
          <w:i w:val="0"/>
          <w:smallCaps w:val="0"/>
          <w:strike w:val="0"/>
          <w:sz w:val="20"/>
          <w:highlight w:val="cyan"/>
          <w:u w:val="single"/>
        </w:rPr>
        <w:t>that</w:t>
      </w:r>
      <w:r>
        <w:rPr>
          <w:b w:val="0"/>
          <w:i w:val="0"/>
          <w:smallCaps w:val="0"/>
          <w:strike w:val="0"/>
          <w:sz w:val="20"/>
          <w:u w:val="single"/>
        </w:rPr>
        <w:t xml:space="preserve"> would </w:t>
      </w:r>
      <w:r>
        <w:rPr>
          <w:b w:val="0"/>
          <w:i w:val="0"/>
          <w:smallCaps w:val="0"/>
          <w:strike w:val="0"/>
          <w:sz w:val="20"/>
          <w:highlight w:val="cyan"/>
          <w:u w:val="single"/>
        </w:rPr>
        <w:t>heat</w:t>
      </w:r>
      <w:r>
        <w:rPr>
          <w:b w:val="0"/>
          <w:i w:val="0"/>
          <w:smallCaps w:val="0"/>
          <w:strike w:val="0"/>
          <w:sz w:val="20"/>
          <w:u w:val="single"/>
        </w:rPr>
        <w:t xml:space="preserve"> up the Earth </w:t>
      </w:r>
      <w:r>
        <w:rPr>
          <w:b/>
          <w:i w:val="0"/>
          <w:smallCaps w:val="0"/>
          <w:strike w:val="0"/>
          <w:sz w:val="20"/>
          <w:highlight w:val="cyan"/>
          <w:u w:val="single"/>
        </w:rPr>
        <w:t>so rapidly</w:t>
      </w:r>
      <w:r>
        <w:rPr>
          <w:b w:val="0"/>
          <w:i w:val="0"/>
          <w:smallCaps w:val="0"/>
          <w:strike w:val="0"/>
          <w:sz w:val="20"/>
          <w:u w:val="single"/>
        </w:rPr>
        <w:t xml:space="preserve"> that </w:t>
      </w:r>
      <w:r>
        <w:rPr>
          <w:b w:val="0"/>
          <w:i w:val="0"/>
          <w:smallCaps w:val="0"/>
          <w:strike w:val="0"/>
          <w:sz w:val="20"/>
          <w:highlight w:val="cyan"/>
          <w:u w:val="single"/>
        </w:rPr>
        <w:t>humans</w:t>
      </w:r>
      <w:r>
        <w:rPr>
          <w:b w:val="0"/>
          <w:i w:val="0"/>
          <w:smallCaps w:val="0"/>
          <w:strike w:val="0"/>
          <w:sz w:val="20"/>
          <w:u w:val="single"/>
        </w:rPr>
        <w:t xml:space="preserve"> and many other species </w:t>
      </w:r>
      <w:r>
        <w:rPr>
          <w:b w:val="0"/>
          <w:i w:val="0"/>
          <w:smallCaps w:val="0"/>
          <w:strike w:val="0"/>
          <w:sz w:val="20"/>
          <w:highlight w:val="cyan"/>
          <w:u w:val="single"/>
        </w:rPr>
        <w:t>will</w:t>
      </w:r>
      <w:r>
        <w:rPr>
          <w:b w:val="0"/>
          <w:i w:val="0"/>
          <w:smallCaps w:val="0"/>
          <w:strike w:val="0"/>
          <w:sz w:val="20"/>
          <w:u w:val="single"/>
        </w:rPr>
        <w:t xml:space="preserve"> likely </w:t>
      </w:r>
      <w:r>
        <w:rPr>
          <w:b w:val="0"/>
          <w:i w:val="0"/>
          <w:smallCaps w:val="0"/>
          <w:strike w:val="0"/>
          <w:sz w:val="20"/>
          <w:highlight w:val="cyan"/>
          <w:u w:val="single"/>
        </w:rPr>
        <w:t xml:space="preserve">be </w:t>
      </w:r>
      <w:r>
        <w:rPr>
          <w:b/>
          <w:i w:val="0"/>
          <w:smallCaps w:val="0"/>
          <w:strike w:val="0"/>
          <w:sz w:val="20"/>
          <w:highlight w:val="cyan"/>
          <w:u w:val="single"/>
        </w:rPr>
        <w:t>imperiled</w:t>
      </w:r>
      <w:r>
        <w:rPr>
          <w:b w:val="0"/>
          <w:i w:val="0"/>
          <w:smallCaps w:val="0"/>
          <w:strike w:val="0"/>
          <w:sz w:val="16"/>
          <w:u w:val="none"/>
        </w:rPr>
        <w:t>.</w:t>
      </w:r>
    </w:p>
    <w:p>
      <w:pPr>
        <w:spacing w:after="60"/>
      </w:pPr>
      <w:r>
        <w:rPr>
          <w:b w:val="0"/>
          <w:i w:val="0"/>
          <w:smallCaps w:val="0"/>
          <w:strike w:val="0"/>
          <w:sz w:val="16"/>
          <w:u w:val="none"/>
        </w:rPr>
        <w:t>Many scientists wrongly had confidence that mankind would come to its senses when faced with the stark reality that our survival as a species is threatened and we’d collectively take actions to avert catastrophic global warming by discontinuing our burning of fossil fuels and replacing them with renewable non-carbon energy sources. However, despite some tepid efforts to cut carbon emissions, such as the 2016 Paris Agreement, it appears that due to a combination of ignorance and a concerted effort by the fossil fuels industry to stop any efforts to move away from carbon-based products, we will likely not address our continuing release of global warming gases into Earth’s atmosphere until it’s too late and the global warming we’ve experienced in recent decades transforms into irreversible and catastrophic runaway global warming.</w:t>
      </w:r>
    </w:p>
    <w:p>
      <w:pPr>
        <w:spacing w:after="60"/>
      </w:pPr>
      <w:r>
        <w:rPr>
          <w:b w:val="0"/>
          <w:i w:val="0"/>
          <w:smallCaps w:val="0"/>
          <w:strike w:val="0"/>
          <w:sz w:val="16"/>
          <w:u w:val="none"/>
        </w:rPr>
        <w:t xml:space="preserve">This will occur because </w:t>
      </w:r>
      <w:r>
        <w:rPr>
          <w:b w:val="0"/>
          <w:i w:val="0"/>
          <w:smallCaps w:val="0"/>
          <w:strike w:val="0"/>
          <w:sz w:val="20"/>
          <w:u w:val="single"/>
        </w:rPr>
        <w:t>human-caused</w:t>
      </w:r>
      <w:r>
        <w:rPr>
          <w:b w:val="0"/>
          <w:i w:val="0"/>
          <w:smallCaps w:val="0"/>
          <w:strike w:val="0"/>
          <w:sz w:val="16"/>
          <w:u w:val="none"/>
        </w:rPr>
        <w:t xml:space="preserve"> global </w:t>
      </w:r>
      <w:r>
        <w:rPr>
          <w:b w:val="0"/>
          <w:i w:val="0"/>
          <w:smallCaps w:val="0"/>
          <w:strike w:val="0"/>
          <w:sz w:val="20"/>
          <w:highlight w:val="cyan"/>
          <w:u w:val="single"/>
        </w:rPr>
        <w:t>warming will</w:t>
      </w:r>
      <w:r>
        <w:rPr>
          <w:b w:val="0"/>
          <w:i w:val="0"/>
          <w:smallCaps w:val="0"/>
          <w:strike w:val="0"/>
          <w:sz w:val="20"/>
          <w:u w:val="single"/>
        </w:rPr>
        <w:t xml:space="preserve"> eventually </w:t>
      </w:r>
      <w:r>
        <w:rPr>
          <w:b w:val="0"/>
          <w:i w:val="0"/>
          <w:smallCaps w:val="0"/>
          <w:strike w:val="0"/>
          <w:sz w:val="20"/>
          <w:highlight w:val="cyan"/>
          <w:u w:val="single"/>
        </w:rPr>
        <w:t>trigger</w:t>
      </w:r>
      <w:r>
        <w:rPr>
          <w:b w:val="0"/>
          <w:i w:val="0"/>
          <w:smallCaps w:val="0"/>
          <w:strike w:val="0"/>
          <w:sz w:val="20"/>
          <w:u w:val="single"/>
        </w:rPr>
        <w:t xml:space="preserve"> natural climate warming </w:t>
      </w:r>
      <w:r>
        <w:rPr>
          <w:b/>
          <w:i w:val="0"/>
          <w:smallCaps w:val="0"/>
          <w:strike w:val="0"/>
          <w:sz w:val="20"/>
          <w:highlight w:val="cyan"/>
          <w:u w:val="single"/>
        </w:rPr>
        <w:t>feedback loops</w:t>
      </w:r>
      <w:r>
        <w:rPr>
          <w:b w:val="0"/>
          <w:i w:val="0"/>
          <w:smallCaps w:val="0"/>
          <w:strike w:val="0"/>
          <w:sz w:val="20"/>
          <w:u w:val="single"/>
        </w:rPr>
        <w:t xml:space="preserve"> to take over</w:t>
      </w:r>
      <w:r>
        <w:rPr>
          <w:b w:val="0"/>
          <w:i w:val="0"/>
          <w:smallCaps w:val="0"/>
          <w:strike w:val="0"/>
          <w:sz w:val="16"/>
          <w:u w:val="none"/>
        </w:rPr>
        <w:t xml:space="preserve">. At that point, global </w:t>
      </w:r>
      <w:r>
        <w:rPr>
          <w:b w:val="0"/>
          <w:i w:val="0"/>
          <w:smallCaps w:val="0"/>
          <w:strike w:val="0"/>
          <w:sz w:val="20"/>
          <w:u w:val="single"/>
        </w:rPr>
        <w:t>warming will be</w:t>
      </w:r>
      <w:r>
        <w:rPr>
          <w:b w:val="0"/>
          <w:i w:val="0"/>
          <w:smallCaps w:val="0"/>
          <w:strike w:val="0"/>
          <w:sz w:val="16"/>
          <w:u w:val="none"/>
        </w:rPr>
        <w:t xml:space="preserve"> like an </w:t>
      </w:r>
      <w:r>
        <w:rPr>
          <w:b/>
          <w:i w:val="0"/>
          <w:smallCaps w:val="0"/>
          <w:strike w:val="0"/>
          <w:sz w:val="20"/>
          <w:u w:val="single"/>
        </w:rPr>
        <w:t>unstoppable</w:t>
      </w:r>
      <w:r>
        <w:rPr>
          <w:b w:val="0"/>
          <w:i w:val="0"/>
          <w:smallCaps w:val="0"/>
          <w:strike w:val="0"/>
          <w:sz w:val="16"/>
          <w:u w:val="none"/>
        </w:rPr>
        <w:t xml:space="preserve"> runaway train, as the Earth’s atmospheric temperatures rise to life-threatening levels. These warming </w:t>
      </w:r>
      <w:r>
        <w:rPr>
          <w:b w:val="0"/>
          <w:i w:val="0"/>
          <w:smallCaps w:val="0"/>
          <w:strike w:val="0"/>
          <w:sz w:val="20"/>
          <w:u w:val="single"/>
        </w:rPr>
        <w:t>feedback loops include</w:t>
      </w:r>
      <w:r>
        <w:rPr>
          <w:b w:val="0"/>
          <w:i w:val="0"/>
          <w:smallCaps w:val="0"/>
          <w:strike w:val="0"/>
          <w:sz w:val="16"/>
          <w:u w:val="none"/>
        </w:rPr>
        <w:t xml:space="preserve"> such things as </w:t>
      </w:r>
      <w:r>
        <w:rPr>
          <w:b w:val="0"/>
          <w:i w:val="0"/>
          <w:smallCaps w:val="0"/>
          <w:strike w:val="0"/>
          <w:sz w:val="20"/>
          <w:highlight w:val="cyan"/>
          <w:u w:val="single"/>
        </w:rPr>
        <w:t>releases</w:t>
      </w:r>
      <w:r>
        <w:rPr>
          <w:b w:val="0"/>
          <w:i w:val="0"/>
          <w:smallCaps w:val="0"/>
          <w:strike w:val="0"/>
          <w:sz w:val="20"/>
          <w:u w:val="single"/>
        </w:rPr>
        <w:t xml:space="preserve"> of</w:t>
      </w:r>
      <w:r>
        <w:rPr>
          <w:b w:val="0"/>
          <w:i w:val="0"/>
          <w:smallCaps w:val="0"/>
          <w:strike w:val="0"/>
          <w:sz w:val="16"/>
          <w:u w:val="none"/>
        </w:rPr>
        <w:t xml:space="preserve"> global warming </w:t>
      </w:r>
      <w:r>
        <w:rPr>
          <w:b w:val="0"/>
          <w:i w:val="0"/>
          <w:smallCaps w:val="0"/>
          <w:strike w:val="0"/>
          <w:sz w:val="20"/>
          <w:u w:val="single"/>
        </w:rPr>
        <w:t xml:space="preserve">gases </w:t>
      </w:r>
      <w:r>
        <w:rPr>
          <w:b w:val="0"/>
          <w:i w:val="0"/>
          <w:smallCaps w:val="0"/>
          <w:strike w:val="0"/>
          <w:sz w:val="20"/>
          <w:highlight w:val="cyan"/>
          <w:u w:val="single"/>
        </w:rPr>
        <w:t>from</w:t>
      </w:r>
      <w:r>
        <w:rPr>
          <w:b w:val="0"/>
          <w:i w:val="0"/>
          <w:smallCaps w:val="0"/>
          <w:strike w:val="0"/>
          <w:sz w:val="20"/>
          <w:u w:val="single"/>
        </w:rPr>
        <w:t xml:space="preserve"> melting</w:t>
      </w:r>
      <w:r>
        <w:rPr>
          <w:b w:val="0"/>
          <w:i w:val="0"/>
          <w:smallCaps w:val="0"/>
          <w:strike w:val="0"/>
          <w:sz w:val="16"/>
          <w:u w:val="none"/>
        </w:rPr>
        <w:t xml:space="preserve"> polar </w:t>
      </w:r>
      <w:r>
        <w:rPr>
          <w:b w:val="0"/>
          <w:i w:val="0"/>
          <w:smallCaps w:val="0"/>
          <w:strike w:val="0"/>
          <w:sz w:val="20"/>
          <w:highlight w:val="cyan"/>
          <w:u w:val="single"/>
        </w:rPr>
        <w:t>ice sheets and</w:t>
      </w:r>
      <w:r>
        <w:rPr>
          <w:b w:val="0"/>
          <w:i w:val="0"/>
          <w:smallCaps w:val="0"/>
          <w:strike w:val="0"/>
          <w:sz w:val="16"/>
          <w:u w:val="none"/>
        </w:rPr>
        <w:t xml:space="preserve"> from frozen </w:t>
      </w:r>
      <w:r>
        <w:rPr>
          <w:b w:val="0"/>
          <w:i w:val="0"/>
          <w:smallCaps w:val="0"/>
          <w:strike w:val="0"/>
          <w:sz w:val="20"/>
          <w:highlight w:val="cyan"/>
          <w:u w:val="single"/>
        </w:rPr>
        <w:t>methane</w:t>
      </w:r>
      <w:r>
        <w:rPr>
          <w:b w:val="0"/>
          <w:i w:val="0"/>
          <w:smallCaps w:val="0"/>
          <w:strike w:val="0"/>
          <w:sz w:val="20"/>
          <w:u w:val="single"/>
        </w:rPr>
        <w:t xml:space="preserve"> deposits</w:t>
      </w:r>
      <w:r>
        <w:rPr>
          <w:b w:val="0"/>
          <w:i w:val="0"/>
          <w:smallCaps w:val="0"/>
          <w:strike w:val="0"/>
          <w:sz w:val="16"/>
          <w:u w:val="none"/>
        </w:rPr>
        <w:t xml:space="preserve"> beneath the oceans, </w:t>
      </w:r>
      <w:r>
        <w:rPr>
          <w:b w:val="0"/>
          <w:i w:val="0"/>
          <w:smallCaps w:val="0"/>
          <w:strike w:val="0"/>
          <w:sz w:val="20"/>
          <w:u w:val="single"/>
        </w:rPr>
        <w:t>as well as</w:t>
      </w:r>
      <w:r>
        <w:rPr>
          <w:b w:val="0"/>
          <w:i w:val="0"/>
          <w:smallCaps w:val="0"/>
          <w:strike w:val="0"/>
          <w:sz w:val="16"/>
          <w:u w:val="none"/>
        </w:rPr>
        <w:t xml:space="preserve"> the </w:t>
      </w:r>
      <w:r>
        <w:rPr>
          <w:b w:val="0"/>
          <w:i w:val="0"/>
          <w:smallCaps w:val="0"/>
          <w:strike w:val="0"/>
          <w:sz w:val="20"/>
          <w:u w:val="single"/>
        </w:rPr>
        <w:t>loss of</w:t>
      </w:r>
      <w:r>
        <w:rPr>
          <w:b w:val="0"/>
          <w:i w:val="0"/>
          <w:smallCaps w:val="0"/>
          <w:strike w:val="0"/>
          <w:sz w:val="16"/>
          <w:u w:val="none"/>
        </w:rPr>
        <w:t xml:space="preserve"> polar </w:t>
      </w:r>
      <w:r>
        <w:rPr>
          <w:b w:val="0"/>
          <w:i w:val="0"/>
          <w:smallCaps w:val="0"/>
          <w:strike w:val="0"/>
          <w:sz w:val="20"/>
          <w:u w:val="single"/>
        </w:rPr>
        <w:t>ice causing</w:t>
      </w:r>
      <w:r>
        <w:rPr>
          <w:b w:val="0"/>
          <w:i w:val="0"/>
          <w:smallCaps w:val="0"/>
          <w:strike w:val="0"/>
          <w:sz w:val="16"/>
          <w:u w:val="none"/>
        </w:rPr>
        <w:t xml:space="preserve"> the </w:t>
      </w:r>
      <w:r>
        <w:rPr>
          <w:b w:val="0"/>
          <w:i w:val="0"/>
          <w:smallCaps w:val="0"/>
          <w:strike w:val="0"/>
          <w:sz w:val="20"/>
          <w:u w:val="single"/>
        </w:rPr>
        <w:t>Earth to absorb more</w:t>
      </w:r>
      <w:r>
        <w:rPr>
          <w:b w:val="0"/>
          <w:i w:val="0"/>
          <w:smallCaps w:val="0"/>
          <w:strike w:val="0"/>
          <w:sz w:val="16"/>
          <w:u w:val="none"/>
        </w:rPr>
        <w:t xml:space="preserve"> of the sun’s </w:t>
      </w:r>
      <w:r>
        <w:rPr>
          <w:b w:val="0"/>
          <w:i w:val="0"/>
          <w:smallCaps w:val="0"/>
          <w:strike w:val="0"/>
          <w:sz w:val="20"/>
          <w:u w:val="single"/>
        </w:rPr>
        <w:t>heat</w:t>
      </w:r>
      <w:r>
        <w:rPr>
          <w:b w:val="0"/>
          <w:i w:val="0"/>
          <w:smallCaps w:val="0"/>
          <w:strike w:val="0"/>
          <w:sz w:val="16"/>
          <w:u w:val="none"/>
        </w:rPr>
        <w:t xml:space="preserve"> energy. </w:t>
      </w:r>
      <w:r>
        <w:rPr>
          <w:b w:val="0"/>
          <w:i w:val="0"/>
          <w:smallCaps w:val="0"/>
          <w:strike w:val="0"/>
          <w:sz w:val="20"/>
          <w:highlight w:val="cyan"/>
          <w:u w:val="single"/>
        </w:rPr>
        <w:t>All</w:t>
      </w:r>
      <w:r>
        <w:rPr>
          <w:b w:val="0"/>
          <w:i w:val="0"/>
          <w:smallCaps w:val="0"/>
          <w:strike w:val="0"/>
          <w:sz w:val="20"/>
          <w:u w:val="single"/>
        </w:rPr>
        <w:t xml:space="preserve"> of which will </w:t>
      </w:r>
      <w:r>
        <w:rPr>
          <w:b w:val="0"/>
          <w:i w:val="0"/>
          <w:smallCaps w:val="0"/>
          <w:strike w:val="0"/>
          <w:sz w:val="20"/>
          <w:highlight w:val="cyan"/>
          <w:u w:val="single"/>
        </w:rPr>
        <w:t>cause</w:t>
      </w:r>
      <w:r>
        <w:rPr>
          <w:b w:val="0"/>
          <w:i w:val="0"/>
          <w:smallCaps w:val="0"/>
          <w:strike w:val="0"/>
          <w:sz w:val="20"/>
          <w:u w:val="single"/>
        </w:rPr>
        <w:t xml:space="preserve"> additional </w:t>
      </w:r>
      <w:r>
        <w:rPr>
          <w:b w:val="0"/>
          <w:i w:val="0"/>
          <w:smallCaps w:val="0"/>
          <w:strike w:val="0"/>
          <w:sz w:val="20"/>
          <w:highlight w:val="cyan"/>
          <w:u w:val="single"/>
        </w:rPr>
        <w:t>warming, which</w:t>
      </w:r>
      <w:r>
        <w:rPr>
          <w:b w:val="0"/>
          <w:i w:val="0"/>
          <w:smallCaps w:val="0"/>
          <w:strike w:val="0"/>
          <w:sz w:val="20"/>
          <w:u w:val="single"/>
        </w:rPr>
        <w:t xml:space="preserve"> then </w:t>
      </w:r>
      <w:r>
        <w:rPr>
          <w:b w:val="0"/>
          <w:i w:val="0"/>
          <w:smallCaps w:val="0"/>
          <w:strike w:val="0"/>
          <w:sz w:val="20"/>
          <w:highlight w:val="cyan"/>
          <w:u w:val="single"/>
        </w:rPr>
        <w:t xml:space="preserve">results in </w:t>
      </w:r>
      <w:r>
        <w:rPr>
          <w:b/>
          <w:i w:val="0"/>
          <w:smallCaps w:val="0"/>
          <w:strike w:val="0"/>
          <w:sz w:val="20"/>
          <w:highlight w:val="cyan"/>
          <w:u w:val="single"/>
        </w:rPr>
        <w:t>additional releases</w:t>
      </w:r>
      <w:r>
        <w:rPr>
          <w:b w:val="0"/>
          <w:i w:val="0"/>
          <w:smallCaps w:val="0"/>
          <w:strike w:val="0"/>
          <w:sz w:val="16"/>
          <w:u w:val="none"/>
        </w:rPr>
        <w:t xml:space="preserve"> of global warming gases </w:t>
      </w:r>
      <w:r>
        <w:rPr>
          <w:b w:val="0"/>
          <w:i w:val="0"/>
          <w:smallCaps w:val="0"/>
          <w:strike w:val="0"/>
          <w:sz w:val="20"/>
          <w:u w:val="single"/>
        </w:rPr>
        <w:t>that will cause</w:t>
      </w:r>
      <w:r>
        <w:rPr>
          <w:b w:val="0"/>
          <w:i w:val="0"/>
          <w:smallCaps w:val="0"/>
          <w:strike w:val="0"/>
          <w:sz w:val="16"/>
          <w:u w:val="none"/>
        </w:rPr>
        <w:t xml:space="preserve"> additional global temperature rises in </w:t>
      </w:r>
      <w:r>
        <w:rPr>
          <w:b w:val="0"/>
          <w:i w:val="0"/>
          <w:smallCaps w:val="0"/>
          <w:strike w:val="0"/>
          <w:sz w:val="20"/>
          <w:highlight w:val="cyan"/>
          <w:u w:val="single"/>
        </w:rPr>
        <w:t xml:space="preserve">an </w:t>
      </w:r>
      <w:r>
        <w:rPr>
          <w:b/>
          <w:i w:val="0"/>
          <w:smallCaps w:val="0"/>
          <w:strike w:val="0"/>
          <w:sz w:val="20"/>
          <w:highlight w:val="cyan"/>
          <w:u w:val="single"/>
        </w:rPr>
        <w:t>unstoppable loop</w:t>
      </w:r>
      <w:r>
        <w:rPr>
          <w:b w:val="0"/>
          <w:i w:val="0"/>
          <w:smallCaps w:val="0"/>
          <w:strike w:val="0"/>
          <w:sz w:val="16"/>
          <w:u w:val="none"/>
        </w:rPr>
        <w:t xml:space="preserve"> that will continue until the planet is warmer than it has been in many millions of years (long before humans existed).</w:t>
      </w:r>
    </w:p>
    <w:p>
      <w:pPr>
        <w:spacing w:after="60"/>
      </w:pPr>
      <w:r>
        <w:rPr>
          <w:b w:val="0"/>
          <w:i w:val="0"/>
          <w:smallCaps w:val="0"/>
          <w:strike w:val="0"/>
          <w:sz w:val="16"/>
          <w:u w:val="none"/>
        </w:rPr>
        <w:t xml:space="preserve">Such </w:t>
      </w:r>
      <w:r>
        <w:rPr>
          <w:b w:val="0"/>
          <w:i w:val="0"/>
          <w:smallCaps w:val="0"/>
          <w:strike w:val="0"/>
          <w:sz w:val="20"/>
          <w:u w:val="single"/>
        </w:rPr>
        <w:t>rapid</w:t>
      </w:r>
      <w:r>
        <w:rPr>
          <w:b w:val="0"/>
          <w:i w:val="0"/>
          <w:smallCaps w:val="0"/>
          <w:strike w:val="0"/>
          <w:sz w:val="16"/>
          <w:u w:val="none"/>
        </w:rPr>
        <w:t xml:space="preserve"> and uncontrollable </w:t>
      </w:r>
      <w:r>
        <w:rPr>
          <w:b w:val="0"/>
          <w:i w:val="0"/>
          <w:smallCaps w:val="0"/>
          <w:strike w:val="0"/>
          <w:sz w:val="20"/>
          <w:u w:val="single"/>
        </w:rPr>
        <w:t>warming</w:t>
      </w:r>
      <w:r>
        <w:rPr>
          <w:b w:val="0"/>
          <w:i w:val="0"/>
          <w:smallCaps w:val="0"/>
          <w:strike w:val="0"/>
          <w:sz w:val="16"/>
          <w:u w:val="none"/>
        </w:rPr>
        <w:t xml:space="preserve"> of Earth’s atmosphere </w:t>
      </w:r>
      <w:r>
        <w:rPr>
          <w:b w:val="0"/>
          <w:i w:val="0"/>
          <w:smallCaps w:val="0"/>
          <w:strike w:val="0"/>
          <w:sz w:val="20"/>
          <w:u w:val="single"/>
        </w:rPr>
        <w:t>could warm</w:t>
      </w:r>
      <w:r>
        <w:rPr>
          <w:b w:val="0"/>
          <w:i w:val="0"/>
          <w:smallCaps w:val="0"/>
          <w:strike w:val="0"/>
          <w:sz w:val="16"/>
          <w:u w:val="none"/>
        </w:rPr>
        <w:t xml:space="preserve"> the planet </w:t>
      </w:r>
      <w:r>
        <w:rPr>
          <w:b w:val="0"/>
          <w:i w:val="0"/>
          <w:smallCaps w:val="0"/>
          <w:strike w:val="0"/>
          <w:sz w:val="20"/>
          <w:u w:val="single"/>
        </w:rPr>
        <w:t>by</w:t>
      </w:r>
      <w:r>
        <w:rPr>
          <w:b w:val="0"/>
          <w:i w:val="0"/>
          <w:smallCaps w:val="0"/>
          <w:strike w:val="0"/>
          <w:sz w:val="16"/>
          <w:u w:val="none"/>
        </w:rPr>
        <w:t xml:space="preserve"> 4 to </w:t>
      </w:r>
      <w:r>
        <w:rPr>
          <w:b w:val="0"/>
          <w:i w:val="0"/>
          <w:smallCaps w:val="0"/>
          <w:strike w:val="0"/>
          <w:sz w:val="20"/>
          <w:u w:val="single"/>
        </w:rPr>
        <w:t>5 degrees Celsius</w:t>
      </w:r>
      <w:r>
        <w:rPr>
          <w:b w:val="0"/>
          <w:i w:val="0"/>
          <w:smallCaps w:val="0"/>
          <w:strike w:val="0"/>
          <w:sz w:val="16"/>
          <w:u w:val="none"/>
        </w:rPr>
        <w:t xml:space="preserve"> (7 to 9 degrees Fahrenheit) within the current century </w:t>
      </w:r>
      <w:r>
        <w:rPr>
          <w:b w:val="0"/>
          <w:i w:val="0"/>
          <w:smallCaps w:val="0"/>
          <w:strike w:val="0"/>
          <w:sz w:val="20"/>
          <w:u w:val="single"/>
        </w:rPr>
        <w:t>and</w:t>
      </w:r>
      <w:r>
        <w:rPr>
          <w:b w:val="0"/>
          <w:i w:val="0"/>
          <w:smallCaps w:val="0"/>
          <w:strike w:val="0"/>
          <w:sz w:val="16"/>
          <w:u w:val="none"/>
        </w:rPr>
        <w:t xml:space="preserve"> perhaps eventually </w:t>
      </w:r>
      <w:r>
        <w:rPr>
          <w:b w:val="0"/>
          <w:i w:val="0"/>
          <w:smallCaps w:val="0"/>
          <w:strike w:val="0"/>
          <w:sz w:val="20"/>
          <w:u w:val="single"/>
        </w:rPr>
        <w:t>lead to a planet that is</w:t>
      </w:r>
      <w:r>
        <w:rPr>
          <w:b w:val="0"/>
          <w:i w:val="0"/>
          <w:smallCaps w:val="0"/>
          <w:strike w:val="0"/>
          <w:sz w:val="16"/>
          <w:u w:val="none"/>
        </w:rPr>
        <w:t xml:space="preserve"> 8 to </w:t>
      </w:r>
      <w:r>
        <w:rPr>
          <w:b w:val="0"/>
          <w:i w:val="0"/>
          <w:smallCaps w:val="0"/>
          <w:strike w:val="0"/>
          <w:sz w:val="20"/>
          <w:u w:val="single"/>
        </w:rPr>
        <w:t>9 degrees Celsius</w:t>
      </w:r>
      <w:r>
        <w:rPr>
          <w:b w:val="0"/>
          <w:i w:val="0"/>
          <w:smallCaps w:val="0"/>
          <w:strike w:val="0"/>
          <w:sz w:val="16"/>
          <w:u w:val="none"/>
        </w:rPr>
        <w:t xml:space="preserve"> (14 to 16 degrees Fahrenheit) </w:t>
      </w:r>
      <w:r>
        <w:rPr>
          <w:b w:val="0"/>
          <w:i w:val="0"/>
          <w:smallCaps w:val="0"/>
          <w:strike w:val="0"/>
          <w:sz w:val="20"/>
          <w:u w:val="single"/>
        </w:rPr>
        <w:t>warmer</w:t>
      </w:r>
      <w:r>
        <w:rPr>
          <w:b w:val="0"/>
          <w:i w:val="0"/>
          <w:smallCaps w:val="0"/>
          <w:strike w:val="0"/>
          <w:sz w:val="16"/>
          <w:u w:val="none"/>
        </w:rPr>
        <w:t xml:space="preserve"> than it was before humans started burning fossil fuels in large quantities starting in the 19th century.</w:t>
      </w:r>
    </w:p>
    <w:p>
      <w:pPr>
        <w:spacing w:after="60"/>
      </w:pPr>
      <w:r>
        <w:rPr>
          <w:b w:val="0"/>
          <w:i w:val="0"/>
          <w:smallCaps w:val="0"/>
          <w:strike w:val="0"/>
          <w:sz w:val="16"/>
          <w:u w:val="none"/>
        </w:rPr>
        <w:t xml:space="preserve">Some might wonder, what’s the big deal if the planet is 4 to 5 degrees Celsius or even 8 to 9 degrees Celsius warmer than it has been as humans evolved on Earth? After all, many parts of the planet routinely experience temperature swings of this magnitude on a daily or weekly basis. There are several ways that </w:t>
      </w:r>
      <w:r>
        <w:rPr>
          <w:b/>
          <w:i w:val="0"/>
          <w:smallCaps w:val="0"/>
          <w:strike w:val="0"/>
          <w:sz w:val="20"/>
          <w:highlight w:val="cyan"/>
          <w:u w:val="single"/>
        </w:rPr>
        <w:t>rapid</w:t>
      </w:r>
      <w:r>
        <w:rPr>
          <w:b w:val="0"/>
          <w:i w:val="0"/>
          <w:smallCaps w:val="0"/>
          <w:strike w:val="0"/>
          <w:sz w:val="20"/>
          <w:u w:val="single"/>
        </w:rPr>
        <w:t xml:space="preserve"> global </w:t>
      </w:r>
      <w:r>
        <w:rPr>
          <w:b w:val="0"/>
          <w:i w:val="0"/>
          <w:smallCaps w:val="0"/>
          <w:strike w:val="0"/>
          <w:sz w:val="20"/>
          <w:highlight w:val="cyan"/>
          <w:u w:val="single"/>
        </w:rPr>
        <w:t>warming</w:t>
      </w:r>
      <w:r>
        <w:rPr>
          <w:b w:val="0"/>
          <w:i w:val="0"/>
          <w:smallCaps w:val="0"/>
          <w:strike w:val="0"/>
          <w:sz w:val="20"/>
          <w:u w:val="single"/>
        </w:rPr>
        <w:t xml:space="preserve"> on a planetary scale could </w:t>
      </w:r>
      <w:r>
        <w:rPr>
          <w:b/>
          <w:i w:val="0"/>
          <w:smallCaps w:val="0"/>
          <w:strike w:val="0"/>
          <w:sz w:val="20"/>
          <w:highlight w:val="cyan"/>
          <w:u w:val="single"/>
        </w:rPr>
        <w:t>threaten</w:t>
      </w:r>
      <w:r>
        <w:rPr>
          <w:b/>
          <w:i w:val="0"/>
          <w:smallCaps w:val="0"/>
          <w:strike w:val="0"/>
          <w:sz w:val="20"/>
          <w:u w:val="single"/>
        </w:rPr>
        <w:t xml:space="preserve"> human </w:t>
      </w:r>
      <w:r>
        <w:rPr>
          <w:b/>
          <w:i w:val="0"/>
          <w:smallCaps w:val="0"/>
          <w:strike w:val="0"/>
          <w:sz w:val="20"/>
          <w:highlight w:val="cyan"/>
          <w:u w:val="single"/>
        </w:rPr>
        <w:t>survival</w:t>
      </w:r>
      <w:r>
        <w:rPr>
          <w:b w:val="0"/>
          <w:i w:val="0"/>
          <w:smallCaps w:val="0"/>
          <w:strike w:val="0"/>
          <w:sz w:val="16"/>
          <w:u w:val="none"/>
        </w:rPr>
        <w:t>.</w:t>
      </w:r>
    </w:p>
    <w:p>
      <w:pPr>
        <w:spacing w:after="60"/>
      </w:pPr>
      <w:r>
        <w:rPr>
          <w:b w:val="0"/>
          <w:i w:val="0"/>
          <w:smallCaps w:val="0"/>
          <w:strike w:val="0"/>
          <w:sz w:val="20"/>
          <w:u w:val="single"/>
        </w:rPr>
        <w:t>Warming</w:t>
      </w:r>
      <w:r>
        <w:rPr>
          <w:b w:val="0"/>
          <w:i w:val="0"/>
          <w:smallCaps w:val="0"/>
          <w:strike w:val="0"/>
          <w:sz w:val="16"/>
          <w:u w:val="none"/>
        </w:rPr>
        <w:t xml:space="preserve"> is not evenly distributed. Some areas, including currently farmable land, will warm well </w:t>
      </w:r>
      <w:r>
        <w:rPr>
          <w:b w:val="0"/>
          <w:i w:val="0"/>
          <w:smallCaps w:val="0"/>
          <w:strike w:val="0"/>
          <w:sz w:val="16"/>
          <w:u w:val="none"/>
        </w:rPr>
        <w:t>in excess of</w:t>
      </w:r>
      <w:r>
        <w:rPr>
          <w:b w:val="0"/>
          <w:i w:val="0"/>
          <w:smallCaps w:val="0"/>
          <w:strike w:val="0"/>
          <w:sz w:val="16"/>
          <w:u w:val="none"/>
        </w:rPr>
        <w:t xml:space="preserve"> the global average, which </w:t>
      </w:r>
      <w:r>
        <w:rPr>
          <w:b w:val="0"/>
          <w:i w:val="0"/>
          <w:smallCaps w:val="0"/>
          <w:strike w:val="0"/>
          <w:sz w:val="20"/>
          <w:u w:val="single"/>
        </w:rPr>
        <w:t xml:space="preserve">would </w:t>
      </w:r>
      <w:r>
        <w:rPr>
          <w:b w:val="0"/>
          <w:i w:val="0"/>
          <w:smallCaps w:val="0"/>
          <w:strike w:val="0"/>
          <w:sz w:val="20"/>
          <w:highlight w:val="cyan"/>
          <w:u w:val="single"/>
        </w:rPr>
        <w:t>lead to</w:t>
      </w:r>
      <w:r>
        <w:rPr>
          <w:b w:val="0"/>
          <w:i w:val="0"/>
          <w:smallCaps w:val="0"/>
          <w:strike w:val="0"/>
          <w:sz w:val="20"/>
          <w:u w:val="single"/>
        </w:rPr>
        <w:t xml:space="preserve"> </w:t>
      </w:r>
      <w:r>
        <w:rPr>
          <w:b/>
          <w:i w:val="0"/>
          <w:smallCaps w:val="0"/>
          <w:strike w:val="0"/>
          <w:sz w:val="20"/>
          <w:u w:val="single"/>
        </w:rPr>
        <w:t>desertification</w:t>
      </w:r>
      <w:r>
        <w:rPr>
          <w:b w:val="0"/>
          <w:i w:val="0"/>
          <w:smallCaps w:val="0"/>
          <w:strike w:val="0"/>
          <w:sz w:val="20"/>
          <w:u w:val="single"/>
        </w:rPr>
        <w:t xml:space="preserve"> and </w:t>
      </w:r>
      <w:r>
        <w:rPr>
          <w:b/>
          <w:i w:val="0"/>
          <w:smallCaps w:val="0"/>
          <w:strike w:val="0"/>
          <w:sz w:val="20"/>
          <w:highlight w:val="cyan"/>
          <w:u w:val="single"/>
        </w:rPr>
        <w:t>crop failures</w:t>
      </w:r>
      <w:r>
        <w:rPr>
          <w:b w:val="0"/>
          <w:i w:val="0"/>
          <w:smallCaps w:val="0"/>
          <w:strike w:val="0"/>
          <w:sz w:val="20"/>
          <w:u w:val="single"/>
        </w:rPr>
        <w:t>. This would</w:t>
      </w:r>
      <w:r>
        <w:rPr>
          <w:b w:val="0"/>
          <w:i w:val="0"/>
          <w:smallCaps w:val="0"/>
          <w:strike w:val="0"/>
          <w:sz w:val="16"/>
          <w:u w:val="none"/>
        </w:rPr>
        <w:t xml:space="preserve"> obviously </w:t>
      </w:r>
      <w:r>
        <w:rPr>
          <w:b/>
          <w:i w:val="0"/>
          <w:smallCaps w:val="0"/>
          <w:strike w:val="0"/>
          <w:sz w:val="20"/>
          <w:u w:val="single"/>
        </w:rPr>
        <w:t>imperial humans</w:t>
      </w:r>
      <w:r>
        <w:rPr>
          <w:b w:val="0"/>
          <w:i w:val="0"/>
          <w:smallCaps w:val="0"/>
          <w:strike w:val="0"/>
          <w:sz w:val="20"/>
          <w:u w:val="single"/>
        </w:rPr>
        <w:t xml:space="preserve"> due to </w:t>
      </w:r>
      <w:r>
        <w:rPr>
          <w:b/>
          <w:i w:val="0"/>
          <w:smallCaps w:val="0"/>
          <w:strike w:val="0"/>
          <w:sz w:val="20"/>
          <w:u w:val="single"/>
        </w:rPr>
        <w:t>massive food shortages</w:t>
      </w:r>
      <w:r>
        <w:rPr>
          <w:b w:val="0"/>
          <w:i w:val="0"/>
          <w:smallCaps w:val="0"/>
          <w:strike w:val="0"/>
          <w:sz w:val="16"/>
          <w:u w:val="none"/>
        </w:rPr>
        <w:t>.</w:t>
      </w:r>
    </w:p>
    <w:p>
      <w:pPr>
        <w:spacing w:after="60"/>
      </w:pPr>
      <w:r>
        <w:rPr>
          <w:b w:val="0"/>
          <w:i w:val="0"/>
          <w:smallCaps w:val="0"/>
          <w:strike w:val="0"/>
          <w:sz w:val="20"/>
          <w:highlight w:val="cyan"/>
          <w:u w:val="single"/>
        </w:rPr>
        <w:t>Oceans</w:t>
      </w:r>
      <w:r>
        <w:rPr>
          <w:b w:val="0"/>
          <w:i w:val="0"/>
          <w:smallCaps w:val="0"/>
          <w:strike w:val="0"/>
          <w:sz w:val="20"/>
          <w:u w:val="single"/>
        </w:rPr>
        <w:t xml:space="preserve">, </w:t>
      </w:r>
      <w:r>
        <w:rPr>
          <w:b/>
          <w:i w:val="0"/>
          <w:smallCaps w:val="0"/>
          <w:strike w:val="0"/>
          <w:sz w:val="20"/>
          <w:u w:val="single"/>
        </w:rPr>
        <w:t>a</w:t>
      </w:r>
      <w:r>
        <w:rPr>
          <w:b w:val="0"/>
          <w:i w:val="0"/>
          <w:smallCaps w:val="0"/>
          <w:strike w:val="0"/>
          <w:sz w:val="16"/>
          <w:u w:val="none"/>
        </w:rPr>
        <w:t xml:space="preserve">nother </w:t>
      </w:r>
      <w:r>
        <w:rPr>
          <w:b w:val="0"/>
          <w:i w:val="0"/>
          <w:smallCaps w:val="0"/>
          <w:strike w:val="0"/>
          <w:sz w:val="20"/>
          <w:u w:val="single"/>
        </w:rPr>
        <w:t xml:space="preserve">major source of food that </w:t>
      </w:r>
      <w:r>
        <w:rPr>
          <w:b/>
          <w:i w:val="0"/>
          <w:smallCaps w:val="0"/>
          <w:strike w:val="0"/>
          <w:sz w:val="20"/>
          <w:u w:val="single"/>
        </w:rPr>
        <w:t>humans need to survive</w:t>
      </w:r>
      <w:r>
        <w:rPr>
          <w:b w:val="0"/>
          <w:i w:val="0"/>
          <w:smallCaps w:val="0"/>
          <w:strike w:val="0"/>
          <w:sz w:val="20"/>
          <w:u w:val="single"/>
        </w:rPr>
        <w:t>, are impacted</w:t>
      </w:r>
      <w:r>
        <w:rPr>
          <w:b w:val="0"/>
          <w:i w:val="0"/>
          <w:smallCaps w:val="0"/>
          <w:strike w:val="0"/>
          <w:sz w:val="16"/>
          <w:u w:val="none"/>
        </w:rPr>
        <w:t xml:space="preserve"> by rising global temperatures, </w:t>
      </w:r>
      <w:r>
        <w:rPr>
          <w:b w:val="0"/>
          <w:i w:val="0"/>
          <w:smallCaps w:val="0"/>
          <w:strike w:val="0"/>
          <w:sz w:val="20"/>
          <w:u w:val="single"/>
        </w:rPr>
        <w:t>as higher</w:t>
      </w:r>
      <w:r>
        <w:rPr>
          <w:b w:val="0"/>
          <w:i w:val="0"/>
          <w:smallCaps w:val="0"/>
          <w:strike w:val="0"/>
          <w:sz w:val="16"/>
          <w:u w:val="none"/>
        </w:rPr>
        <w:t xml:space="preserve"> ocean </w:t>
      </w:r>
      <w:r>
        <w:rPr>
          <w:b w:val="0"/>
          <w:i w:val="0"/>
          <w:smallCaps w:val="0"/>
          <w:strike w:val="0"/>
          <w:sz w:val="20"/>
          <w:u w:val="single"/>
        </w:rPr>
        <w:t xml:space="preserve">temperatures lead to </w:t>
      </w:r>
      <w:r>
        <w:rPr>
          <w:b/>
          <w:i w:val="0"/>
          <w:smallCaps w:val="0"/>
          <w:strike w:val="0"/>
          <w:sz w:val="20"/>
          <w:highlight w:val="cyan"/>
          <w:u w:val="single"/>
        </w:rPr>
        <w:t>acidification</w:t>
      </w:r>
      <w:r>
        <w:rPr>
          <w:b w:val="0"/>
          <w:i w:val="0"/>
          <w:smallCaps w:val="0"/>
          <w:strike w:val="0"/>
          <w:sz w:val="16"/>
          <w:u w:val="none"/>
        </w:rPr>
        <w:t xml:space="preserve"> of ocean water, </w:t>
      </w:r>
      <w:r>
        <w:rPr>
          <w:b w:val="0"/>
          <w:i w:val="0"/>
          <w:smallCaps w:val="0"/>
          <w:strike w:val="0"/>
          <w:sz w:val="20"/>
          <w:u w:val="single"/>
        </w:rPr>
        <w:t xml:space="preserve">which </w:t>
      </w:r>
      <w:r>
        <w:rPr>
          <w:b w:val="0"/>
          <w:i w:val="0"/>
          <w:smallCaps w:val="0"/>
          <w:strike w:val="0"/>
          <w:sz w:val="20"/>
          <w:highlight w:val="cyan"/>
          <w:u w:val="single"/>
        </w:rPr>
        <w:t>will</w:t>
      </w:r>
      <w:r>
        <w:rPr>
          <w:b w:val="0"/>
          <w:i w:val="0"/>
          <w:smallCaps w:val="0"/>
          <w:strike w:val="0"/>
          <w:sz w:val="16"/>
          <w:u w:val="none"/>
        </w:rPr>
        <w:t xml:space="preserve"> eventually </w:t>
      </w:r>
      <w:r>
        <w:rPr>
          <w:b w:val="0"/>
          <w:i w:val="0"/>
          <w:smallCaps w:val="0"/>
          <w:strike w:val="0"/>
          <w:sz w:val="20"/>
          <w:highlight w:val="cyan"/>
          <w:u w:val="single"/>
        </w:rPr>
        <w:t>lead to</w:t>
      </w:r>
      <w:r>
        <w:rPr>
          <w:b w:val="0"/>
          <w:i w:val="0"/>
          <w:smallCaps w:val="0"/>
          <w:strike w:val="0"/>
          <w:sz w:val="20"/>
          <w:u w:val="single"/>
        </w:rPr>
        <w:t xml:space="preserve"> </w:t>
      </w:r>
      <w:r>
        <w:rPr>
          <w:b/>
          <w:i w:val="0"/>
          <w:smallCaps w:val="0"/>
          <w:strike w:val="0"/>
          <w:sz w:val="20"/>
          <w:u w:val="single"/>
        </w:rPr>
        <w:t xml:space="preserve">massive </w:t>
      </w:r>
      <w:r>
        <w:rPr>
          <w:b/>
          <w:i w:val="0"/>
          <w:smallCaps w:val="0"/>
          <w:strike w:val="0"/>
          <w:sz w:val="20"/>
          <w:highlight w:val="cyan"/>
          <w:u w:val="single"/>
        </w:rPr>
        <w:t>die-offs</w:t>
      </w:r>
      <w:r>
        <w:rPr>
          <w:b/>
          <w:i w:val="0"/>
          <w:smallCaps w:val="0"/>
          <w:strike w:val="0"/>
          <w:sz w:val="20"/>
          <w:u w:val="single"/>
        </w:rPr>
        <w:t xml:space="preserve"> of sea life</w:t>
      </w:r>
      <w:r>
        <w:rPr>
          <w:b w:val="0"/>
          <w:i w:val="0"/>
          <w:smallCaps w:val="0"/>
          <w:strike w:val="0"/>
          <w:sz w:val="16"/>
          <w:u w:val="none"/>
        </w:rPr>
        <w:t xml:space="preserve"> that provide much-needed food for humans.</w:t>
      </w:r>
    </w:p>
    <w:p>
      <w:pPr>
        <w:spacing w:after="60"/>
      </w:pPr>
      <w:r>
        <w:rPr>
          <w:b w:val="0"/>
          <w:i w:val="0"/>
          <w:smallCaps w:val="0"/>
          <w:strike w:val="0"/>
          <w:sz w:val="20"/>
          <w:highlight w:val="cyan"/>
          <w:u w:val="single"/>
        </w:rPr>
        <w:t>Water</w:t>
      </w:r>
      <w:r>
        <w:rPr>
          <w:b w:val="0"/>
          <w:i w:val="0"/>
          <w:smallCaps w:val="0"/>
          <w:strike w:val="0"/>
          <w:sz w:val="20"/>
          <w:u w:val="single"/>
        </w:rPr>
        <w:t xml:space="preserve"> resources </w:t>
      </w:r>
      <w:r>
        <w:rPr>
          <w:b w:val="0"/>
          <w:i w:val="0"/>
          <w:smallCaps w:val="0"/>
          <w:strike w:val="0"/>
          <w:sz w:val="20"/>
          <w:highlight w:val="cyan"/>
          <w:u w:val="single"/>
        </w:rPr>
        <w:t>will</w:t>
      </w:r>
      <w:r>
        <w:rPr>
          <w:b w:val="0"/>
          <w:i w:val="0"/>
          <w:smallCaps w:val="0"/>
          <w:strike w:val="0"/>
          <w:sz w:val="16"/>
          <w:u w:val="none"/>
        </w:rPr>
        <w:t xml:space="preserve"> completely </w:t>
      </w:r>
      <w:r>
        <w:rPr>
          <w:b w:val="0"/>
          <w:i w:val="0"/>
          <w:smallCaps w:val="0"/>
          <w:strike w:val="0"/>
          <w:sz w:val="20"/>
          <w:highlight w:val="cyan"/>
          <w:u w:val="single"/>
        </w:rPr>
        <w:t>dry up</w:t>
      </w:r>
      <w:r>
        <w:rPr>
          <w:b w:val="0"/>
          <w:i w:val="0"/>
          <w:smallCaps w:val="0"/>
          <w:strike w:val="0"/>
          <w:sz w:val="16"/>
          <w:u w:val="none"/>
        </w:rPr>
        <w:t xml:space="preserve"> in many arid parts of the world, </w:t>
      </w:r>
      <w:r>
        <w:rPr>
          <w:b w:val="0"/>
          <w:i w:val="0"/>
          <w:smallCaps w:val="0"/>
          <w:strike w:val="0"/>
          <w:sz w:val="20"/>
          <w:u w:val="single"/>
        </w:rPr>
        <w:t>making</w:t>
      </w:r>
      <w:r>
        <w:rPr>
          <w:b w:val="0"/>
          <w:i w:val="0"/>
          <w:smallCaps w:val="0"/>
          <w:strike w:val="0"/>
          <w:sz w:val="16"/>
          <w:u w:val="none"/>
        </w:rPr>
        <w:t xml:space="preserve"> those </w:t>
      </w:r>
      <w:r>
        <w:rPr>
          <w:b w:val="0"/>
          <w:i w:val="0"/>
          <w:smallCaps w:val="0"/>
          <w:strike w:val="0"/>
          <w:sz w:val="20"/>
          <w:u w:val="single"/>
        </w:rPr>
        <w:t xml:space="preserve">areas </w:t>
      </w:r>
      <w:r>
        <w:rPr>
          <w:b/>
          <w:i w:val="0"/>
          <w:smallCaps w:val="0"/>
          <w:strike w:val="0"/>
          <w:sz w:val="20"/>
          <w:u w:val="single"/>
        </w:rPr>
        <w:t>uninhabitable</w:t>
      </w:r>
      <w:r>
        <w:rPr>
          <w:b w:val="0"/>
          <w:i w:val="0"/>
          <w:smallCaps w:val="0"/>
          <w:strike w:val="0"/>
          <w:sz w:val="16"/>
          <w:u w:val="none"/>
        </w:rPr>
        <w:t>.</w:t>
      </w:r>
    </w:p>
    <w:p>
      <w:pPr>
        <w:spacing w:after="60"/>
      </w:pPr>
      <w:r>
        <w:rPr>
          <w:b w:val="0"/>
          <w:i w:val="0"/>
          <w:smallCaps w:val="0"/>
          <w:strike w:val="0"/>
          <w:sz w:val="20"/>
          <w:highlight w:val="cyan"/>
          <w:u w:val="single"/>
        </w:rPr>
        <w:t>Dwindling</w:t>
      </w:r>
      <w:r>
        <w:rPr>
          <w:b w:val="0"/>
          <w:i w:val="0"/>
          <w:smallCaps w:val="0"/>
          <w:strike w:val="0"/>
          <w:sz w:val="20"/>
          <w:u w:val="single"/>
        </w:rPr>
        <w:t xml:space="preserve"> food and water </w:t>
      </w:r>
      <w:r>
        <w:rPr>
          <w:b w:val="0"/>
          <w:i w:val="0"/>
          <w:smallCaps w:val="0"/>
          <w:strike w:val="0"/>
          <w:sz w:val="20"/>
          <w:highlight w:val="cyan"/>
          <w:u w:val="single"/>
        </w:rPr>
        <w:t>resources</w:t>
      </w:r>
      <w:r>
        <w:rPr>
          <w:b w:val="0"/>
          <w:i w:val="0"/>
          <w:smallCaps w:val="0"/>
          <w:strike w:val="0"/>
          <w:sz w:val="20"/>
          <w:u w:val="single"/>
        </w:rPr>
        <w:t xml:space="preserve"> will inevitably </w:t>
      </w:r>
      <w:r>
        <w:rPr>
          <w:b w:val="0"/>
          <w:i w:val="0"/>
          <w:smallCaps w:val="0"/>
          <w:strike w:val="0"/>
          <w:sz w:val="20"/>
          <w:highlight w:val="cyan"/>
          <w:u w:val="single"/>
        </w:rPr>
        <w:t xml:space="preserve">lead to </w:t>
      </w:r>
      <w:r>
        <w:rPr>
          <w:b/>
          <w:i w:val="0"/>
          <w:smallCaps w:val="0"/>
          <w:strike w:val="0"/>
          <w:sz w:val="20"/>
          <w:highlight w:val="cyan"/>
          <w:u w:val="single"/>
        </w:rPr>
        <w:t>wars</w:t>
      </w:r>
      <w:r>
        <w:rPr>
          <w:b w:val="0"/>
          <w:i w:val="0"/>
          <w:smallCaps w:val="0"/>
          <w:strike w:val="0"/>
          <w:sz w:val="20"/>
          <w:u w:val="single"/>
        </w:rPr>
        <w:t xml:space="preserve"> between competing nations that could be </w:t>
      </w:r>
      <w:r>
        <w:rPr>
          <w:b/>
          <w:i w:val="0"/>
          <w:smallCaps w:val="0"/>
          <w:strike w:val="0"/>
          <w:sz w:val="20"/>
          <w:u w:val="single"/>
        </w:rPr>
        <w:t>catastrophic</w:t>
      </w:r>
      <w:r>
        <w:rPr>
          <w:b w:val="0"/>
          <w:i w:val="0"/>
          <w:smallCaps w:val="0"/>
          <w:strike w:val="0"/>
          <w:sz w:val="16"/>
          <w:u w:val="none"/>
        </w:rPr>
        <w:t>.</w:t>
      </w:r>
    </w:p>
    <w:p>
      <w:pPr>
        <w:spacing w:after="60"/>
      </w:pPr>
      <w:r>
        <w:rPr>
          <w:b w:val="0"/>
          <w:i w:val="0"/>
          <w:smallCaps w:val="0"/>
          <w:strike w:val="0"/>
          <w:sz w:val="20"/>
          <w:u w:val="single"/>
        </w:rPr>
        <w:t>Humans can’t survive at wet-bulb temperatures</w:t>
      </w:r>
      <w:r>
        <w:rPr>
          <w:b w:val="0"/>
          <w:i w:val="0"/>
          <w:smallCaps w:val="0"/>
          <w:strike w:val="0"/>
          <w:sz w:val="16"/>
          <w:u w:val="none"/>
        </w:rPr>
        <w:t xml:space="preserve"> above 35 degrees Celsius (95 degrees Fahrenheit), even in the shade, as the human body loses its ability to cool itself off. </w:t>
      </w:r>
      <w:r>
        <w:rPr>
          <w:b w:val="0"/>
          <w:i w:val="0"/>
          <w:smallCaps w:val="0"/>
          <w:strike w:val="0"/>
          <w:sz w:val="20"/>
          <w:u w:val="single"/>
        </w:rPr>
        <w:t>Higher global temperatures</w:t>
      </w:r>
      <w:r>
        <w:rPr>
          <w:b w:val="0"/>
          <w:i w:val="0"/>
          <w:smallCaps w:val="0"/>
          <w:strike w:val="0"/>
          <w:sz w:val="16"/>
          <w:u w:val="none"/>
        </w:rPr>
        <w:t xml:space="preserve"> and the higher humidity levels that will occur with the higher temperatures </w:t>
      </w:r>
      <w:r>
        <w:rPr>
          <w:b w:val="0"/>
          <w:i w:val="0"/>
          <w:smallCaps w:val="0"/>
          <w:strike w:val="0"/>
          <w:sz w:val="20"/>
          <w:u w:val="single"/>
        </w:rPr>
        <w:t>could make large parts of the Earth uninhabitable</w:t>
      </w:r>
      <w:r>
        <w:rPr>
          <w:b w:val="0"/>
          <w:i w:val="0"/>
          <w:smallCaps w:val="0"/>
          <w:strike w:val="0"/>
          <w:sz w:val="16"/>
          <w:u w:val="none"/>
        </w:rPr>
        <w:t xml:space="preserve"> due to wet bulb temperatures that are lethal.</w:t>
      </w:r>
    </w:p>
    <w:p>
      <w:pPr>
        <w:spacing w:after="60"/>
      </w:pPr>
      <w:r>
        <w:rPr>
          <w:b w:val="0"/>
          <w:i w:val="0"/>
          <w:smallCaps w:val="0"/>
          <w:strike w:val="0"/>
          <w:sz w:val="16"/>
          <w:u w:val="none"/>
        </w:rPr>
        <w:t>Would Runaway Global Warming Actually Lead to Human Extinction?</w:t>
      </w:r>
    </w:p>
    <w:p>
      <w:pPr>
        <w:spacing w:after="60"/>
      </w:pPr>
      <w:r>
        <w:rPr>
          <w:b w:val="0"/>
          <w:i w:val="0"/>
          <w:smallCaps w:val="0"/>
          <w:strike w:val="0"/>
          <w:sz w:val="16"/>
          <w:u w:val="none"/>
        </w:rPr>
        <w:t xml:space="preserve">It’s a very big step </w:t>
      </w:r>
      <w:r>
        <w:rPr>
          <w:b w:val="0"/>
          <w:i w:val="0"/>
          <w:smallCaps w:val="0"/>
          <w:strike w:val="0"/>
          <w:sz w:val="16"/>
          <w:u w:val="none"/>
        </w:rPr>
        <w:t>go</w:t>
      </w:r>
      <w:r>
        <w:rPr>
          <w:b w:val="0"/>
          <w:i w:val="0"/>
          <w:smallCaps w:val="0"/>
          <w:strike w:val="0"/>
          <w:sz w:val="16"/>
          <w:u w:val="none"/>
        </w:rPr>
        <w:t xml:space="preserve"> from runaway global warming to the extinction of all human beings on Earth. Humans possess the intellectual skills necessary to design and build technologies that can help us adapt to climate change. We’re also able to move to places with more hospitable climates. However, some scientists are concerned that </w:t>
      </w:r>
      <w:r>
        <w:rPr>
          <w:b w:val="0"/>
          <w:i w:val="0"/>
          <w:smallCaps w:val="0"/>
          <w:strike w:val="0"/>
          <w:sz w:val="20"/>
          <w:highlight w:val="cyan"/>
          <w:u w:val="single"/>
        </w:rPr>
        <w:t xml:space="preserve">humans will </w:t>
      </w:r>
      <w:r>
        <w:rPr>
          <w:b/>
          <w:i w:val="0"/>
          <w:smallCaps w:val="0"/>
          <w:strike w:val="0"/>
          <w:sz w:val="20"/>
          <w:highlight w:val="cyan"/>
          <w:u w:val="single"/>
        </w:rPr>
        <w:t>not</w:t>
      </w:r>
      <w:r>
        <w:rPr>
          <w:b w:val="0"/>
          <w:i w:val="0"/>
          <w:smallCaps w:val="0"/>
          <w:strike w:val="0"/>
          <w:sz w:val="20"/>
          <w:u w:val="single"/>
        </w:rPr>
        <w:t xml:space="preserve"> have time to </w:t>
      </w:r>
      <w:r>
        <w:rPr>
          <w:b/>
          <w:i w:val="0"/>
          <w:smallCaps w:val="0"/>
          <w:strike w:val="0"/>
          <w:sz w:val="20"/>
          <w:highlight w:val="cyan"/>
          <w:u w:val="single"/>
        </w:rPr>
        <w:t>adapt</w:t>
      </w:r>
      <w:r>
        <w:rPr>
          <w:b w:val="0"/>
          <w:i w:val="0"/>
          <w:smallCaps w:val="0"/>
          <w:strike w:val="0"/>
          <w:sz w:val="20"/>
          <w:u w:val="single"/>
        </w:rPr>
        <w:t xml:space="preserve"> to the </w:t>
      </w:r>
      <w:r>
        <w:rPr>
          <w:b/>
          <w:i w:val="0"/>
          <w:smallCaps w:val="0"/>
          <w:strike w:val="0"/>
          <w:sz w:val="20"/>
          <w:u w:val="single"/>
        </w:rPr>
        <w:t xml:space="preserve">quick </w:t>
      </w:r>
      <w:r>
        <w:rPr>
          <w:b/>
          <w:i w:val="0"/>
          <w:smallCaps w:val="0"/>
          <w:strike w:val="0"/>
          <w:sz w:val="20"/>
          <w:u w:val="single"/>
        </w:rPr>
        <w:t>pace</w:t>
      </w:r>
      <w:r>
        <w:rPr>
          <w:b w:val="0"/>
          <w:i w:val="0"/>
          <w:smallCaps w:val="0"/>
          <w:strike w:val="0"/>
          <w:sz w:val="16"/>
          <w:u w:val="none"/>
        </w:rPr>
        <w:t xml:space="preserve"> of runaway global warming </w:t>
      </w:r>
      <w:r>
        <w:rPr>
          <w:b w:val="0"/>
          <w:i w:val="0"/>
          <w:smallCaps w:val="0"/>
          <w:strike w:val="0"/>
          <w:sz w:val="20"/>
          <w:u w:val="single"/>
        </w:rPr>
        <w:t>and</w:t>
      </w:r>
      <w:r>
        <w:rPr>
          <w:b w:val="0"/>
          <w:i w:val="0"/>
          <w:smallCaps w:val="0"/>
          <w:strike w:val="0"/>
          <w:sz w:val="16"/>
          <w:u w:val="none"/>
        </w:rPr>
        <w:t xml:space="preserve"> some of </w:t>
      </w:r>
      <w:r>
        <w:rPr>
          <w:b w:val="0"/>
          <w:i w:val="0"/>
          <w:smallCaps w:val="0"/>
          <w:strike w:val="0"/>
          <w:sz w:val="20"/>
          <w:u w:val="single"/>
        </w:rPr>
        <w:t xml:space="preserve">the </w:t>
      </w:r>
      <w:r>
        <w:rPr>
          <w:b w:val="0"/>
          <w:i w:val="0"/>
          <w:smallCaps w:val="0"/>
          <w:strike w:val="0"/>
          <w:sz w:val="20"/>
          <w:highlight w:val="cyan"/>
          <w:u w:val="single"/>
        </w:rPr>
        <w:t xml:space="preserve">impacts will be </w:t>
      </w:r>
      <w:r>
        <w:rPr>
          <w:b/>
          <w:i w:val="0"/>
          <w:smallCaps w:val="0"/>
          <w:strike w:val="0"/>
          <w:sz w:val="20"/>
          <w:highlight w:val="cyan"/>
          <w:u w:val="single"/>
        </w:rPr>
        <w:t>too harsh</w:t>
      </w:r>
      <w:r>
        <w:rPr>
          <w:b w:val="0"/>
          <w:i w:val="0"/>
          <w:smallCaps w:val="0"/>
          <w:strike w:val="0"/>
          <w:sz w:val="20"/>
          <w:u w:val="single"/>
        </w:rPr>
        <w:t xml:space="preserve"> for us </w:t>
      </w:r>
      <w:r>
        <w:rPr>
          <w:b w:val="0"/>
          <w:i w:val="0"/>
          <w:smallCaps w:val="0"/>
          <w:strike w:val="0"/>
          <w:sz w:val="20"/>
          <w:highlight w:val="cyan"/>
          <w:u w:val="single"/>
        </w:rPr>
        <w:t xml:space="preserve">to </w:t>
      </w:r>
      <w:r>
        <w:rPr>
          <w:b/>
          <w:i w:val="0"/>
          <w:smallCaps w:val="0"/>
          <w:strike w:val="0"/>
          <w:sz w:val="20"/>
          <w:highlight w:val="cyan"/>
          <w:u w:val="single"/>
        </w:rPr>
        <w:t>survive</w:t>
      </w:r>
      <w:r>
        <w:rPr>
          <w:b w:val="0"/>
          <w:i w:val="0"/>
          <w:smallCaps w:val="0"/>
          <w:strike w:val="0"/>
          <w:sz w:val="16"/>
          <w:highlight w:val="cyan"/>
          <w:u w:val="none"/>
        </w:rPr>
        <w:t>.</w:t>
      </w:r>
    </w:p>
    <w:p>
      <w:pPr>
        <w:spacing w:after="60"/>
      </w:pPr>
      <w:r>
        <w:rPr>
          <w:b w:val="0"/>
          <w:i w:val="0"/>
          <w:smallCaps w:val="0"/>
          <w:strike w:val="0"/>
          <w:sz w:val="16"/>
          <w:u w:val="none"/>
        </w:rPr>
        <w:t>If farmlands and oceans are no longer capable of providing food for humans, where will we turn to obtain life-sustaining food? It is possible that humans could migrate towards the poles and try to farm on land in those areas that is freed up from the ice. However, it is unclear if the currently frozen areas in and around the polar regions will have topsoil suitable for farming. What about freshwater fish? Unfortunately, freshwater lakes and rivers will also undergo acidification that will likely wipe out most or all fish species that can provide humans nourishment. Our only hope might be some sort of synthetic food that is created in factories using basic elements (a technology that is certainly viable).</w:t>
      </w:r>
    </w:p>
    <w:p>
      <w:pPr>
        <w:spacing w:after="60"/>
      </w:pPr>
      <w:r>
        <w:rPr>
          <w:b w:val="0"/>
          <w:i w:val="0"/>
          <w:smallCaps w:val="0"/>
          <w:strike w:val="0"/>
          <w:sz w:val="16"/>
          <w:u w:val="none"/>
        </w:rPr>
        <w:t xml:space="preserve">There will be other life-threatening factors that humans will face in a </w:t>
      </w:r>
      <w:r>
        <w:rPr>
          <w:b w:val="0"/>
          <w:i w:val="0"/>
          <w:smallCaps w:val="0"/>
          <w:strike w:val="0"/>
          <w:sz w:val="16"/>
          <w:u w:val="none"/>
        </w:rPr>
        <w:t>fast warming</w:t>
      </w:r>
      <w:r>
        <w:rPr>
          <w:b w:val="0"/>
          <w:i w:val="0"/>
          <w:smallCaps w:val="0"/>
          <w:strike w:val="0"/>
          <w:sz w:val="16"/>
          <w:u w:val="none"/>
        </w:rPr>
        <w:t xml:space="preserve"> world. </w:t>
      </w:r>
      <w:r>
        <w:rPr>
          <w:b w:val="0"/>
          <w:i w:val="0"/>
          <w:smallCaps w:val="0"/>
          <w:strike w:val="0"/>
          <w:sz w:val="20"/>
          <w:u w:val="single"/>
        </w:rPr>
        <w:t xml:space="preserve">Massive </w:t>
      </w:r>
      <w:r>
        <w:rPr>
          <w:b/>
          <w:i w:val="0"/>
          <w:smallCaps w:val="0"/>
          <w:strike w:val="0"/>
          <w:sz w:val="20"/>
          <w:u w:val="single"/>
        </w:rPr>
        <w:t>fire balls</w:t>
      </w:r>
      <w:r>
        <w:rPr>
          <w:b w:val="0"/>
          <w:i w:val="0"/>
          <w:smallCaps w:val="0"/>
          <w:strike w:val="0"/>
          <w:sz w:val="20"/>
          <w:u w:val="single"/>
        </w:rPr>
        <w:t xml:space="preserve"> from </w:t>
      </w:r>
      <w:r>
        <w:rPr>
          <w:b/>
          <w:i w:val="0"/>
          <w:smallCaps w:val="0"/>
          <w:strike w:val="0"/>
          <w:sz w:val="20"/>
          <w:u w:val="single"/>
        </w:rPr>
        <w:t>methane releases</w:t>
      </w:r>
      <w:r>
        <w:rPr>
          <w:b w:val="0"/>
          <w:i w:val="0"/>
          <w:smallCaps w:val="0"/>
          <w:strike w:val="0"/>
          <w:sz w:val="20"/>
          <w:u w:val="single"/>
        </w:rPr>
        <w:t xml:space="preserve"> will create </w:t>
      </w:r>
      <w:r>
        <w:rPr>
          <w:b/>
          <w:i w:val="0"/>
          <w:smallCaps w:val="0"/>
          <w:strike w:val="0"/>
          <w:sz w:val="20"/>
          <w:u w:val="single"/>
        </w:rPr>
        <w:t>havoc</w:t>
      </w:r>
      <w:r>
        <w:rPr>
          <w:b w:val="0"/>
          <w:i w:val="0"/>
          <w:smallCaps w:val="0"/>
          <w:strike w:val="0"/>
          <w:sz w:val="20"/>
          <w:u w:val="single"/>
        </w:rPr>
        <w:t xml:space="preserve"> for humans</w:t>
      </w:r>
      <w:r>
        <w:rPr>
          <w:b w:val="0"/>
          <w:i w:val="0"/>
          <w:smallCaps w:val="0"/>
          <w:strike w:val="0"/>
          <w:sz w:val="16"/>
          <w:u w:val="none"/>
        </w:rPr>
        <w:t xml:space="preserve">. These fireballs will start enormous forest fires driven by the warmer and in many places a more arid world, which will cause turmoil for humans. </w:t>
      </w:r>
      <w:r>
        <w:rPr>
          <w:b w:val="0"/>
          <w:i w:val="0"/>
          <w:smallCaps w:val="0"/>
          <w:strike w:val="0"/>
          <w:sz w:val="20"/>
          <w:u w:val="single"/>
        </w:rPr>
        <w:t>A lack of freshwater</w:t>
      </w:r>
      <w:r>
        <w:rPr>
          <w:b w:val="0"/>
          <w:i w:val="0"/>
          <w:smallCaps w:val="0"/>
          <w:strike w:val="0"/>
          <w:sz w:val="16"/>
          <w:u w:val="none"/>
        </w:rPr>
        <w:t xml:space="preserve"> in areas that undergo desertification </w:t>
      </w:r>
      <w:r>
        <w:rPr>
          <w:b w:val="0"/>
          <w:i w:val="0"/>
          <w:smallCaps w:val="0"/>
          <w:strike w:val="0"/>
          <w:sz w:val="20"/>
          <w:u w:val="single"/>
        </w:rPr>
        <w:t xml:space="preserve">will make </w:t>
      </w:r>
      <w:r>
        <w:rPr>
          <w:b/>
          <w:i w:val="0"/>
          <w:smallCaps w:val="0"/>
          <w:strike w:val="0"/>
          <w:sz w:val="20"/>
          <w:u w:val="single"/>
        </w:rPr>
        <w:t>survival impossible</w:t>
      </w:r>
      <w:r>
        <w:rPr>
          <w:b w:val="0"/>
          <w:i w:val="0"/>
          <w:smallCaps w:val="0"/>
          <w:strike w:val="0"/>
          <w:sz w:val="16"/>
          <w:u w:val="none"/>
        </w:rPr>
        <w:t xml:space="preserve"> in such areas. </w:t>
      </w:r>
      <w:r>
        <w:rPr>
          <w:b/>
          <w:i w:val="0"/>
          <w:smallCaps w:val="0"/>
          <w:strike w:val="0"/>
          <w:sz w:val="20"/>
          <w:highlight w:val="cyan"/>
          <w:u w:val="single"/>
        </w:rPr>
        <w:t>Wars</w:t>
      </w:r>
      <w:r>
        <w:rPr>
          <w:b w:val="0"/>
          <w:i w:val="0"/>
          <w:smallCaps w:val="0"/>
          <w:strike w:val="0"/>
          <w:sz w:val="20"/>
          <w:highlight w:val="cyan"/>
          <w:u w:val="single"/>
        </w:rPr>
        <w:t xml:space="preserve"> over </w:t>
      </w:r>
      <w:r>
        <w:rPr>
          <w:b/>
          <w:i w:val="0"/>
          <w:smallCaps w:val="0"/>
          <w:strike w:val="0"/>
          <w:sz w:val="20"/>
          <w:highlight w:val="cyan"/>
          <w:u w:val="single"/>
        </w:rPr>
        <w:t>dwindling resources</w:t>
      </w:r>
      <w:r>
        <w:rPr>
          <w:b w:val="0"/>
          <w:i w:val="0"/>
          <w:smallCaps w:val="0"/>
          <w:strike w:val="0"/>
          <w:sz w:val="20"/>
          <w:highlight w:val="cyan"/>
          <w:u w:val="single"/>
        </w:rPr>
        <w:t xml:space="preserve"> will</w:t>
      </w:r>
      <w:r>
        <w:rPr>
          <w:b w:val="0"/>
          <w:i w:val="0"/>
          <w:smallCaps w:val="0"/>
          <w:strike w:val="0"/>
          <w:sz w:val="20"/>
          <w:u w:val="single"/>
        </w:rPr>
        <w:t xml:space="preserve"> be </w:t>
      </w:r>
      <w:r>
        <w:rPr>
          <w:b/>
          <w:i w:val="0"/>
          <w:smallCaps w:val="0"/>
          <w:strike w:val="0"/>
          <w:sz w:val="20"/>
          <w:u w:val="single"/>
        </w:rPr>
        <w:t>fought</w:t>
      </w:r>
      <w:r>
        <w:rPr>
          <w:b w:val="0"/>
          <w:i w:val="0"/>
          <w:smallCaps w:val="0"/>
          <w:strike w:val="0"/>
          <w:sz w:val="20"/>
          <w:u w:val="single"/>
        </w:rPr>
        <w:t xml:space="preserve"> out of </w:t>
      </w:r>
      <w:r>
        <w:rPr>
          <w:b/>
          <w:i w:val="0"/>
          <w:smallCaps w:val="0"/>
          <w:strike w:val="0"/>
          <w:sz w:val="20"/>
          <w:u w:val="single"/>
        </w:rPr>
        <w:t>desperation</w:t>
      </w:r>
      <w:r>
        <w:rPr>
          <w:b w:val="0"/>
          <w:i w:val="0"/>
          <w:smallCaps w:val="0"/>
          <w:strike w:val="0"/>
          <w:sz w:val="20"/>
          <w:u w:val="single"/>
        </w:rPr>
        <w:t xml:space="preserve"> and could </w:t>
      </w:r>
      <w:r>
        <w:rPr>
          <w:b/>
          <w:i w:val="0"/>
          <w:smallCaps w:val="0"/>
          <w:strike w:val="0"/>
          <w:sz w:val="20"/>
          <w:highlight w:val="cyan"/>
          <w:u w:val="single"/>
        </w:rPr>
        <w:t>end in catastrophe</w:t>
      </w:r>
      <w:r>
        <w:rPr>
          <w:b w:val="0"/>
          <w:i w:val="0"/>
          <w:smallCaps w:val="0"/>
          <w:strike w:val="0"/>
          <w:sz w:val="16"/>
          <w:u w:val="none"/>
        </w:rPr>
        <w:t>.</w:t>
      </w:r>
    </w:p>
    <w:p>
      <w:pPr>
        <w:spacing w:after="60"/>
      </w:pPr>
      <w:r>
        <w:rPr>
          <w:b w:val="0"/>
          <w:i w:val="0"/>
          <w:smallCaps w:val="0"/>
          <w:strike w:val="0"/>
          <w:sz w:val="16"/>
          <w:u w:val="none"/>
        </w:rPr>
        <w:t xml:space="preserve">The stress of a warmer world will weaken human immune systems. </w:t>
      </w:r>
      <w:r>
        <w:rPr>
          <w:b w:val="0"/>
          <w:i w:val="0"/>
          <w:smallCaps w:val="0"/>
          <w:strike w:val="0"/>
          <w:sz w:val="20"/>
          <w:highlight w:val="cyan"/>
          <w:u w:val="single"/>
        </w:rPr>
        <w:t>If</w:t>
      </w:r>
      <w:r>
        <w:rPr>
          <w:b w:val="0"/>
          <w:i w:val="0"/>
          <w:smallCaps w:val="0"/>
          <w:strike w:val="0"/>
          <w:sz w:val="20"/>
          <w:u w:val="single"/>
        </w:rPr>
        <w:t xml:space="preserve"> </w:t>
      </w:r>
      <w:r>
        <w:rPr>
          <w:b/>
          <w:i w:val="0"/>
          <w:smallCaps w:val="0"/>
          <w:strike w:val="0"/>
          <w:sz w:val="20"/>
          <w:u w:val="single"/>
        </w:rPr>
        <w:t xml:space="preserve">industrial </w:t>
      </w:r>
      <w:r>
        <w:rPr>
          <w:b/>
          <w:i w:val="0"/>
          <w:smallCaps w:val="0"/>
          <w:strike w:val="0"/>
          <w:sz w:val="20"/>
          <w:highlight w:val="cyan"/>
          <w:u w:val="single"/>
        </w:rPr>
        <w:t>society collapses</w:t>
      </w:r>
      <w:r>
        <w:rPr>
          <w:b w:val="0"/>
          <w:i w:val="0"/>
          <w:smallCaps w:val="0"/>
          <w:strike w:val="0"/>
          <w:sz w:val="16"/>
          <w:u w:val="none"/>
        </w:rPr>
        <w:t xml:space="preserve"> or is greatly reduced, </w:t>
      </w:r>
      <w:r>
        <w:rPr>
          <w:b/>
          <w:i w:val="0"/>
          <w:smallCaps w:val="0"/>
          <w:strike w:val="0"/>
          <w:sz w:val="20"/>
          <w:highlight w:val="cyan"/>
          <w:u w:val="single"/>
        </w:rPr>
        <w:t>health</w:t>
      </w:r>
      <w:r>
        <w:rPr>
          <w:b w:val="0"/>
          <w:i w:val="0"/>
          <w:smallCaps w:val="0"/>
          <w:strike w:val="0"/>
          <w:sz w:val="20"/>
          <w:u w:val="single"/>
        </w:rPr>
        <w:t xml:space="preserve">care and medicines might </w:t>
      </w:r>
      <w:r>
        <w:rPr>
          <w:b w:val="0"/>
          <w:i w:val="0"/>
          <w:smallCaps w:val="0"/>
          <w:strike w:val="0"/>
          <w:sz w:val="20"/>
          <w:highlight w:val="cyan"/>
          <w:u w:val="single"/>
        </w:rPr>
        <w:t>become</w:t>
      </w:r>
      <w:r>
        <w:rPr>
          <w:b w:val="0"/>
          <w:i w:val="0"/>
          <w:smallCaps w:val="0"/>
          <w:strike w:val="0"/>
          <w:sz w:val="20"/>
          <w:u w:val="single"/>
        </w:rPr>
        <w:t xml:space="preserve"> </w:t>
      </w:r>
      <w:r>
        <w:rPr>
          <w:b/>
          <w:i w:val="0"/>
          <w:smallCaps w:val="0"/>
          <w:strike w:val="0"/>
          <w:sz w:val="20"/>
          <w:u w:val="single"/>
        </w:rPr>
        <w:t xml:space="preserve">very </w:t>
      </w:r>
      <w:r>
        <w:rPr>
          <w:b/>
          <w:i w:val="0"/>
          <w:smallCaps w:val="0"/>
          <w:strike w:val="0"/>
          <w:sz w:val="20"/>
          <w:highlight w:val="cyan"/>
          <w:u w:val="single"/>
        </w:rPr>
        <w:t>limited</w:t>
      </w:r>
      <w:r>
        <w:rPr>
          <w:b w:val="0"/>
          <w:i w:val="0"/>
          <w:smallCaps w:val="0"/>
          <w:strike w:val="0"/>
          <w:sz w:val="16"/>
          <w:u w:val="none"/>
        </w:rPr>
        <w:t xml:space="preserve">, lowering life expectancy dramatically. </w:t>
      </w:r>
      <w:r>
        <w:rPr>
          <w:b w:val="0"/>
          <w:i w:val="0"/>
          <w:smallCaps w:val="0"/>
          <w:strike w:val="0"/>
          <w:sz w:val="20"/>
          <w:u w:val="single"/>
        </w:rPr>
        <w:t>Humans that survive</w:t>
      </w:r>
      <w:r>
        <w:rPr>
          <w:b w:val="0"/>
          <w:i w:val="0"/>
          <w:smallCaps w:val="0"/>
          <w:strike w:val="0"/>
          <w:sz w:val="16"/>
          <w:u w:val="none"/>
        </w:rPr>
        <w:t xml:space="preserve"> all the dangers associated with runaway global </w:t>
      </w:r>
      <w:r>
        <w:rPr>
          <w:b w:val="0"/>
          <w:i w:val="0"/>
          <w:smallCaps w:val="0"/>
          <w:strike w:val="0"/>
          <w:sz w:val="20"/>
          <w:u w:val="single"/>
        </w:rPr>
        <w:t xml:space="preserve">warming might </w:t>
      </w:r>
      <w:r>
        <w:rPr>
          <w:b/>
          <w:i w:val="0"/>
          <w:smallCaps w:val="0"/>
          <w:strike w:val="0"/>
          <w:sz w:val="20"/>
          <w:u w:val="single"/>
        </w:rPr>
        <w:t>succumb</w:t>
      </w:r>
      <w:r>
        <w:rPr>
          <w:b w:val="0"/>
          <w:i w:val="0"/>
          <w:smallCaps w:val="0"/>
          <w:strike w:val="0"/>
          <w:sz w:val="20"/>
          <w:u w:val="single"/>
        </w:rPr>
        <w:t xml:space="preserve"> to </w:t>
      </w:r>
      <w:r>
        <w:rPr>
          <w:b/>
          <w:i w:val="0"/>
          <w:smallCaps w:val="0"/>
          <w:strike w:val="0"/>
          <w:sz w:val="20"/>
          <w:highlight w:val="cyan"/>
          <w:u w:val="single"/>
        </w:rPr>
        <w:t>pandemics</w:t>
      </w:r>
      <w:r>
        <w:rPr>
          <w:b w:val="0"/>
          <w:i w:val="0"/>
          <w:smallCaps w:val="0"/>
          <w:strike w:val="0"/>
          <w:sz w:val="20"/>
          <w:u w:val="single"/>
        </w:rPr>
        <w:t xml:space="preserve"> that </w:t>
      </w:r>
      <w:r>
        <w:rPr>
          <w:b w:val="0"/>
          <w:i w:val="0"/>
          <w:smallCaps w:val="0"/>
          <w:strike w:val="0"/>
          <w:sz w:val="20"/>
          <w:highlight w:val="cyan"/>
          <w:u w:val="single"/>
        </w:rPr>
        <w:t>will</w:t>
      </w:r>
      <w:r>
        <w:rPr>
          <w:b w:val="0"/>
          <w:i w:val="0"/>
          <w:smallCaps w:val="0"/>
          <w:strike w:val="0"/>
          <w:sz w:val="20"/>
          <w:u w:val="single"/>
        </w:rPr>
        <w:t xml:space="preserve"> likely </w:t>
      </w:r>
      <w:r>
        <w:rPr>
          <w:b w:val="0"/>
          <w:i w:val="0"/>
          <w:smallCaps w:val="0"/>
          <w:strike w:val="0"/>
          <w:sz w:val="20"/>
          <w:highlight w:val="cyan"/>
          <w:u w:val="single"/>
        </w:rPr>
        <w:t>sweep</w:t>
      </w:r>
      <w:r>
        <w:rPr>
          <w:b w:val="0"/>
          <w:i w:val="0"/>
          <w:smallCaps w:val="0"/>
          <w:strike w:val="0"/>
          <w:sz w:val="20"/>
          <w:u w:val="single"/>
        </w:rPr>
        <w:t xml:space="preserve"> the world as opportunistic pathogens take advantage of weakened human systems </w:t>
      </w:r>
      <w:r>
        <w:rPr>
          <w:b w:val="0"/>
          <w:i w:val="0"/>
          <w:smallCaps w:val="0"/>
          <w:strike w:val="0"/>
          <w:sz w:val="20"/>
          <w:highlight w:val="cyan"/>
          <w:u w:val="single"/>
        </w:rPr>
        <w:t>and cause</w:t>
      </w:r>
      <w:r>
        <w:rPr>
          <w:b w:val="0"/>
          <w:i w:val="0"/>
          <w:smallCaps w:val="0"/>
          <w:strike w:val="0"/>
          <w:sz w:val="20"/>
          <w:u w:val="single"/>
        </w:rPr>
        <w:t xml:space="preserve"> a </w:t>
      </w:r>
      <w:r>
        <w:rPr>
          <w:b/>
          <w:i w:val="0"/>
          <w:smallCaps w:val="0"/>
          <w:strike w:val="0"/>
          <w:sz w:val="20"/>
          <w:u w:val="single"/>
        </w:rPr>
        <w:t xml:space="preserve">large </w:t>
      </w:r>
      <w:r>
        <w:rPr>
          <w:b/>
          <w:i w:val="0"/>
          <w:smallCaps w:val="0"/>
          <w:strike w:val="0"/>
          <w:sz w:val="20"/>
          <w:highlight w:val="cyan"/>
          <w:u w:val="single"/>
        </w:rPr>
        <w:t>loss of life</w:t>
      </w:r>
      <w:r>
        <w:rPr>
          <w:b w:val="0"/>
          <w:i w:val="0"/>
          <w:smallCaps w:val="0"/>
          <w:strike w:val="0"/>
          <w:sz w:val="20"/>
          <w:highlight w:val="cyan"/>
          <w:u w:val="single"/>
        </w:rPr>
        <w:t xml:space="preserve"> in</w:t>
      </w:r>
      <w:r>
        <w:rPr>
          <w:b w:val="0"/>
          <w:i w:val="0"/>
          <w:smallCaps w:val="0"/>
          <w:strike w:val="0"/>
          <w:sz w:val="20"/>
          <w:u w:val="single"/>
        </w:rPr>
        <w:t xml:space="preserve"> the </w:t>
      </w:r>
      <w:r>
        <w:rPr>
          <w:b/>
          <w:i w:val="0"/>
          <w:smallCaps w:val="0"/>
          <w:strike w:val="0"/>
          <w:sz w:val="20"/>
          <w:highlight w:val="cyan"/>
          <w:u w:val="single"/>
        </w:rPr>
        <w:t>remaining</w:t>
      </w:r>
      <w:r>
        <w:rPr>
          <w:b/>
          <w:i w:val="0"/>
          <w:smallCaps w:val="0"/>
          <w:strike w:val="0"/>
          <w:sz w:val="20"/>
          <w:u w:val="single"/>
        </w:rPr>
        <w:t xml:space="preserve"> human </w:t>
      </w:r>
      <w:r>
        <w:rPr>
          <w:b/>
          <w:i w:val="0"/>
          <w:smallCaps w:val="0"/>
          <w:strike w:val="0"/>
          <w:sz w:val="20"/>
          <w:highlight w:val="cyan"/>
          <w:u w:val="single"/>
        </w:rPr>
        <w:t>populations</w:t>
      </w:r>
      <w:r>
        <w:rPr>
          <w:b w:val="0"/>
          <w:i w:val="0"/>
          <w:smallCaps w:val="0"/>
          <w:strike w:val="0"/>
          <w:sz w:val="16"/>
          <w:u w:val="none"/>
        </w:rPr>
        <w:t>.</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