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Innovation economy solves a </w:t>
      </w:r>
      <w:r>
        <w:rPr>
          <w:b/>
          <w:i w:val="0"/>
          <w:smallCaps w:val="0"/>
          <w:strike w:val="0"/>
          <w:sz w:val="24"/>
          <w:u w:val="single"/>
        </w:rPr>
        <w:t>laundry list</w:t>
      </w:r>
      <w:r>
        <w:rPr>
          <w:b/>
          <w:i w:val="0"/>
          <w:smallCaps w:val="0"/>
          <w:strike w:val="0"/>
          <w:sz w:val="24"/>
          <w:u w:val="none"/>
        </w:rPr>
        <w:t>.</w:t>
      </w:r>
    </w:p>
    <w:p>
      <w:pPr>
        <w:spacing w:after="80"/>
      </w:pPr>
      <w:r>
        <w:rPr>
          <w:b w:val="0"/>
          <w:i w:val="0"/>
          <w:smallCaps w:val="0"/>
          <w:strike w:val="0"/>
          <w:sz w:val="16"/>
          <w:u w:val="none"/>
        </w:rPr>
        <w:t>---Mostly AT: Innovation Bad Ks</w:t>
      </w:r>
    </w:p>
    <w:p>
      <w:pPr>
        <w:spacing w:after="60"/>
      </w:pPr>
      <w:r>
        <w:rPr>
          <w:b/>
          <w:i w:val="0"/>
          <w:smallCaps w:val="0"/>
          <w:strike w:val="0"/>
          <w:sz w:val="24"/>
          <w:u w:val="none"/>
        </w:rPr>
        <w:t>McKinney 23,</w:t>
      </w:r>
      <w:r>
        <w:rPr>
          <w:b w:val="0"/>
          <w:i w:val="0"/>
          <w:smallCaps w:val="0"/>
          <w:strike w:val="0"/>
          <w:sz w:val="16"/>
          <w:u w:val="none"/>
        </w:rPr>
        <w:t xml:space="preserve"> [Phil McKinney (CEO of </w:t>
      </w:r>
      <w:r>
        <w:rPr>
          <w:b w:val="0"/>
          <w:i w:val="0"/>
          <w:smallCaps w:val="0"/>
          <w:strike w:val="0"/>
          <w:sz w:val="16"/>
          <w:u w:val="none"/>
        </w:rPr>
        <w:t>CableLabs</w:t>
      </w:r>
      <w:r>
        <w:rPr>
          <w:b w:val="0"/>
          <w:i w:val="0"/>
          <w:smallCaps w:val="0"/>
          <w:strike w:val="0"/>
          <w:sz w:val="16"/>
          <w:u w:val="none"/>
        </w:rPr>
        <w:t>, CTO of Hewlett-Packard’s Personal Systems Group), “</w:t>
      </w:r>
      <w:r>
        <w:rPr>
          <w:b w:val="0"/>
          <w:i w:val="0"/>
          <w:smallCaps w:val="0"/>
          <w:strike w:val="0"/>
          <w:sz w:val="16"/>
          <w:u w:val="none"/>
        </w:rPr>
        <w:t>Understanding the Innovation Economy and Its Impact on Our World</w:t>
      </w:r>
      <w:r>
        <w:rPr>
          <w:b w:val="0"/>
          <w:i w:val="0"/>
          <w:smallCaps w:val="0"/>
          <w:strike w:val="0"/>
          <w:sz w:val="16"/>
          <w:u w:val="none"/>
        </w:rPr>
        <w:t xml:space="preserve">,” Killer Innovations, </w:t>
      </w:r>
      <w:r>
        <w:rPr>
          <w:b w:val="0"/>
          <w:i w:val="0"/>
          <w:smallCaps w:val="0"/>
          <w:strike w:val="0"/>
          <w:sz w:val="16"/>
          <w:u w:val="none"/>
        </w:rPr>
        <w:t xml:space="preserve">, accessed 6-27-2024, 8/22/23] </w:t>
      </w:r>
      <w:r>
        <w:rPr>
          <w:b w:val="0"/>
          <w:i w:val="0"/>
          <w:smallCaps w:val="0"/>
          <w:strike w:val="0"/>
          <w:sz w:val="16"/>
          <w:u w:val="none"/>
        </w:rPr>
        <w:t>Mr.Mr</w:t>
      </w:r>
      <w:r>
        <w:rPr>
          <w:b w:val="0"/>
          <w:i w:val="0"/>
          <w:smallCaps w:val="0"/>
          <w:strike w:val="0"/>
          <w:sz w:val="16"/>
          <w:u w:val="none"/>
        </w:rPr>
        <w:t>.</w:t>
      </w:r>
    </w:p>
    <w:p>
      <w:pPr>
        <w:spacing w:after="60"/>
      </w:pPr>
      <w:r>
        <w:rPr>
          <w:b w:val="0"/>
          <w:i w:val="0"/>
          <w:smallCaps w:val="0"/>
          <w:strike w:val="0"/>
          <w:sz w:val="20"/>
          <w:u w:val="single"/>
        </w:rPr>
        <w:t>Economic Growth</w:t>
      </w:r>
      <w:r>
        <w:rPr>
          <w:b w:val="0"/>
          <w:i w:val="0"/>
          <w:smallCaps w:val="0"/>
          <w:strike w:val="0"/>
          <w:sz w:val="16"/>
          <w:u w:val="single"/>
        </w:rPr>
        <w:t xml:space="preserve"> and Prosperity</w:t>
      </w:r>
    </w:p>
    <w:p>
      <w:pPr>
        <w:spacing w:after="60"/>
      </w:pPr>
      <w:r>
        <w:rPr>
          <w:b w:val="0"/>
          <w:i w:val="0"/>
          <w:smallCaps w:val="0"/>
          <w:strike w:val="0"/>
          <w:sz w:val="20"/>
          <w:u w:val="single"/>
        </w:rPr>
        <w:t xml:space="preserve">The </w:t>
      </w:r>
      <w:r>
        <w:rPr>
          <w:b/>
          <w:i w:val="0"/>
          <w:smallCaps w:val="0"/>
          <w:strike w:val="0"/>
          <w:sz w:val="20"/>
          <w:highlight w:val="cyan"/>
          <w:u w:val="single"/>
        </w:rPr>
        <w:t>innovation economy</w:t>
      </w:r>
      <w:r>
        <w:rPr>
          <w:b w:val="0"/>
          <w:i w:val="0"/>
          <w:smallCaps w:val="0"/>
          <w:strike w:val="0"/>
          <w:sz w:val="20"/>
          <w:highlight w:val="cyan"/>
          <w:u w:val="single"/>
        </w:rPr>
        <w:t xml:space="preserve"> is</w:t>
      </w:r>
      <w:r>
        <w:rPr>
          <w:b w:val="0"/>
          <w:i w:val="0"/>
          <w:smallCaps w:val="0"/>
          <w:strike w:val="0"/>
          <w:sz w:val="20"/>
          <w:u w:val="single"/>
        </w:rPr>
        <w:t xml:space="preserve"> indeed </w:t>
      </w:r>
      <w:r>
        <w:rPr>
          <w:b w:val="0"/>
          <w:i w:val="0"/>
          <w:smallCaps w:val="0"/>
          <w:strike w:val="0"/>
          <w:sz w:val="20"/>
          <w:highlight w:val="cyan"/>
          <w:u w:val="single"/>
        </w:rPr>
        <w:t>reshaping</w:t>
      </w:r>
      <w:r>
        <w:rPr>
          <w:b w:val="0"/>
          <w:i w:val="0"/>
          <w:smallCaps w:val="0"/>
          <w:strike w:val="0"/>
          <w:sz w:val="20"/>
          <w:u w:val="single"/>
        </w:rPr>
        <w:t xml:space="preserve"> economic </w:t>
      </w:r>
      <w:r>
        <w:rPr>
          <w:b w:val="0"/>
          <w:i w:val="0"/>
          <w:smallCaps w:val="0"/>
          <w:strike w:val="0"/>
          <w:sz w:val="20"/>
          <w:u w:val="single"/>
        </w:rPr>
        <w:t>growth</w:t>
      </w:r>
      <w:r>
        <w:rPr>
          <w:b w:val="0"/>
          <w:i w:val="0"/>
          <w:smallCaps w:val="0"/>
          <w:strike w:val="0"/>
          <w:sz w:val="20"/>
          <w:u w:val="single"/>
        </w:rPr>
        <w:t xml:space="preserve"> and </w:t>
      </w:r>
      <w:r>
        <w:rPr>
          <w:b w:val="0"/>
          <w:i w:val="0"/>
          <w:smallCaps w:val="0"/>
          <w:strike w:val="0"/>
          <w:sz w:val="20"/>
          <w:highlight w:val="cyan"/>
          <w:u w:val="single"/>
        </w:rPr>
        <w:t>prosperity</w:t>
      </w:r>
      <w:r>
        <w:rPr>
          <w:b w:val="0"/>
          <w:i w:val="0"/>
          <w:smallCaps w:val="0"/>
          <w:strike w:val="0"/>
          <w:sz w:val="20"/>
          <w:u w:val="single"/>
        </w:rPr>
        <w:t xml:space="preserve"> on a </w:t>
      </w:r>
      <w:r>
        <w:rPr>
          <w:b/>
          <w:i w:val="0"/>
          <w:smallCaps w:val="0"/>
          <w:strike w:val="0"/>
          <w:sz w:val="20"/>
          <w:u w:val="single"/>
        </w:rPr>
        <w:t>global scale</w:t>
      </w:r>
      <w:r>
        <w:rPr>
          <w:b w:val="0"/>
          <w:i w:val="0"/>
          <w:smallCaps w:val="0"/>
          <w:strike w:val="0"/>
          <w:sz w:val="20"/>
          <w:u w:val="single"/>
        </w:rPr>
        <w:t xml:space="preserve">. The rise of </w:t>
      </w:r>
      <w:r>
        <w:rPr>
          <w:b/>
          <w:i w:val="0"/>
          <w:smallCaps w:val="0"/>
          <w:strike w:val="0"/>
          <w:sz w:val="20"/>
          <w:u w:val="single"/>
        </w:rPr>
        <w:t>tech giants</w:t>
      </w:r>
      <w:r>
        <w:rPr>
          <w:b w:val="0"/>
          <w:i w:val="0"/>
          <w:smallCaps w:val="0"/>
          <w:strike w:val="0"/>
          <w:sz w:val="20"/>
          <w:u w:val="single"/>
        </w:rPr>
        <w:t xml:space="preserve"> like Apple and Google, unicorns like Uber and Airbnb, and thousands of </w:t>
      </w:r>
      <w:r>
        <w:rPr>
          <w:b/>
          <w:i w:val="0"/>
          <w:smallCaps w:val="0"/>
          <w:strike w:val="0"/>
          <w:sz w:val="20"/>
          <w:u w:val="single"/>
        </w:rPr>
        <w:t>startups worldwide</w:t>
      </w:r>
      <w:r>
        <w:rPr>
          <w:b w:val="0"/>
          <w:i w:val="0"/>
          <w:smallCaps w:val="0"/>
          <w:strike w:val="0"/>
          <w:sz w:val="20"/>
          <w:u w:val="single"/>
        </w:rPr>
        <w:t xml:space="preserve"> display the economic </w:t>
      </w:r>
      <w:r>
        <w:rPr>
          <w:b/>
          <w:i w:val="0"/>
          <w:smallCaps w:val="0"/>
          <w:strike w:val="0"/>
          <w:sz w:val="20"/>
          <w:u w:val="single"/>
        </w:rPr>
        <w:t>potential</w:t>
      </w:r>
      <w:r>
        <w:rPr>
          <w:b w:val="0"/>
          <w:i w:val="0"/>
          <w:smallCaps w:val="0"/>
          <w:strike w:val="0"/>
          <w:sz w:val="20"/>
          <w:u w:val="single"/>
        </w:rPr>
        <w:t xml:space="preserve"> fueled by </w:t>
      </w:r>
      <w:r>
        <w:rPr>
          <w:b/>
          <w:i w:val="0"/>
          <w:smallCaps w:val="0"/>
          <w:strike w:val="0"/>
          <w:sz w:val="20"/>
          <w:u w:val="single"/>
        </w:rPr>
        <w:t>innovation</w:t>
      </w:r>
      <w:r>
        <w:rPr>
          <w:b w:val="0"/>
          <w:i w:val="0"/>
          <w:smallCaps w:val="0"/>
          <w:strike w:val="0"/>
          <w:sz w:val="20"/>
          <w:u w:val="single"/>
        </w:rPr>
        <w:t xml:space="preserve">. By developing </w:t>
      </w:r>
      <w:r>
        <w:rPr>
          <w:b w:val="0"/>
          <w:i w:val="0"/>
          <w:smallCaps w:val="0"/>
          <w:strike w:val="0"/>
          <w:sz w:val="20"/>
          <w:highlight w:val="cyan"/>
          <w:u w:val="single"/>
        </w:rPr>
        <w:t>groundbreaking technologies</w:t>
      </w:r>
      <w:r>
        <w:rPr>
          <w:b w:val="0"/>
          <w:i w:val="0"/>
          <w:smallCaps w:val="0"/>
          <w:strike w:val="0"/>
          <w:sz w:val="20"/>
          <w:u w:val="single"/>
        </w:rPr>
        <w:t xml:space="preserve"> and services, these companies </w:t>
      </w:r>
      <w:r>
        <w:rPr>
          <w:b/>
          <w:i w:val="0"/>
          <w:smallCaps w:val="0"/>
          <w:strike w:val="0"/>
          <w:sz w:val="20"/>
          <w:highlight w:val="cyan"/>
          <w:u w:val="single"/>
        </w:rPr>
        <w:t>generate jobs</w:t>
      </w:r>
      <w:r>
        <w:rPr>
          <w:b w:val="0"/>
          <w:i w:val="0"/>
          <w:smallCaps w:val="0"/>
          <w:strike w:val="0"/>
          <w:sz w:val="20"/>
          <w:highlight w:val="cyan"/>
          <w:u w:val="single"/>
        </w:rPr>
        <w:t xml:space="preserve">, </w:t>
      </w:r>
      <w:r>
        <w:rPr>
          <w:b/>
          <w:i w:val="0"/>
          <w:smallCaps w:val="0"/>
          <w:strike w:val="0"/>
          <w:sz w:val="20"/>
          <w:highlight w:val="cyan"/>
          <w:u w:val="single"/>
        </w:rPr>
        <w:t>increase productivity</w:t>
      </w:r>
      <w:r>
        <w:rPr>
          <w:b w:val="0"/>
          <w:i w:val="0"/>
          <w:smallCaps w:val="0"/>
          <w:strike w:val="0"/>
          <w:sz w:val="20"/>
          <w:u w:val="single"/>
        </w:rPr>
        <w:t xml:space="preserve">, and </w:t>
      </w:r>
      <w:r>
        <w:rPr>
          <w:b/>
          <w:i w:val="0"/>
          <w:smallCaps w:val="0"/>
          <w:strike w:val="0"/>
          <w:sz w:val="20"/>
          <w:highlight w:val="cyan"/>
          <w:u w:val="single"/>
        </w:rPr>
        <w:t>drive</w:t>
      </w:r>
      <w:r>
        <w:rPr>
          <w:b/>
          <w:i w:val="0"/>
          <w:smallCaps w:val="0"/>
          <w:strike w:val="0"/>
          <w:sz w:val="20"/>
          <w:u w:val="single"/>
        </w:rPr>
        <w:t xml:space="preserve"> economic </w:t>
      </w:r>
      <w:r>
        <w:rPr>
          <w:b/>
          <w:i w:val="0"/>
          <w:smallCaps w:val="0"/>
          <w:strike w:val="0"/>
          <w:sz w:val="20"/>
          <w:highlight w:val="cyan"/>
          <w:u w:val="single"/>
        </w:rPr>
        <w:t>growth</w:t>
      </w:r>
      <w:r>
        <w:rPr>
          <w:b w:val="0"/>
          <w:i w:val="0"/>
          <w:smallCaps w:val="0"/>
          <w:strike w:val="0"/>
          <w:sz w:val="20"/>
          <w:u w:val="single"/>
        </w:rPr>
        <w:t>.</w:t>
      </w:r>
    </w:p>
    <w:p>
      <w:pPr>
        <w:spacing w:after="60"/>
      </w:pPr>
      <w:r>
        <w:rPr>
          <w:b w:val="0"/>
          <w:i w:val="0"/>
          <w:smallCaps w:val="0"/>
          <w:strike w:val="0"/>
          <w:sz w:val="20"/>
          <w:u w:val="single"/>
        </w:rPr>
        <w:t xml:space="preserve">An innovative economy also </w:t>
      </w:r>
      <w:r>
        <w:rPr>
          <w:b/>
          <w:i w:val="0"/>
          <w:smallCaps w:val="0"/>
          <w:strike w:val="0"/>
          <w:sz w:val="20"/>
          <w:highlight w:val="cyan"/>
          <w:u w:val="single"/>
        </w:rPr>
        <w:t>democratizes wealth creation</w:t>
      </w:r>
      <w:r>
        <w:rPr>
          <w:b w:val="0"/>
          <w:i w:val="0"/>
          <w:smallCaps w:val="0"/>
          <w:strike w:val="0"/>
          <w:sz w:val="16"/>
          <w:u w:val="none"/>
        </w:rPr>
        <w:t xml:space="preserve">. In an innovation-based world, </w:t>
      </w:r>
      <w:r>
        <w:rPr>
          <w:b w:val="0"/>
          <w:i w:val="0"/>
          <w:smallCaps w:val="0"/>
          <w:strike w:val="0"/>
          <w:sz w:val="20"/>
          <w:highlight w:val="cyan"/>
          <w:u w:val="single"/>
        </w:rPr>
        <w:t>anyone with a transformative idea can</w:t>
      </w:r>
      <w:r>
        <w:rPr>
          <w:b w:val="0"/>
          <w:i w:val="0"/>
          <w:smallCaps w:val="0"/>
          <w:strike w:val="0"/>
          <w:sz w:val="20"/>
          <w:u w:val="single"/>
        </w:rPr>
        <w:t xml:space="preserve"> launch a startup, </w:t>
      </w:r>
      <w:r>
        <w:rPr>
          <w:b w:val="0"/>
          <w:i w:val="0"/>
          <w:smallCaps w:val="0"/>
          <w:strike w:val="0"/>
          <w:sz w:val="20"/>
          <w:highlight w:val="cyan"/>
          <w:u w:val="single"/>
        </w:rPr>
        <w:t>disrupt an industry</w:t>
      </w:r>
      <w:r>
        <w:rPr>
          <w:b w:val="0"/>
          <w:i w:val="0"/>
          <w:smallCaps w:val="0"/>
          <w:strike w:val="0"/>
          <w:sz w:val="20"/>
          <w:u w:val="single"/>
        </w:rPr>
        <w:t>, and prosper.</w:t>
      </w:r>
      <w:r>
        <w:rPr>
          <w:b w:val="0"/>
          <w:i w:val="0"/>
          <w:smallCaps w:val="0"/>
          <w:strike w:val="0"/>
          <w:sz w:val="16"/>
          <w:u w:val="none"/>
        </w:rPr>
        <w:t xml:space="preserve"> Think Silicon Valley, Shenzhen, or Bangalore, where </w:t>
      </w:r>
      <w:r>
        <w:rPr>
          <w:b w:val="0"/>
          <w:i w:val="0"/>
          <w:smallCaps w:val="0"/>
          <w:strike w:val="0"/>
          <w:sz w:val="20"/>
          <w:u w:val="single"/>
        </w:rPr>
        <w:t>countless entrepreneurs have turned their ideas into successful businesses.</w:t>
      </w:r>
    </w:p>
    <w:p>
      <w:pPr>
        <w:spacing w:after="60"/>
      </w:pPr>
      <w:r>
        <w:rPr>
          <w:b w:val="0"/>
          <w:i w:val="0"/>
          <w:smallCaps w:val="0"/>
          <w:strike w:val="0"/>
          <w:sz w:val="16"/>
          <w:u w:val="none"/>
        </w:rPr>
        <w:t>Innovation is not merely the creation of the new, but the courage to step beyond the known into the realm of the unknown.</w:t>
      </w:r>
    </w:p>
    <w:p>
      <w:pPr>
        <w:spacing w:after="60"/>
      </w:pPr>
      <w:r>
        <w:rPr>
          <w:b w:val="0"/>
          <w:i w:val="0"/>
          <w:smallCaps w:val="0"/>
          <w:strike w:val="0"/>
          <w:sz w:val="16"/>
          <w:u w:val="none"/>
        </w:rPr>
        <w:t xml:space="preserve">Moreover, </w:t>
      </w:r>
      <w:r>
        <w:rPr>
          <w:b w:val="0"/>
          <w:i w:val="0"/>
          <w:smallCaps w:val="0"/>
          <w:strike w:val="0"/>
          <w:sz w:val="20"/>
          <w:u w:val="single"/>
        </w:rPr>
        <w:t xml:space="preserve">the innovation economy is fueling </w:t>
      </w:r>
      <w:r>
        <w:rPr>
          <w:b/>
          <w:i w:val="0"/>
          <w:smallCaps w:val="0"/>
          <w:strike w:val="0"/>
          <w:sz w:val="20"/>
          <w:highlight w:val="cyan"/>
          <w:u w:val="single"/>
        </w:rPr>
        <w:t>digital transformation</w:t>
      </w:r>
      <w:r>
        <w:rPr>
          <w:b w:val="0"/>
          <w:i w:val="0"/>
          <w:smallCaps w:val="0"/>
          <w:strike w:val="0"/>
          <w:sz w:val="20"/>
          <w:highlight w:val="cyan"/>
          <w:u w:val="single"/>
        </w:rPr>
        <w:t>, mak</w:t>
      </w:r>
      <w:r>
        <w:rPr>
          <w:b w:val="0"/>
          <w:i w:val="0"/>
          <w:smallCaps w:val="0"/>
          <w:strike w:val="0"/>
          <w:sz w:val="20"/>
          <w:u w:val="single"/>
        </w:rPr>
        <w:t xml:space="preserve">ing </w:t>
      </w:r>
      <w:r>
        <w:rPr>
          <w:b w:val="0"/>
          <w:i w:val="0"/>
          <w:smallCaps w:val="0"/>
          <w:strike w:val="0"/>
          <w:sz w:val="20"/>
          <w:highlight w:val="cyan"/>
          <w:u w:val="single"/>
        </w:rPr>
        <w:t xml:space="preserve">economies </w:t>
      </w:r>
      <w:r>
        <w:rPr>
          <w:b/>
          <w:i w:val="0"/>
          <w:smallCaps w:val="0"/>
          <w:strike w:val="0"/>
          <w:sz w:val="20"/>
          <w:highlight w:val="cyan"/>
          <w:u w:val="single"/>
        </w:rPr>
        <w:t>more accessible</w:t>
      </w:r>
      <w:r>
        <w:rPr>
          <w:b w:val="0"/>
          <w:i w:val="0"/>
          <w:smallCaps w:val="0"/>
          <w:strike w:val="0"/>
          <w:sz w:val="20"/>
          <w:u w:val="single"/>
        </w:rPr>
        <w:t xml:space="preserve"> to everyone</w:t>
      </w:r>
      <w:r>
        <w:rPr>
          <w:b w:val="0"/>
          <w:i w:val="0"/>
          <w:smallCaps w:val="0"/>
          <w:strike w:val="0"/>
          <w:sz w:val="16"/>
          <w:u w:val="none"/>
        </w:rPr>
        <w:t xml:space="preserve">. For instance, financial technology, or </w:t>
      </w:r>
      <w:r>
        <w:rPr>
          <w:b w:val="0"/>
          <w:i w:val="0"/>
          <w:smallCaps w:val="0"/>
          <w:strike w:val="0"/>
          <w:sz w:val="20"/>
          <w:u w:val="single"/>
        </w:rPr>
        <w:t>FinTech, is making financial services accessible to those previously unbanked, stimulating economic activities in underserved areas</w:t>
      </w:r>
      <w:r>
        <w:rPr>
          <w:b w:val="0"/>
          <w:i w:val="0"/>
          <w:smallCaps w:val="0"/>
          <w:strike w:val="0"/>
          <w:sz w:val="16"/>
          <w:u w:val="none"/>
        </w:rPr>
        <w:t>.</w:t>
      </w:r>
    </w:p>
    <w:p>
      <w:pPr>
        <w:spacing w:after="60"/>
      </w:pPr>
      <w:r>
        <w:rPr>
          <w:b w:val="0"/>
          <w:i w:val="0"/>
          <w:smallCaps w:val="0"/>
          <w:strike w:val="0"/>
          <w:sz w:val="16"/>
          <w:u w:val="none"/>
        </w:rPr>
        <w:t xml:space="preserve">On a broader scale, </w:t>
      </w:r>
      <w:r>
        <w:rPr>
          <w:b w:val="0"/>
          <w:i w:val="0"/>
          <w:smallCaps w:val="0"/>
          <w:strike w:val="0"/>
          <w:sz w:val="20"/>
          <w:u w:val="single"/>
        </w:rPr>
        <w:t xml:space="preserve">the innovation economy helps countries transition from a dependence on </w:t>
      </w:r>
      <w:r>
        <w:rPr>
          <w:b/>
          <w:i w:val="0"/>
          <w:smallCaps w:val="0"/>
          <w:strike w:val="0"/>
          <w:sz w:val="20"/>
          <w:u w:val="single"/>
        </w:rPr>
        <w:t>finite resources</w:t>
      </w:r>
      <w:r>
        <w:rPr>
          <w:b w:val="0"/>
          <w:i w:val="0"/>
          <w:smallCaps w:val="0"/>
          <w:strike w:val="0"/>
          <w:sz w:val="20"/>
          <w:u w:val="single"/>
        </w:rPr>
        <w:t xml:space="preserve">, such as oil, copper, and lithium, to </w:t>
      </w:r>
      <w:r>
        <w:rPr>
          <w:b/>
          <w:i w:val="0"/>
          <w:smallCaps w:val="0"/>
          <w:strike w:val="0"/>
          <w:sz w:val="20"/>
          <w:u w:val="single"/>
        </w:rPr>
        <w:t>infinite resources</w:t>
      </w:r>
      <w:r>
        <w:rPr>
          <w:b w:val="0"/>
          <w:i w:val="0"/>
          <w:smallCaps w:val="0"/>
          <w:strike w:val="0"/>
          <w:sz w:val="20"/>
          <w:u w:val="single"/>
        </w:rPr>
        <w:t xml:space="preserve">, like human creativity and information. This transition offers a path to </w:t>
      </w:r>
      <w:r>
        <w:rPr>
          <w:b/>
          <w:i w:val="0"/>
          <w:smallCaps w:val="0"/>
          <w:strike w:val="0"/>
          <w:sz w:val="20"/>
          <w:u w:val="single"/>
        </w:rPr>
        <w:t>global prosperity</w:t>
      </w:r>
      <w:r>
        <w:rPr>
          <w:b w:val="0"/>
          <w:i w:val="0"/>
          <w:smallCaps w:val="0"/>
          <w:strike w:val="0"/>
          <w:sz w:val="20"/>
          <w:u w:val="single"/>
        </w:rPr>
        <w:t>, as physical limits do not constrain the number of great ideas.</w:t>
      </w:r>
    </w:p>
    <w:p>
      <w:pPr>
        <w:spacing w:after="60"/>
      </w:pPr>
      <w:r>
        <w:rPr>
          <w:b w:val="0"/>
          <w:i w:val="0"/>
          <w:smallCaps w:val="0"/>
          <w:strike w:val="0"/>
          <w:sz w:val="16"/>
          <w:u w:val="none"/>
        </w:rPr>
        <w:t>The benefits of the innovation economy, however, are not without challenges. Income inequality, job displacement because of automation, and privacy concerns are some issues that countries need to address. The innovation economy's full potential can only be realized when these challenges are effectively managed.</w:t>
      </w:r>
    </w:p>
    <w:p>
      <w:pPr>
        <w:spacing w:after="60"/>
      </w:pPr>
      <w:r>
        <w:rPr>
          <w:b w:val="0"/>
          <w:i w:val="0"/>
          <w:smallCaps w:val="0"/>
          <w:strike w:val="0"/>
          <w:sz w:val="20"/>
          <w:u w:val="single"/>
        </w:rPr>
        <w:t xml:space="preserve">Redefining </w:t>
      </w:r>
      <w:r>
        <w:rPr>
          <w:b/>
          <w:i w:val="0"/>
          <w:smallCaps w:val="0"/>
          <w:strike w:val="0"/>
          <w:sz w:val="20"/>
          <w:u w:val="single"/>
        </w:rPr>
        <w:t>Economic Decision-Making</w:t>
      </w:r>
    </w:p>
    <w:p>
      <w:pPr>
        <w:spacing w:after="60"/>
      </w:pPr>
      <w:r>
        <w:rPr>
          <w:b w:val="0"/>
          <w:i w:val="0"/>
          <w:smallCaps w:val="0"/>
          <w:strike w:val="0"/>
          <w:sz w:val="20"/>
          <w:u w:val="single"/>
        </w:rPr>
        <w:t>The innovation economy is significantly influencing economic decision-making processes</w:t>
      </w:r>
      <w:r>
        <w:rPr>
          <w:b w:val="0"/>
          <w:i w:val="0"/>
          <w:smallCaps w:val="0"/>
          <w:strike w:val="0"/>
          <w:sz w:val="16"/>
          <w:u w:val="none"/>
        </w:rPr>
        <w:t xml:space="preserve">. </w:t>
      </w:r>
      <w:r>
        <w:rPr>
          <w:b w:val="0"/>
          <w:i w:val="0"/>
          <w:smallCaps w:val="0"/>
          <w:strike w:val="0"/>
          <w:sz w:val="20"/>
          <w:u w:val="single"/>
        </w:rPr>
        <w:t>Data is the new oil</w:t>
      </w:r>
      <w:r>
        <w:rPr>
          <w:b w:val="0"/>
          <w:i w:val="0"/>
          <w:smallCaps w:val="0"/>
          <w:strike w:val="0"/>
          <w:sz w:val="16"/>
          <w:u w:val="none"/>
        </w:rPr>
        <w:t xml:space="preserve"> in this era, serving as a valuable resource for making informed decisions. </w:t>
      </w:r>
      <w:r>
        <w:rPr>
          <w:b w:val="0"/>
          <w:i w:val="0"/>
          <w:smallCaps w:val="0"/>
          <w:strike w:val="0"/>
          <w:sz w:val="20"/>
          <w:u w:val="single"/>
        </w:rPr>
        <w:t xml:space="preserve">With the rise of technologies such as </w:t>
      </w:r>
      <w:r>
        <w:rPr>
          <w:b/>
          <w:i w:val="0"/>
          <w:smallCaps w:val="0"/>
          <w:strike w:val="0"/>
          <w:sz w:val="20"/>
          <w:u w:val="single"/>
        </w:rPr>
        <w:t xml:space="preserve">big </w:t>
      </w:r>
      <w:r>
        <w:rPr>
          <w:b/>
          <w:i w:val="0"/>
          <w:smallCaps w:val="0"/>
          <w:strike w:val="0"/>
          <w:sz w:val="20"/>
          <w:highlight w:val="cyan"/>
          <w:u w:val="single"/>
        </w:rPr>
        <w:t>data</w:t>
      </w:r>
      <w:r>
        <w:rPr>
          <w:b w:val="0"/>
          <w:i w:val="0"/>
          <w:smallCaps w:val="0"/>
          <w:strike w:val="0"/>
          <w:sz w:val="20"/>
          <w:highlight w:val="cyan"/>
          <w:u w:val="single"/>
        </w:rPr>
        <w:t xml:space="preserve"> and </w:t>
      </w:r>
      <w:r>
        <w:rPr>
          <w:b/>
          <w:i w:val="0"/>
          <w:smallCaps w:val="0"/>
          <w:strike w:val="0"/>
          <w:sz w:val="20"/>
          <w:highlight w:val="cyan"/>
          <w:u w:val="single"/>
        </w:rPr>
        <w:t>AI</w:t>
      </w:r>
      <w:r>
        <w:rPr>
          <w:b w:val="0"/>
          <w:i w:val="0"/>
          <w:smallCaps w:val="0"/>
          <w:strike w:val="0"/>
          <w:sz w:val="20"/>
          <w:u w:val="single"/>
        </w:rPr>
        <w:t xml:space="preserve">, </w:t>
      </w:r>
      <w:r>
        <w:rPr>
          <w:b/>
          <w:i w:val="0"/>
          <w:smallCaps w:val="0"/>
          <w:strike w:val="0"/>
          <w:sz w:val="20"/>
          <w:u w:val="single"/>
        </w:rPr>
        <w:t>businesses</w:t>
      </w:r>
      <w:r>
        <w:rPr>
          <w:b w:val="0"/>
          <w:i w:val="0"/>
          <w:smallCaps w:val="0"/>
          <w:strike w:val="0"/>
          <w:sz w:val="20"/>
          <w:u w:val="single"/>
        </w:rPr>
        <w:t xml:space="preserve">, and </w:t>
      </w:r>
      <w:r>
        <w:rPr>
          <w:b/>
          <w:i w:val="0"/>
          <w:smallCaps w:val="0"/>
          <w:strike w:val="0"/>
          <w:sz w:val="20"/>
          <w:u w:val="single"/>
        </w:rPr>
        <w:t>governments</w:t>
      </w:r>
      <w:r>
        <w:rPr>
          <w:b w:val="0"/>
          <w:i w:val="0"/>
          <w:smallCaps w:val="0"/>
          <w:strike w:val="0"/>
          <w:sz w:val="20"/>
          <w:u w:val="single"/>
        </w:rPr>
        <w:t xml:space="preserve"> have access to a </w:t>
      </w:r>
      <w:r>
        <w:rPr>
          <w:b/>
          <w:i w:val="0"/>
          <w:smallCaps w:val="0"/>
          <w:strike w:val="0"/>
          <w:sz w:val="20"/>
          <w:u w:val="single"/>
        </w:rPr>
        <w:t>wealth of data</w:t>
      </w:r>
      <w:r>
        <w:rPr>
          <w:b w:val="0"/>
          <w:i w:val="0"/>
          <w:smallCaps w:val="0"/>
          <w:strike w:val="0"/>
          <w:sz w:val="20"/>
          <w:u w:val="single"/>
        </w:rPr>
        <w:t xml:space="preserve"> that can be harnessed for </w:t>
      </w:r>
      <w:r>
        <w:rPr>
          <w:b/>
          <w:i w:val="0"/>
          <w:smallCaps w:val="0"/>
          <w:strike w:val="0"/>
          <w:sz w:val="20"/>
          <w:u w:val="single"/>
        </w:rPr>
        <w:t>strategic decision-making</w:t>
      </w:r>
      <w:r>
        <w:rPr>
          <w:b w:val="0"/>
          <w:i w:val="0"/>
          <w:smallCaps w:val="0"/>
          <w:strike w:val="0"/>
          <w:sz w:val="20"/>
          <w:u w:val="single"/>
        </w:rPr>
        <w:t xml:space="preserve">. For instance, </w:t>
      </w:r>
      <w:r>
        <w:rPr>
          <w:b/>
          <w:i w:val="0"/>
          <w:smallCaps w:val="0"/>
          <w:strike w:val="0"/>
          <w:sz w:val="20"/>
          <w:u w:val="single"/>
        </w:rPr>
        <w:t xml:space="preserve">predictive </w:t>
      </w:r>
      <w:r>
        <w:rPr>
          <w:b/>
          <w:i w:val="0"/>
          <w:smallCaps w:val="0"/>
          <w:strike w:val="0"/>
          <w:sz w:val="20"/>
          <w:highlight w:val="cyan"/>
          <w:u w:val="single"/>
        </w:rPr>
        <w:t>analytics</w:t>
      </w:r>
      <w:r>
        <w:rPr>
          <w:b w:val="0"/>
          <w:i w:val="0"/>
          <w:smallCaps w:val="0"/>
          <w:strike w:val="0"/>
          <w:sz w:val="20"/>
          <w:u w:val="single"/>
        </w:rPr>
        <w:t xml:space="preserve"> can </w:t>
      </w:r>
      <w:r>
        <w:rPr>
          <w:b w:val="0"/>
          <w:i w:val="0"/>
          <w:smallCaps w:val="0"/>
          <w:strike w:val="0"/>
          <w:sz w:val="20"/>
          <w:highlight w:val="cyan"/>
          <w:u w:val="single"/>
        </w:rPr>
        <w:t xml:space="preserve">provide insights into </w:t>
      </w:r>
      <w:r>
        <w:rPr>
          <w:b/>
          <w:i w:val="0"/>
          <w:smallCaps w:val="0"/>
          <w:strike w:val="0"/>
          <w:sz w:val="20"/>
          <w:highlight w:val="cyan"/>
          <w:u w:val="single"/>
        </w:rPr>
        <w:t>future</w:t>
      </w:r>
      <w:r>
        <w:rPr>
          <w:b/>
          <w:i w:val="0"/>
          <w:smallCaps w:val="0"/>
          <w:strike w:val="0"/>
          <w:sz w:val="20"/>
          <w:u w:val="single"/>
        </w:rPr>
        <w:t xml:space="preserve"> market </w:t>
      </w:r>
      <w:r>
        <w:rPr>
          <w:b/>
          <w:i w:val="0"/>
          <w:smallCaps w:val="0"/>
          <w:strike w:val="0"/>
          <w:sz w:val="20"/>
          <w:highlight w:val="cyan"/>
          <w:u w:val="single"/>
        </w:rPr>
        <w:t>trends</w:t>
      </w:r>
      <w:r>
        <w:rPr>
          <w:b w:val="0"/>
          <w:i w:val="0"/>
          <w:smallCaps w:val="0"/>
          <w:strike w:val="0"/>
          <w:sz w:val="20"/>
          <w:highlight w:val="cyan"/>
          <w:u w:val="single"/>
        </w:rPr>
        <w:t>, enabling businesses to</w:t>
      </w:r>
      <w:r>
        <w:rPr>
          <w:b w:val="0"/>
          <w:i w:val="0"/>
          <w:smallCaps w:val="0"/>
          <w:strike w:val="0"/>
          <w:sz w:val="20"/>
          <w:u w:val="single"/>
        </w:rPr>
        <w:t xml:space="preserve"> make proactive decisions and </w:t>
      </w:r>
      <w:r>
        <w:rPr>
          <w:b/>
          <w:i w:val="0"/>
          <w:smallCaps w:val="0"/>
          <w:strike w:val="0"/>
          <w:sz w:val="20"/>
          <w:highlight w:val="cyan"/>
          <w:u w:val="single"/>
        </w:rPr>
        <w:t>stay competitive</w:t>
      </w:r>
      <w:r>
        <w:rPr>
          <w:b w:val="0"/>
          <w:i w:val="0"/>
          <w:smallCaps w:val="0"/>
          <w:strike w:val="0"/>
          <w:sz w:val="20"/>
          <w:u w:val="single"/>
        </w:rPr>
        <w:t>.</w:t>
      </w:r>
    </w:p>
    <w:p>
      <w:pPr>
        <w:spacing w:after="60"/>
      </w:pPr>
      <w:r>
        <w:rPr>
          <w:b w:val="0"/>
          <w:i w:val="0"/>
          <w:smallCaps w:val="0"/>
          <w:strike w:val="0"/>
          <w:sz w:val="16"/>
          <w:u w:val="none"/>
        </w:rPr>
        <w:t xml:space="preserve">Moreover, </w:t>
      </w:r>
      <w:r>
        <w:rPr>
          <w:b w:val="0"/>
          <w:i w:val="0"/>
          <w:smallCaps w:val="0"/>
          <w:strike w:val="0"/>
          <w:sz w:val="20"/>
          <w:u w:val="single"/>
        </w:rPr>
        <w:t xml:space="preserve">the </w:t>
      </w:r>
      <w:r>
        <w:rPr>
          <w:b/>
          <w:i w:val="0"/>
          <w:smallCaps w:val="0"/>
          <w:strike w:val="0"/>
          <w:sz w:val="20"/>
          <w:u w:val="single"/>
        </w:rPr>
        <w:t>speed</w:t>
      </w:r>
      <w:r>
        <w:rPr>
          <w:b w:val="0"/>
          <w:i w:val="0"/>
          <w:smallCaps w:val="0"/>
          <w:strike w:val="0"/>
          <w:sz w:val="20"/>
          <w:u w:val="single"/>
        </w:rPr>
        <w:t xml:space="preserve"> of innovation is prompting companies to be </w:t>
      </w:r>
      <w:r>
        <w:rPr>
          <w:b/>
          <w:i w:val="0"/>
          <w:smallCaps w:val="0"/>
          <w:strike w:val="0"/>
          <w:sz w:val="20"/>
          <w:u w:val="single"/>
        </w:rPr>
        <w:t>more agile</w:t>
      </w:r>
      <w:r>
        <w:rPr>
          <w:b w:val="0"/>
          <w:i w:val="0"/>
          <w:smallCaps w:val="0"/>
          <w:strike w:val="0"/>
          <w:sz w:val="20"/>
          <w:u w:val="single"/>
        </w:rPr>
        <w:t xml:space="preserve"> in their decision-making</w:t>
      </w:r>
      <w:r>
        <w:rPr>
          <w:b w:val="0"/>
          <w:i w:val="0"/>
          <w:smallCaps w:val="0"/>
          <w:strike w:val="0"/>
          <w:sz w:val="16"/>
          <w:u w:val="none"/>
        </w:rPr>
        <w:t>. The traditional long-term planning approach is being replaced with a more flexible approach that allows for quick adjustments in response to dynamic market conditions.</w:t>
      </w:r>
    </w:p>
    <w:p>
      <w:pPr>
        <w:spacing w:after="60"/>
      </w:pPr>
      <w:r>
        <w:rPr>
          <w:b w:val="0"/>
          <w:i w:val="0"/>
          <w:smallCaps w:val="0"/>
          <w:strike w:val="0"/>
          <w:sz w:val="16"/>
          <w:u w:val="none"/>
        </w:rPr>
        <w:t xml:space="preserve">Simultaneously, </w:t>
      </w:r>
      <w:r>
        <w:rPr>
          <w:b w:val="0"/>
          <w:i w:val="0"/>
          <w:smallCaps w:val="0"/>
          <w:strike w:val="0"/>
          <w:sz w:val="20"/>
          <w:highlight w:val="cyan"/>
          <w:u w:val="single"/>
        </w:rPr>
        <w:t>governments</w:t>
      </w:r>
      <w:r>
        <w:rPr>
          <w:b w:val="0"/>
          <w:i w:val="0"/>
          <w:smallCaps w:val="0"/>
          <w:strike w:val="0"/>
          <w:sz w:val="20"/>
          <w:u w:val="single"/>
        </w:rPr>
        <w:t xml:space="preserve"> are already </w:t>
      </w:r>
      <w:r>
        <w:rPr>
          <w:b/>
          <w:i w:val="0"/>
          <w:smallCaps w:val="0"/>
          <w:strike w:val="0"/>
          <w:sz w:val="20"/>
          <w:highlight w:val="cyan"/>
          <w:u w:val="single"/>
        </w:rPr>
        <w:t>leverag</w:t>
      </w:r>
      <w:r>
        <w:rPr>
          <w:b/>
          <w:i w:val="0"/>
          <w:smallCaps w:val="0"/>
          <w:strike w:val="0"/>
          <w:sz w:val="20"/>
          <w:u w:val="single"/>
        </w:rPr>
        <w:t xml:space="preserve">ing </w:t>
      </w:r>
      <w:r>
        <w:rPr>
          <w:b/>
          <w:i w:val="0"/>
          <w:smallCaps w:val="0"/>
          <w:strike w:val="0"/>
          <w:sz w:val="20"/>
          <w:highlight w:val="cyan"/>
          <w:u w:val="single"/>
        </w:rPr>
        <w:t>innovation</w:t>
      </w:r>
      <w:r>
        <w:rPr>
          <w:b w:val="0"/>
          <w:i w:val="0"/>
          <w:smallCaps w:val="0"/>
          <w:strike w:val="0"/>
          <w:sz w:val="20"/>
          <w:highlight w:val="cyan"/>
          <w:u w:val="single"/>
        </w:rPr>
        <w:t xml:space="preserve"> to make </w:t>
      </w:r>
      <w:r>
        <w:rPr>
          <w:b/>
          <w:i w:val="0"/>
          <w:smallCaps w:val="0"/>
          <w:strike w:val="0"/>
          <w:sz w:val="20"/>
          <w:highlight w:val="cyan"/>
          <w:u w:val="single"/>
        </w:rPr>
        <w:t>smarter policy decisions</w:t>
      </w:r>
      <w:r>
        <w:rPr>
          <w:b w:val="0"/>
          <w:i w:val="0"/>
          <w:smallCaps w:val="0"/>
          <w:strike w:val="0"/>
          <w:sz w:val="20"/>
          <w:u w:val="single"/>
        </w:rPr>
        <w:t xml:space="preserve"> supporting economic growth. For example, they are using digital tools to analyze societal trends and citizens’ needs to inform </w:t>
      </w:r>
      <w:r>
        <w:rPr>
          <w:b w:val="0"/>
          <w:i w:val="0"/>
          <w:smallCaps w:val="0"/>
          <w:strike w:val="0"/>
          <w:sz w:val="20"/>
          <w:u w:val="single"/>
        </w:rPr>
        <w:t>policy-making</w:t>
      </w:r>
      <w:r>
        <w:rPr>
          <w:b w:val="0"/>
          <w:i w:val="0"/>
          <w:smallCaps w:val="0"/>
          <w:strike w:val="0"/>
          <w:sz w:val="20"/>
          <w:u w:val="single"/>
        </w:rPr>
        <w:t>.</w:t>
      </w:r>
    </w:p>
    <w:p>
      <w:pPr>
        <w:spacing w:after="60"/>
      </w:pPr>
      <w:r>
        <w:rPr>
          <w:b w:val="0"/>
          <w:i w:val="0"/>
          <w:smallCaps w:val="0"/>
          <w:strike w:val="0"/>
          <w:sz w:val="20"/>
          <w:u w:val="single"/>
        </w:rPr>
        <w:t xml:space="preserve">Benefits of the </w:t>
      </w:r>
      <w:r>
        <w:rPr>
          <w:b w:val="0"/>
          <w:i w:val="0"/>
          <w:smallCaps w:val="0"/>
          <w:strike w:val="0"/>
          <w:sz w:val="20"/>
          <w:u w:val="single"/>
        </w:rPr>
        <w:t>Innovation Economy</w:t>
      </w:r>
    </w:p>
    <w:p>
      <w:pPr>
        <w:spacing w:after="60"/>
      </w:pPr>
      <w:r>
        <w:rPr>
          <w:b w:val="0"/>
          <w:i w:val="0"/>
          <w:smallCaps w:val="0"/>
          <w:strike w:val="0"/>
          <w:sz w:val="20"/>
          <w:u w:val="single"/>
        </w:rPr>
        <w:t xml:space="preserve">The innovation economy extends its benefits across </w:t>
      </w:r>
      <w:r>
        <w:rPr>
          <w:b/>
          <w:i w:val="0"/>
          <w:smallCaps w:val="0"/>
          <w:strike w:val="0"/>
          <w:sz w:val="20"/>
          <w:u w:val="single"/>
        </w:rPr>
        <w:t>individuals</w:t>
      </w:r>
      <w:r>
        <w:rPr>
          <w:b w:val="0"/>
          <w:i w:val="0"/>
          <w:smallCaps w:val="0"/>
          <w:strike w:val="0"/>
          <w:sz w:val="20"/>
          <w:u w:val="single"/>
        </w:rPr>
        <w:t xml:space="preserve">, </w:t>
      </w:r>
      <w:r>
        <w:rPr>
          <w:b/>
          <w:i w:val="0"/>
          <w:smallCaps w:val="0"/>
          <w:strike w:val="0"/>
          <w:sz w:val="20"/>
          <w:u w:val="single"/>
        </w:rPr>
        <w:t>organizations</w:t>
      </w:r>
      <w:r>
        <w:rPr>
          <w:b w:val="0"/>
          <w:i w:val="0"/>
          <w:smallCaps w:val="0"/>
          <w:strike w:val="0"/>
          <w:sz w:val="20"/>
          <w:u w:val="single"/>
        </w:rPr>
        <w:t xml:space="preserve">, and </w:t>
      </w:r>
      <w:r>
        <w:rPr>
          <w:b/>
          <w:i w:val="0"/>
          <w:smallCaps w:val="0"/>
          <w:strike w:val="0"/>
          <w:sz w:val="20"/>
          <w:u w:val="single"/>
        </w:rPr>
        <w:t>society</w:t>
      </w:r>
      <w:r>
        <w:rPr>
          <w:b w:val="0"/>
          <w:i w:val="0"/>
          <w:smallCaps w:val="0"/>
          <w:strike w:val="0"/>
          <w:sz w:val="20"/>
          <w:u w:val="single"/>
        </w:rPr>
        <w:t>.</w:t>
      </w:r>
    </w:p>
    <w:p>
      <w:pPr>
        <w:spacing w:after="60"/>
      </w:pPr>
      <w:r>
        <w:rPr>
          <w:b w:val="0"/>
          <w:i w:val="0"/>
          <w:smallCaps w:val="0"/>
          <w:strike w:val="0"/>
          <w:sz w:val="20"/>
          <w:u w:val="single"/>
        </w:rPr>
        <w:t xml:space="preserve">For individuals, it offers </w:t>
      </w:r>
      <w:r>
        <w:rPr>
          <w:b/>
          <w:i w:val="0"/>
          <w:smallCaps w:val="0"/>
          <w:strike w:val="0"/>
          <w:sz w:val="20"/>
          <w:u w:val="single"/>
        </w:rPr>
        <w:t>exciting career opportunities</w:t>
      </w:r>
      <w:r>
        <w:rPr>
          <w:b w:val="0"/>
          <w:i w:val="0"/>
          <w:smallCaps w:val="0"/>
          <w:strike w:val="0"/>
          <w:sz w:val="20"/>
          <w:u w:val="single"/>
        </w:rPr>
        <w:t xml:space="preserve"> in emerging fields and promises a </w:t>
      </w:r>
      <w:r>
        <w:rPr>
          <w:b/>
          <w:i w:val="0"/>
          <w:smallCaps w:val="0"/>
          <w:strike w:val="0"/>
          <w:sz w:val="20"/>
          <w:highlight w:val="cyan"/>
          <w:u w:val="single"/>
        </w:rPr>
        <w:t>higher quality of life</w:t>
      </w:r>
      <w:r>
        <w:rPr>
          <w:b w:val="0"/>
          <w:i w:val="0"/>
          <w:smallCaps w:val="0"/>
          <w:strike w:val="0"/>
          <w:sz w:val="20"/>
          <w:u w:val="single"/>
        </w:rPr>
        <w:t xml:space="preserve"> through </w:t>
      </w:r>
      <w:r>
        <w:rPr>
          <w:b/>
          <w:i w:val="0"/>
          <w:smallCaps w:val="0"/>
          <w:strike w:val="0"/>
          <w:sz w:val="20"/>
          <w:u w:val="single"/>
        </w:rPr>
        <w:t>technological advancements</w:t>
      </w:r>
      <w:r>
        <w:rPr>
          <w:b w:val="0"/>
          <w:i w:val="0"/>
          <w:smallCaps w:val="0"/>
          <w:strike w:val="0"/>
          <w:sz w:val="20"/>
          <w:u w:val="single"/>
        </w:rPr>
        <w:t xml:space="preserve">. </w:t>
      </w:r>
      <w:r>
        <w:rPr>
          <w:b/>
          <w:i w:val="0"/>
          <w:smallCaps w:val="0"/>
          <w:strike w:val="0"/>
          <w:sz w:val="20"/>
          <w:highlight w:val="cyan"/>
          <w:u w:val="single"/>
        </w:rPr>
        <w:t>Education</w:t>
      </w:r>
      <w:r>
        <w:rPr>
          <w:b w:val="0"/>
          <w:i w:val="0"/>
          <w:smallCaps w:val="0"/>
          <w:strike w:val="0"/>
          <w:sz w:val="20"/>
          <w:highlight w:val="cyan"/>
          <w:u w:val="single"/>
        </w:rPr>
        <w:t xml:space="preserve">, </w:t>
      </w:r>
      <w:r>
        <w:rPr>
          <w:b/>
          <w:i w:val="0"/>
          <w:smallCaps w:val="0"/>
          <w:strike w:val="0"/>
          <w:sz w:val="20"/>
          <w:highlight w:val="cyan"/>
          <w:u w:val="single"/>
        </w:rPr>
        <w:t>healthcare</w:t>
      </w:r>
      <w:r>
        <w:rPr>
          <w:b w:val="0"/>
          <w:i w:val="0"/>
          <w:smallCaps w:val="0"/>
          <w:strike w:val="0"/>
          <w:sz w:val="20"/>
          <w:u w:val="single"/>
        </w:rPr>
        <w:t xml:space="preserve">, and </w:t>
      </w:r>
      <w:r>
        <w:rPr>
          <w:b/>
          <w:i w:val="0"/>
          <w:smallCaps w:val="0"/>
          <w:strike w:val="0"/>
          <w:sz w:val="20"/>
          <w:u w:val="single"/>
        </w:rPr>
        <w:t>daily routines</w:t>
      </w:r>
      <w:r>
        <w:rPr>
          <w:b w:val="0"/>
          <w:i w:val="0"/>
          <w:smallCaps w:val="0"/>
          <w:strike w:val="0"/>
          <w:sz w:val="20"/>
          <w:u w:val="single"/>
        </w:rPr>
        <w:t xml:space="preserve"> are </w:t>
      </w:r>
      <w:r>
        <w:rPr>
          <w:b w:val="0"/>
          <w:i w:val="0"/>
          <w:smallCaps w:val="0"/>
          <w:strike w:val="0"/>
          <w:sz w:val="20"/>
          <w:highlight w:val="cyan"/>
          <w:u w:val="single"/>
        </w:rPr>
        <w:t>transformed</w:t>
      </w:r>
      <w:r>
        <w:rPr>
          <w:b w:val="0"/>
          <w:i w:val="0"/>
          <w:smallCaps w:val="0"/>
          <w:strike w:val="0"/>
          <w:sz w:val="20"/>
          <w:u w:val="single"/>
        </w:rPr>
        <w:t xml:space="preserve"> by the novelty of apps and innovative technologies, enriching individual experiences and opportunities.</w:t>
      </w:r>
    </w:p>
    <w:p>
      <w:pPr>
        <w:spacing w:after="60"/>
      </w:pPr>
      <w:r>
        <w:rPr>
          <w:b w:val="0"/>
          <w:i w:val="0"/>
          <w:smallCaps w:val="0"/>
          <w:strike w:val="0"/>
          <w:sz w:val="20"/>
          <w:u w:val="single"/>
        </w:rPr>
        <w:t xml:space="preserve">Organizations stand to gain significantly too. The innovation economy encourages a culture of </w:t>
      </w:r>
      <w:r>
        <w:rPr>
          <w:b/>
          <w:i w:val="0"/>
          <w:smallCaps w:val="0"/>
          <w:strike w:val="0"/>
          <w:sz w:val="20"/>
          <w:u w:val="single"/>
        </w:rPr>
        <w:t>constant evolution</w:t>
      </w:r>
      <w:r>
        <w:rPr>
          <w:b w:val="0"/>
          <w:i w:val="0"/>
          <w:smallCaps w:val="0"/>
          <w:strike w:val="0"/>
          <w:sz w:val="20"/>
          <w:u w:val="single"/>
        </w:rPr>
        <w:t xml:space="preserve">, pushing enterprises to adapt, rethink their strategies, and stay competitive. It enables businesses to increase their </w:t>
      </w:r>
      <w:r>
        <w:rPr>
          <w:b/>
          <w:i w:val="0"/>
          <w:smallCaps w:val="0"/>
          <w:strike w:val="0"/>
          <w:sz w:val="20"/>
          <w:u w:val="single"/>
        </w:rPr>
        <w:t>operational efficiency</w:t>
      </w:r>
      <w:r>
        <w:rPr>
          <w:b w:val="0"/>
          <w:i w:val="0"/>
          <w:smallCaps w:val="0"/>
          <w:strike w:val="0"/>
          <w:sz w:val="20"/>
          <w:u w:val="single"/>
        </w:rPr>
        <w:t xml:space="preserve"> through </w:t>
      </w:r>
      <w:r>
        <w:rPr>
          <w:b/>
          <w:i w:val="0"/>
          <w:smallCaps w:val="0"/>
          <w:strike w:val="0"/>
          <w:sz w:val="20"/>
          <w:u w:val="single"/>
        </w:rPr>
        <w:t>automation</w:t>
      </w:r>
      <w:r>
        <w:rPr>
          <w:b w:val="0"/>
          <w:i w:val="0"/>
          <w:smallCaps w:val="0"/>
          <w:strike w:val="0"/>
          <w:sz w:val="20"/>
          <w:u w:val="single"/>
        </w:rPr>
        <w:t xml:space="preserve"> and </w:t>
      </w:r>
      <w:r>
        <w:rPr>
          <w:b/>
          <w:i w:val="0"/>
          <w:smallCaps w:val="0"/>
          <w:strike w:val="0"/>
          <w:sz w:val="20"/>
          <w:u w:val="single"/>
        </w:rPr>
        <w:t>data-driven</w:t>
      </w:r>
      <w:r>
        <w:rPr>
          <w:b w:val="0"/>
          <w:i w:val="0"/>
          <w:smallCaps w:val="0"/>
          <w:strike w:val="0"/>
          <w:sz w:val="20"/>
          <w:u w:val="single"/>
        </w:rPr>
        <w:t xml:space="preserve"> decision-making, leading to </w:t>
      </w:r>
      <w:r>
        <w:rPr>
          <w:b/>
          <w:i w:val="0"/>
          <w:smallCaps w:val="0"/>
          <w:strike w:val="0"/>
          <w:sz w:val="20"/>
          <w:highlight w:val="cyan"/>
          <w:u w:val="single"/>
        </w:rPr>
        <w:t>higher</w:t>
      </w:r>
      <w:r>
        <w:rPr>
          <w:b/>
          <w:i w:val="0"/>
          <w:smallCaps w:val="0"/>
          <w:strike w:val="0"/>
          <w:sz w:val="20"/>
          <w:u w:val="single"/>
        </w:rPr>
        <w:t xml:space="preserve"> productivity</w:t>
      </w:r>
      <w:r>
        <w:rPr>
          <w:b w:val="0"/>
          <w:i w:val="0"/>
          <w:smallCaps w:val="0"/>
          <w:strike w:val="0"/>
          <w:sz w:val="20"/>
          <w:u w:val="single"/>
        </w:rPr>
        <w:t xml:space="preserve"> and </w:t>
      </w:r>
      <w:r>
        <w:rPr>
          <w:b/>
          <w:i w:val="0"/>
          <w:smallCaps w:val="0"/>
          <w:strike w:val="0"/>
          <w:sz w:val="20"/>
          <w:highlight w:val="cyan"/>
          <w:u w:val="single"/>
        </w:rPr>
        <w:t>profitability</w:t>
      </w:r>
      <w:r>
        <w:rPr>
          <w:b w:val="0"/>
          <w:i w:val="0"/>
          <w:smallCaps w:val="0"/>
          <w:strike w:val="0"/>
          <w:sz w:val="20"/>
          <w:u w:val="single"/>
        </w:rPr>
        <w:t>.</w:t>
      </w:r>
    </w:p>
    <w:p>
      <w:pPr>
        <w:spacing w:after="60"/>
      </w:pPr>
      <w:r>
        <w:rPr>
          <w:b w:val="0"/>
          <w:i w:val="0"/>
          <w:smallCaps w:val="0"/>
          <w:strike w:val="0"/>
          <w:sz w:val="16"/>
          <w:u w:val="none"/>
        </w:rPr>
        <w:t xml:space="preserve">From a societal perspective, </w:t>
      </w:r>
      <w:r>
        <w:rPr>
          <w:b w:val="0"/>
          <w:i w:val="0"/>
          <w:smallCaps w:val="0"/>
          <w:strike w:val="0"/>
          <w:sz w:val="20"/>
          <w:u w:val="single"/>
        </w:rPr>
        <w:t xml:space="preserve">the innovation economy has the potential to drive economic growth </w:t>
      </w:r>
      <w:r>
        <w:rPr>
          <w:b w:val="0"/>
          <w:i w:val="0"/>
          <w:smallCaps w:val="0"/>
          <w:strike w:val="0"/>
          <w:sz w:val="20"/>
          <w:highlight w:val="cyan"/>
          <w:u w:val="single"/>
        </w:rPr>
        <w:t>and</w:t>
      </w:r>
      <w:r>
        <w:rPr>
          <w:b w:val="0"/>
          <w:i w:val="0"/>
          <w:smallCaps w:val="0"/>
          <w:strike w:val="0"/>
          <w:sz w:val="20"/>
          <w:u w:val="single"/>
        </w:rPr>
        <w:t xml:space="preserve"> prosperity. It democratizes wealth creation, allows for </w:t>
      </w:r>
      <w:r>
        <w:rPr>
          <w:b/>
          <w:i w:val="0"/>
          <w:smallCaps w:val="0"/>
          <w:strike w:val="0"/>
          <w:sz w:val="20"/>
          <w:highlight w:val="cyan"/>
          <w:u w:val="single"/>
        </w:rPr>
        <w:t>efficient resource allocation</w:t>
      </w:r>
      <w:r>
        <w:rPr>
          <w:b w:val="0"/>
          <w:i w:val="0"/>
          <w:smallCaps w:val="0"/>
          <w:strike w:val="0"/>
          <w:sz w:val="20"/>
          <w:u w:val="single"/>
        </w:rPr>
        <w:t xml:space="preserve">, and </w:t>
      </w:r>
      <w:r>
        <w:rPr>
          <w:b w:val="0"/>
          <w:i w:val="0"/>
          <w:smallCaps w:val="0"/>
          <w:strike w:val="0"/>
          <w:sz w:val="20"/>
          <w:highlight w:val="cyan"/>
          <w:u w:val="single"/>
        </w:rPr>
        <w:t xml:space="preserve">fosters a </w:t>
      </w:r>
      <w:r>
        <w:rPr>
          <w:b/>
          <w:i w:val="0"/>
          <w:smallCaps w:val="0"/>
          <w:strike w:val="0"/>
          <w:sz w:val="20"/>
          <w:highlight w:val="cyan"/>
          <w:u w:val="single"/>
        </w:rPr>
        <w:t>more inclusive economy</w:t>
      </w:r>
      <w:r>
        <w:rPr>
          <w:b w:val="0"/>
          <w:i w:val="0"/>
          <w:smallCaps w:val="0"/>
          <w:strike w:val="0"/>
          <w:sz w:val="20"/>
          <w:u w:val="single"/>
        </w:rPr>
        <w:t xml:space="preserve">. The innovation economy can play a pivotal role in creating a more equitable society by catalyzing </w:t>
      </w:r>
      <w:r>
        <w:rPr>
          <w:b/>
          <w:i w:val="0"/>
          <w:smallCaps w:val="0"/>
          <w:strike w:val="0"/>
          <w:sz w:val="20"/>
          <w:u w:val="single"/>
        </w:rPr>
        <w:t>job creation</w:t>
      </w:r>
      <w:r>
        <w:rPr>
          <w:b w:val="0"/>
          <w:i w:val="0"/>
          <w:smallCaps w:val="0"/>
          <w:strike w:val="0"/>
          <w:sz w:val="20"/>
          <w:u w:val="single"/>
        </w:rPr>
        <w:t xml:space="preserve"> and promoting </w:t>
      </w:r>
      <w:r>
        <w:rPr>
          <w:b/>
          <w:i w:val="0"/>
          <w:smallCaps w:val="0"/>
          <w:strike w:val="0"/>
          <w:sz w:val="20"/>
          <w:u w:val="single"/>
        </w:rPr>
        <w:t>sustainable growth</w:t>
      </w:r>
      <w:r>
        <w:rPr>
          <w:b w:val="0"/>
          <w:i w:val="0"/>
          <w:smallCaps w:val="0"/>
          <w:strike w:val="0"/>
          <w:sz w:val="20"/>
          <w:u w:val="single"/>
        </w:rPr>
        <w:t>.</w:t>
      </w:r>
    </w:p>
    <w:p>
      <w:pPr>
        <w:spacing w:after="60"/>
      </w:pPr>
      <w:r>
        <w:rPr>
          <w:b w:val="0"/>
          <w:i w:val="0"/>
          <w:smallCaps w:val="0"/>
          <w:strike w:val="0"/>
          <w:sz w:val="16"/>
          <w:u w:val="none"/>
        </w:rPr>
        <w:t>Conclusion</w:t>
      </w:r>
    </w:p>
    <w:p>
      <w:pPr>
        <w:spacing w:after="60"/>
      </w:pPr>
      <w:r>
        <w:rPr>
          <w:b w:val="0"/>
          <w:i w:val="0"/>
          <w:smallCaps w:val="0"/>
          <w:strike w:val="0"/>
          <w:sz w:val="20"/>
          <w:u w:val="single"/>
        </w:rPr>
        <w:t xml:space="preserve">The innovation economy holds </w:t>
      </w:r>
      <w:r>
        <w:rPr>
          <w:b/>
          <w:i w:val="0"/>
          <w:smallCaps w:val="0"/>
          <w:strike w:val="0"/>
          <w:sz w:val="20"/>
          <w:u w:val="single"/>
        </w:rPr>
        <w:t>immense potential</w:t>
      </w:r>
      <w:r>
        <w:rPr>
          <w:b w:val="0"/>
          <w:i w:val="0"/>
          <w:smallCaps w:val="0"/>
          <w:strike w:val="0"/>
          <w:sz w:val="20"/>
          <w:u w:val="single"/>
        </w:rPr>
        <w:t xml:space="preserve"> for individuals, organizations, and society. Key to unlocking this potential is fostering a mindset that embraces collaboration, creativity, and continuous learning.</w:t>
      </w:r>
    </w:p>
    <w:p>
      <w:pPr>
        <w:spacing w:after="60"/>
      </w:pPr>
      <w:r>
        <w:rPr>
          <w:b w:val="0"/>
          <w:i w:val="0"/>
          <w:smallCaps w:val="0"/>
          <w:strike w:val="0"/>
          <w:sz w:val="20"/>
          <w:u w:val="single"/>
        </w:rPr>
        <w:t xml:space="preserve">By understanding the innovation economy and its implications, we can create a </w:t>
      </w:r>
      <w:r>
        <w:rPr>
          <w:b/>
          <w:i w:val="0"/>
          <w:smallCaps w:val="0"/>
          <w:strike w:val="0"/>
          <w:sz w:val="20"/>
          <w:u w:val="single"/>
        </w:rPr>
        <w:t>more prosperous</w:t>
      </w:r>
      <w:r>
        <w:rPr>
          <w:b w:val="0"/>
          <w:i w:val="0"/>
          <w:smallCaps w:val="0"/>
          <w:strike w:val="0"/>
          <w:sz w:val="20"/>
          <w:u w:val="single"/>
        </w:rPr>
        <w:t xml:space="preserve"> world for everyone driven by human creativity and innovative ideas.</w:t>
      </w:r>
    </w:p>
    <w:p>
      <w:pPr>
        <w:spacing w:after="60"/>
      </w:pPr>
      <w:r>
        <w:rPr>
          <w:b w:val="0"/>
          <w:i w:val="0"/>
          <w:smallCaps w:val="0"/>
          <w:strike w:val="0"/>
          <w:sz w:val="20"/>
          <w:u w:val="single"/>
        </w:rPr>
        <w:t xml:space="preserve">The way forward is to embrace the intrinsic power of the innovation economy. The future is ripe with </w:t>
      </w:r>
      <w:r>
        <w:rPr>
          <w:b/>
          <w:i w:val="0"/>
          <w:smallCaps w:val="0"/>
          <w:strike w:val="0"/>
          <w:sz w:val="20"/>
          <w:u w:val="single"/>
        </w:rPr>
        <w:t>opportunity</w:t>
      </w:r>
      <w:r>
        <w:rPr>
          <w:b w:val="0"/>
          <w:i w:val="0"/>
          <w:smallCaps w:val="0"/>
          <w:strike w:val="0"/>
          <w:sz w:val="20"/>
          <w:u w:val="single"/>
        </w:rPr>
        <w:t>, and it belongs to those who are ready to shape it.</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