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w:t>
      </w:r>
      <w:r>
        <w:rPr>
          <w:b/>
          <w:i w:val="0"/>
          <w:smallCaps w:val="0"/>
          <w:strike w:val="0"/>
          <w:sz w:val="26"/>
          <w:u w:val="single"/>
        </w:rPr>
        <w:t>fast</w:t>
      </w:r>
      <w:r>
        <w:rPr>
          <w:b/>
          <w:i w:val="0"/>
          <w:smallCaps w:val="0"/>
          <w:strike w:val="0"/>
          <w:sz w:val="26"/>
          <w:u w:val="none"/>
        </w:rPr>
        <w:t xml:space="preserve">: we’ve crossed </w:t>
      </w:r>
      <w:r>
        <w:rPr>
          <w:b/>
          <w:i w:val="0"/>
          <w:smallCaps w:val="0"/>
          <w:strike w:val="0"/>
          <w:sz w:val="26"/>
          <w:u w:val="single"/>
        </w:rPr>
        <w:t>key thresholds</w:t>
      </w:r>
      <w:r>
        <w:rPr>
          <w:b/>
          <w:i w:val="0"/>
          <w:smallCaps w:val="0"/>
          <w:strike w:val="0"/>
          <w:sz w:val="26"/>
          <w:u w:val="none"/>
        </w:rPr>
        <w:t xml:space="preserve"> AND it causes </w:t>
      </w:r>
      <w:r>
        <w:rPr>
          <w:b/>
          <w:i w:val="0"/>
          <w:smallCaps w:val="0"/>
          <w:strike w:val="0"/>
          <w:sz w:val="26"/>
          <w:u w:val="single"/>
        </w:rPr>
        <w:t>nuke war</w:t>
      </w:r>
      <w:r>
        <w:rPr>
          <w:b/>
          <w:i w:val="0"/>
          <w:smallCaps w:val="0"/>
          <w:strike w:val="0"/>
          <w:sz w:val="26"/>
          <w:u w:val="none"/>
        </w:rPr>
        <w:t xml:space="preserve"> in </w:t>
      </w:r>
      <w:r>
        <w:rPr>
          <w:b/>
          <w:i w:val="0"/>
          <w:smallCaps w:val="0"/>
          <w:strike w:val="0"/>
          <w:sz w:val="26"/>
          <w:u w:val="single"/>
        </w:rPr>
        <w:t>Asia</w:t>
      </w:r>
      <w:r>
        <w:rPr>
          <w:b/>
          <w:i w:val="0"/>
          <w:smallCaps w:val="0"/>
          <w:strike w:val="0"/>
          <w:sz w:val="26"/>
          <w:u w:val="none"/>
        </w:rPr>
        <w:t xml:space="preserve">, </w:t>
      </w:r>
      <w:r>
        <w:rPr>
          <w:b/>
          <w:i w:val="0"/>
          <w:smallCaps w:val="0"/>
          <w:strike w:val="0"/>
          <w:sz w:val="26"/>
          <w:u w:val="single"/>
        </w:rPr>
        <w:t>Africa,</w:t>
      </w:r>
      <w:r>
        <w:rPr>
          <w:b/>
          <w:i w:val="0"/>
          <w:smallCaps w:val="0"/>
          <w:strike w:val="0"/>
          <w:sz w:val="26"/>
          <w:u w:val="none"/>
        </w:rPr>
        <w:t xml:space="preserve"> and </w:t>
      </w:r>
      <w:r>
        <w:rPr>
          <w:b/>
          <w:i w:val="0"/>
          <w:smallCaps w:val="0"/>
          <w:strike w:val="0"/>
          <w:sz w:val="26"/>
          <w:u w:val="single"/>
        </w:rPr>
        <w:t>India/Pakistan</w:t>
      </w:r>
      <w:r>
        <w:rPr>
          <w:b/>
          <w:i w:val="0"/>
          <w:smallCaps w:val="0"/>
          <w:strike w:val="0"/>
          <w:sz w:val="26"/>
          <w:u w:val="none"/>
        </w:rPr>
        <w:t xml:space="preserve">. </w:t>
      </w:r>
    </w:p>
    <w:p>
      <w:pPr>
        <w:spacing w:after="80"/>
      </w:pPr>
      <w:r>
        <w:rPr>
          <w:b/>
          <w:i w:val="0"/>
          <w:smallCaps w:val="0"/>
          <w:strike w:val="0"/>
          <w:sz w:val="26"/>
          <w:u w:val="none"/>
        </w:rPr>
        <w:t xml:space="preserve">Jamail ’19 </w:t>
      </w:r>
      <w:r>
        <w:rPr>
          <w:b w:val="0"/>
          <w:i w:val="0"/>
          <w:smallCaps w:val="0"/>
          <w:strike w:val="0"/>
          <w:u w:val="none"/>
        </w:rPr>
        <w:t>[</w:t>
      </w:r>
      <w:r>
        <w:rPr>
          <w:b w:val="0"/>
          <w:i w:val="0"/>
          <w:smallCaps w:val="0"/>
          <w:strike w:val="0"/>
          <w:u w:val="none"/>
        </w:rPr>
        <w:t>Dahr</w:t>
      </w:r>
      <w:r>
        <w:rPr>
          <w:b w:val="0"/>
          <w:i w:val="0"/>
          <w:smallCaps w:val="0"/>
          <w:strike w:val="0"/>
          <w:u w:val="none"/>
        </w:rPr>
        <w:t>; February 11; Recipient of the Martha Gellhorn Award for Journalism and 2018 Izzy Award for Outstanding Achievement in Independent Media, Contributing Writer, Board of Advisers Member and Former Staff Reporter at Truthout; Truthout, “The World Is on the Brink of Widespread Water Wars,” https://truthout.org/articles/the-world-is-on-the-brink-of-widespread-water-wars/]</w:t>
      </w:r>
    </w:p>
    <w:p>
      <w:pPr>
        <w:spacing w:after="60"/>
      </w:pPr>
      <w:r>
        <w:rPr>
          <w:b w:val="0"/>
          <w:i w:val="0"/>
          <w:smallCaps w:val="0"/>
          <w:strike w:val="0"/>
          <w:sz w:val="22"/>
          <w:highlight w:val="cyan"/>
          <w:u w:val="single"/>
        </w:rPr>
        <w:t>Given</w:t>
      </w:r>
      <w:r>
        <w:rPr>
          <w:b w:val="0"/>
          <w:i w:val="0"/>
          <w:smallCaps w:val="0"/>
          <w:strike w:val="0"/>
          <w:sz w:val="22"/>
          <w:u w:val="single"/>
        </w:rPr>
        <w:t xml:space="preserve"> the </w:t>
      </w:r>
      <w:r>
        <w:rPr>
          <w:b/>
          <w:i w:val="0"/>
          <w:smallCaps w:val="0"/>
          <w:strike w:val="0"/>
          <w:sz w:val="24"/>
          <w:highlight w:val="cyan"/>
          <w:u w:val="single"/>
        </w:rPr>
        <w:t>Arctic</w:t>
      </w:r>
      <w:r>
        <w:rPr>
          <w:b/>
          <w:i w:val="0"/>
          <w:smallCaps w:val="0"/>
          <w:strike w:val="0"/>
          <w:sz w:val="24"/>
          <w:u w:val="single"/>
        </w:rPr>
        <w:t xml:space="preserve"> realities</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the </w:t>
      </w:r>
      <w:r>
        <w:rPr>
          <w:b w:val="0"/>
          <w:i w:val="0"/>
          <w:smallCaps w:val="0"/>
          <w:strike w:val="0"/>
          <w:sz w:val="22"/>
          <w:highlight w:val="cyan"/>
          <w:u w:val="single"/>
        </w:rPr>
        <w:t xml:space="preserve">looming </w:t>
      </w:r>
      <w:r>
        <w:rPr>
          <w:b/>
          <w:i w:val="0"/>
          <w:smallCaps w:val="0"/>
          <w:strike w:val="0"/>
          <w:sz w:val="24"/>
          <w:highlight w:val="cyan"/>
          <w:u w:val="single"/>
        </w:rPr>
        <w:t>Blue Ocean Event</w:t>
      </w:r>
      <w:r>
        <w:rPr>
          <w:b w:val="0"/>
          <w:i w:val="0"/>
          <w:smallCaps w:val="0"/>
          <w:strike w:val="0"/>
          <w:sz w:val="16"/>
          <w:u w:val="none"/>
        </w:rPr>
        <w:t xml:space="preserve"> (once the Arctic loses its summer sea ice, at which point global climate and weather patterns become profoundly destabilized) possibly </w:t>
      </w:r>
      <w:r>
        <w:rPr>
          <w:b w:val="0"/>
          <w:i w:val="0"/>
          <w:smallCaps w:val="0"/>
          <w:strike w:val="0"/>
          <w:sz w:val="22"/>
          <w:highlight w:val="cyan"/>
          <w:u w:val="single"/>
        </w:rPr>
        <w:t xml:space="preserve">as soon as </w:t>
      </w:r>
      <w:r>
        <w:rPr>
          <w:b/>
          <w:i w:val="0"/>
          <w:smallCaps w:val="0"/>
          <w:strike w:val="0"/>
          <w:sz w:val="24"/>
          <w:highlight w:val="cyan"/>
          <w:u w:val="single"/>
        </w:rPr>
        <w:t>2022</w:t>
      </w:r>
      <w:r>
        <w:rPr>
          <w:b w:val="0"/>
          <w:i w:val="0"/>
          <w:smallCaps w:val="0"/>
          <w:strike w:val="0"/>
          <w:sz w:val="22"/>
          <w:highlight w:val="cyan"/>
          <w:u w:val="single"/>
        </w:rPr>
        <w:t>, things</w:t>
      </w:r>
      <w:r>
        <w:rPr>
          <w:b w:val="0"/>
          <w:i w:val="0"/>
          <w:smallCaps w:val="0"/>
          <w:strike w:val="0"/>
          <w:sz w:val="22"/>
          <w:u w:val="single"/>
        </w:rPr>
        <w:t xml:space="preserve"> are </w:t>
      </w:r>
      <w:r>
        <w:rPr>
          <w:b/>
          <w:i w:val="0"/>
          <w:smallCaps w:val="0"/>
          <w:strike w:val="0"/>
          <w:sz w:val="24"/>
          <w:highlight w:val="cyan"/>
          <w:u w:val="single"/>
        </w:rPr>
        <w:t>really</w:t>
      </w:r>
      <w:r>
        <w:rPr>
          <w:b/>
          <w:i w:val="0"/>
          <w:smallCaps w:val="0"/>
          <w:strike w:val="0"/>
          <w:sz w:val="24"/>
          <w:u w:val="single"/>
        </w:rPr>
        <w:t xml:space="preserve"> going to </w:t>
      </w:r>
      <w:r>
        <w:rPr>
          <w:b/>
          <w:i w:val="0"/>
          <w:smallCaps w:val="0"/>
          <w:strike w:val="0"/>
          <w:sz w:val="24"/>
          <w:highlight w:val="cyan"/>
          <w:u w:val="single"/>
        </w:rPr>
        <w:t>amplify</w:t>
      </w:r>
      <w:r>
        <w:rPr>
          <w:b w:val="0"/>
          <w:i w:val="0"/>
          <w:smallCaps w:val="0"/>
          <w:strike w:val="0"/>
          <w:sz w:val="16"/>
          <w:u w:val="none"/>
        </w:rPr>
        <w:t>.</w:t>
      </w:r>
    </w:p>
    <w:p>
      <w:pPr>
        <w:spacing w:after="60"/>
      </w:pPr>
      <w:r>
        <w:rPr>
          <w:b w:val="0"/>
          <w:i w:val="0"/>
          <w:smallCaps w:val="0"/>
          <w:strike w:val="0"/>
          <w:sz w:val="16"/>
          <w:u w:val="none"/>
        </w:rPr>
        <w:t>Likely we will look back on January 2019 as when it was moderate and “easy” compared to the challenging heat and drought on the way.</w:t>
      </w:r>
    </w:p>
    <w:p>
      <w:pPr>
        <w:spacing w:after="60"/>
      </w:pPr>
      <w:r>
        <w:rPr>
          <w:b w:val="0"/>
          <w:i w:val="0"/>
          <w:smallCaps w:val="0"/>
          <w:strike w:val="0"/>
          <w:sz w:val="16"/>
          <w:u w:val="none"/>
        </w:rPr>
        <w:t xml:space="preserve">Mark’s words should be a call to attention, and a call to action. The plight of farmers in Australia illustrates a larger reality: As planetary temperatures continue to increase and rainfall patterns shift due to human-caused climate disruption, </w:t>
      </w:r>
      <w:r>
        <w:rPr>
          <w:b w:val="0"/>
          <w:i w:val="0"/>
          <w:smallCaps w:val="0"/>
          <w:strike w:val="0"/>
          <w:sz w:val="22"/>
          <w:u w:val="single"/>
        </w:rPr>
        <w:t>our ability to</w:t>
      </w:r>
      <w:r>
        <w:rPr>
          <w:b w:val="0"/>
          <w:i w:val="0"/>
          <w:smallCaps w:val="0"/>
          <w:strike w:val="0"/>
          <w:sz w:val="16"/>
          <w:u w:val="none"/>
        </w:rPr>
        <w:t xml:space="preserve"> grow crops and </w:t>
      </w:r>
      <w:r>
        <w:rPr>
          <w:b w:val="0"/>
          <w:i w:val="0"/>
          <w:smallCaps w:val="0"/>
          <w:strike w:val="0"/>
          <w:sz w:val="22"/>
          <w:u w:val="single"/>
        </w:rPr>
        <w:t xml:space="preserve">have enough drinking </w:t>
      </w:r>
      <w:r>
        <w:rPr>
          <w:b/>
          <w:i w:val="0"/>
          <w:smallCaps w:val="0"/>
          <w:strike w:val="0"/>
          <w:sz w:val="24"/>
          <w:u w:val="single"/>
        </w:rPr>
        <w:t>water</w:t>
      </w:r>
      <w:r>
        <w:rPr>
          <w:b w:val="0"/>
          <w:i w:val="0"/>
          <w:smallCaps w:val="0"/>
          <w:strike w:val="0"/>
          <w:sz w:val="22"/>
          <w:u w:val="single"/>
        </w:rPr>
        <w:t xml:space="preserve"> will become </w:t>
      </w:r>
      <w:r>
        <w:rPr>
          <w:b/>
          <w:i w:val="0"/>
          <w:smallCaps w:val="0"/>
          <w:strike w:val="0"/>
          <w:sz w:val="24"/>
          <w:u w:val="single"/>
        </w:rPr>
        <w:t>increasingly challenged</w:t>
      </w:r>
      <w:r>
        <w:rPr>
          <w:b w:val="0"/>
          <w:i w:val="0"/>
          <w:smallCaps w:val="0"/>
          <w:strike w:val="0"/>
          <w:sz w:val="22"/>
          <w:u w:val="single"/>
        </w:rPr>
        <w:t xml:space="preserve">, and the outlook is only going to </w:t>
      </w:r>
      <w:r>
        <w:rPr>
          <w:b/>
          <w:i w:val="0"/>
          <w:smallCaps w:val="0"/>
          <w:strike w:val="0"/>
          <w:sz w:val="24"/>
          <w:u w:val="single"/>
        </w:rPr>
        <w:t>worsen</w:t>
      </w:r>
      <w:r>
        <w:rPr>
          <w:b w:val="0"/>
          <w:i w:val="0"/>
          <w:smallCaps w:val="0"/>
          <w:strike w:val="0"/>
          <w:sz w:val="16"/>
          <w:u w:val="none"/>
        </w:rPr>
        <w:t>.</w:t>
      </w:r>
    </w:p>
    <w:p>
      <w:pPr>
        <w:spacing w:after="60"/>
      </w:pPr>
      <w:r>
        <w:rPr>
          <w:b w:val="0"/>
          <w:i w:val="0"/>
          <w:smallCaps w:val="0"/>
          <w:strike w:val="0"/>
          <w:sz w:val="16"/>
          <w:u w:val="none"/>
        </w:rPr>
        <w:t>We Have Been Warned</w:t>
      </w:r>
    </w:p>
    <w:p>
      <w:pPr>
        <w:spacing w:after="60"/>
      </w:pPr>
      <w:r>
        <w:rPr>
          <w:b w:val="0"/>
          <w:i w:val="0"/>
          <w:smallCaps w:val="0"/>
          <w:strike w:val="0"/>
          <w:sz w:val="16"/>
          <w:u w:val="none"/>
        </w:rPr>
        <w:t>The most recent United Nations Intergovernmental Panel on Climate Change report warned of increasingly intense droughts and mass water shortages around large swaths of the globe.</w:t>
      </w:r>
    </w:p>
    <w:p>
      <w:pPr>
        <w:spacing w:after="60"/>
      </w:pPr>
      <w:r>
        <w:rPr>
          <w:b w:val="0"/>
          <w:i w:val="0"/>
          <w:smallCaps w:val="0"/>
          <w:strike w:val="0"/>
          <w:sz w:val="16"/>
          <w:u w:val="none"/>
        </w:rPr>
        <w:t>But even more conservative organizations have been sounding the alarm. “</w:t>
      </w:r>
      <w:r>
        <w:rPr>
          <w:b w:val="0"/>
          <w:i w:val="0"/>
          <w:smallCaps w:val="0"/>
          <w:strike w:val="0"/>
          <w:sz w:val="22"/>
          <w:highlight w:val="cyan"/>
          <w:u w:val="single"/>
        </w:rPr>
        <w:t>Water insecurity</w:t>
      </w:r>
      <w:r>
        <w:rPr>
          <w:b w:val="0"/>
          <w:i w:val="0"/>
          <w:smallCaps w:val="0"/>
          <w:strike w:val="0"/>
          <w:sz w:val="22"/>
          <w:u w:val="single"/>
        </w:rPr>
        <w:t xml:space="preserve"> could </w:t>
      </w:r>
      <w:r>
        <w:rPr>
          <w:b/>
          <w:i w:val="0"/>
          <w:smallCaps w:val="0"/>
          <w:strike w:val="0"/>
          <w:sz w:val="24"/>
          <w:highlight w:val="cyan"/>
          <w:u w:val="single"/>
        </w:rPr>
        <w:t>multiply</w:t>
      </w:r>
      <w:r>
        <w:rPr>
          <w:b/>
          <w:i w:val="0"/>
          <w:smallCaps w:val="0"/>
          <w:strike w:val="0"/>
          <w:sz w:val="24"/>
          <w:u w:val="single"/>
        </w:rPr>
        <w:t xml:space="preserve"> the risk of </w:t>
      </w:r>
      <w:r>
        <w:rPr>
          <w:b/>
          <w:i w:val="0"/>
          <w:smallCaps w:val="0"/>
          <w:strike w:val="0"/>
          <w:sz w:val="24"/>
          <w:highlight w:val="cyan"/>
          <w:u w:val="single"/>
        </w:rPr>
        <w:t>conflict</w:t>
      </w:r>
      <w:r>
        <w:rPr>
          <w:b w:val="0"/>
          <w:i w:val="0"/>
          <w:smallCaps w:val="0"/>
          <w:strike w:val="0"/>
          <w:sz w:val="16"/>
          <w:u w:val="none"/>
        </w:rPr>
        <w:t>,” warns one of the World Bank’s reports on the issue. “</w:t>
      </w:r>
      <w:r>
        <w:rPr>
          <w:b/>
          <w:i w:val="0"/>
          <w:smallCaps w:val="0"/>
          <w:strike w:val="0"/>
          <w:sz w:val="24"/>
          <w:highlight w:val="cyan"/>
          <w:u w:val="single"/>
        </w:rPr>
        <w:t>Food</w:t>
      </w:r>
      <w:r>
        <w:rPr>
          <w:b/>
          <w:i w:val="0"/>
          <w:smallCaps w:val="0"/>
          <w:strike w:val="0"/>
          <w:sz w:val="24"/>
          <w:u w:val="single"/>
        </w:rPr>
        <w:t xml:space="preserve"> price </w:t>
      </w:r>
      <w:r>
        <w:rPr>
          <w:b/>
          <w:i w:val="0"/>
          <w:smallCaps w:val="0"/>
          <w:strike w:val="0"/>
          <w:sz w:val="24"/>
          <w:highlight w:val="cyan"/>
          <w:u w:val="single"/>
        </w:rPr>
        <w:t>spikes</w:t>
      </w:r>
      <w:r>
        <w:rPr>
          <w:b w:val="0"/>
          <w:i w:val="0"/>
          <w:smallCaps w:val="0"/>
          <w:strike w:val="0"/>
          <w:sz w:val="22"/>
          <w:highlight w:val="cyan"/>
          <w:u w:val="single"/>
        </w:rPr>
        <w:t xml:space="preserve"> caused</w:t>
      </w:r>
      <w:r>
        <w:rPr>
          <w:b w:val="0"/>
          <w:i w:val="0"/>
          <w:smallCaps w:val="0"/>
          <w:strike w:val="0"/>
          <w:sz w:val="22"/>
          <w:u w:val="single"/>
        </w:rPr>
        <w:t xml:space="preserve"> by droughts can </w:t>
      </w:r>
      <w:r>
        <w:rPr>
          <w:b/>
          <w:i w:val="0"/>
          <w:smallCaps w:val="0"/>
          <w:strike w:val="0"/>
          <w:sz w:val="24"/>
          <w:highlight w:val="cyan"/>
          <w:u w:val="single"/>
        </w:rPr>
        <w:t>inflame</w:t>
      </w:r>
      <w:r>
        <w:rPr>
          <w:b/>
          <w:i w:val="0"/>
          <w:smallCaps w:val="0"/>
          <w:strike w:val="0"/>
          <w:sz w:val="24"/>
          <w:u w:val="single"/>
        </w:rPr>
        <w:t xml:space="preserve"> latent </w:t>
      </w:r>
      <w:r>
        <w:rPr>
          <w:b/>
          <w:i w:val="0"/>
          <w:smallCaps w:val="0"/>
          <w:strike w:val="0"/>
          <w:sz w:val="24"/>
          <w:highlight w:val="cyan"/>
          <w:u w:val="single"/>
        </w:rPr>
        <w:t>conflicts</w:t>
      </w:r>
      <w:r>
        <w:rPr>
          <w:b w:val="0"/>
          <w:i w:val="0"/>
          <w:smallCaps w:val="0"/>
          <w:strike w:val="0"/>
          <w:sz w:val="22"/>
          <w:u w:val="single"/>
        </w:rPr>
        <w:t xml:space="preserve"> and </w:t>
      </w:r>
      <w:r>
        <w:rPr>
          <w:b/>
          <w:i w:val="0"/>
          <w:smallCaps w:val="0"/>
          <w:strike w:val="0"/>
          <w:sz w:val="24"/>
          <w:u w:val="single"/>
        </w:rPr>
        <w:t xml:space="preserve">drive </w:t>
      </w:r>
      <w:r>
        <w:rPr>
          <w:b/>
          <w:i w:val="0"/>
          <w:smallCaps w:val="0"/>
          <w:strike w:val="0"/>
          <w:sz w:val="24"/>
          <w:highlight w:val="cyan"/>
          <w:u w:val="single"/>
        </w:rPr>
        <w:t>migration</w:t>
      </w:r>
      <w:r>
        <w:rPr>
          <w:b w:val="0"/>
          <w:i w:val="0"/>
          <w:smallCaps w:val="0"/>
          <w:strike w:val="0"/>
          <w:sz w:val="22"/>
          <w:u w:val="single"/>
        </w:rPr>
        <w:t xml:space="preserve">. Where economic growth is impacted by rainfall, episodes of droughts and floods have generated waves of migration and </w:t>
      </w:r>
      <w:r>
        <w:rPr>
          <w:b/>
          <w:i w:val="0"/>
          <w:smallCaps w:val="0"/>
          <w:strike w:val="0"/>
          <w:sz w:val="24"/>
          <w:highlight w:val="cyan"/>
          <w:u w:val="single"/>
        </w:rPr>
        <w:t>spikes</w:t>
      </w:r>
      <w:r>
        <w:rPr>
          <w:b/>
          <w:i w:val="0"/>
          <w:smallCaps w:val="0"/>
          <w:strike w:val="0"/>
          <w:sz w:val="24"/>
          <w:u w:val="single"/>
        </w:rPr>
        <w:t xml:space="preserve"> in </w:t>
      </w:r>
      <w:r>
        <w:rPr>
          <w:b/>
          <w:i w:val="0"/>
          <w:smallCaps w:val="0"/>
          <w:strike w:val="0"/>
          <w:sz w:val="24"/>
          <w:highlight w:val="cyan"/>
          <w:u w:val="single"/>
        </w:rPr>
        <w:t>violence</w:t>
      </w:r>
      <w:r>
        <w:rPr>
          <w:b w:val="0"/>
          <w:i w:val="0"/>
          <w:smallCaps w:val="0"/>
          <w:strike w:val="0"/>
          <w:sz w:val="22"/>
          <w:u w:val="single"/>
        </w:rPr>
        <w:t xml:space="preserve"> within countries</w:t>
      </w:r>
      <w:r>
        <w:rPr>
          <w:b w:val="0"/>
          <w:i w:val="0"/>
          <w:smallCaps w:val="0"/>
          <w:strike w:val="0"/>
          <w:sz w:val="16"/>
          <w:u w:val="none"/>
        </w:rPr>
        <w:t>.”</w:t>
      </w:r>
    </w:p>
    <w:p>
      <w:pPr>
        <w:spacing w:after="60"/>
      </w:pPr>
      <w:r>
        <w:rPr>
          <w:b w:val="0"/>
          <w:i w:val="0"/>
          <w:smallCaps w:val="0"/>
          <w:strike w:val="0"/>
          <w:sz w:val="16"/>
          <w:u w:val="none"/>
        </w:rPr>
        <w:t xml:space="preserve">Meanwhile, a study published in the journal Global Environmental Change, looked at how </w:t>
      </w:r>
      <w:r>
        <w:rPr>
          <w:b/>
          <w:i w:val="0"/>
          <w:smallCaps w:val="0"/>
          <w:strike w:val="0"/>
          <w:sz w:val="24"/>
          <w:u w:val="single"/>
        </w:rPr>
        <w:t>“hydro-political issues”</w:t>
      </w:r>
      <w:r>
        <w:rPr>
          <w:b w:val="0"/>
          <w:i w:val="0"/>
          <w:smallCaps w:val="0"/>
          <w:strike w:val="0"/>
          <w:sz w:val="22"/>
          <w:u w:val="single"/>
        </w:rPr>
        <w:t xml:space="preserve"> — including </w:t>
      </w:r>
      <w:r>
        <w:rPr>
          <w:b/>
          <w:i w:val="0"/>
          <w:smallCaps w:val="0"/>
          <w:strike w:val="0"/>
          <w:sz w:val="24"/>
          <w:u w:val="single"/>
        </w:rPr>
        <w:t>tensions</w:t>
      </w:r>
      <w:r>
        <w:rPr>
          <w:b w:val="0"/>
          <w:i w:val="0"/>
          <w:smallCaps w:val="0"/>
          <w:strike w:val="0"/>
          <w:sz w:val="22"/>
          <w:u w:val="single"/>
        </w:rPr>
        <w:t xml:space="preserve"> and potential </w:t>
      </w:r>
      <w:r>
        <w:rPr>
          <w:b/>
          <w:i w:val="0"/>
          <w:smallCaps w:val="0"/>
          <w:strike w:val="0"/>
          <w:sz w:val="24"/>
          <w:u w:val="single"/>
        </w:rPr>
        <w:t>conflicts</w:t>
      </w:r>
      <w:r>
        <w:rPr>
          <w:b w:val="0"/>
          <w:i w:val="0"/>
          <w:smallCaps w:val="0"/>
          <w:strike w:val="0"/>
          <w:sz w:val="22"/>
          <w:u w:val="single"/>
        </w:rPr>
        <w:t xml:space="preserve"> — could play out in countries expected to experience water shortages coupled with </w:t>
      </w:r>
      <w:r>
        <w:rPr>
          <w:b/>
          <w:i w:val="0"/>
          <w:smallCaps w:val="0"/>
          <w:strike w:val="0"/>
          <w:sz w:val="24"/>
          <w:highlight w:val="cyan"/>
          <w:u w:val="single"/>
        </w:rPr>
        <w:t>high populations</w:t>
      </w:r>
      <w:r>
        <w:rPr>
          <w:b w:val="0"/>
          <w:i w:val="0"/>
          <w:smallCaps w:val="0"/>
          <w:strike w:val="0"/>
          <w:sz w:val="22"/>
          <w:highlight w:val="cyan"/>
          <w:u w:val="single"/>
        </w:rPr>
        <w:t xml:space="preserve"> and </w:t>
      </w:r>
      <w:r>
        <w:rPr>
          <w:b/>
          <w:i w:val="0"/>
          <w:smallCaps w:val="0"/>
          <w:strike w:val="0"/>
          <w:sz w:val="24"/>
          <w:highlight w:val="cyan"/>
          <w:u w:val="single"/>
        </w:rPr>
        <w:t>pre-existing</w:t>
      </w:r>
      <w:r>
        <w:rPr>
          <w:b/>
          <w:i w:val="0"/>
          <w:smallCaps w:val="0"/>
          <w:strike w:val="0"/>
          <w:sz w:val="24"/>
          <w:u w:val="single"/>
        </w:rPr>
        <w:t xml:space="preserve"> geopolitical </w:t>
      </w:r>
      <w:r>
        <w:rPr>
          <w:b/>
          <w:i w:val="0"/>
          <w:smallCaps w:val="0"/>
          <w:strike w:val="0"/>
          <w:sz w:val="24"/>
          <w:highlight w:val="cyan"/>
          <w:u w:val="single"/>
        </w:rPr>
        <w:t>tensions</w:t>
      </w:r>
      <w:r>
        <w:rPr>
          <w:b w:val="0"/>
          <w:i w:val="0"/>
          <w:smallCaps w:val="0"/>
          <w:strike w:val="0"/>
          <w:sz w:val="16"/>
          <w:u w:val="none"/>
        </w:rPr>
        <w:t>.</w:t>
      </w:r>
    </w:p>
    <w:p>
      <w:pPr>
        <w:spacing w:after="60"/>
      </w:pPr>
      <w:r>
        <w:rPr>
          <w:b w:val="0"/>
          <w:i w:val="0"/>
          <w:smallCaps w:val="0"/>
          <w:strike w:val="0"/>
          <w:sz w:val="16"/>
          <w:u w:val="none"/>
        </w:rPr>
        <w:t xml:space="preserve">The study warned that </w:t>
      </w:r>
      <w:r>
        <w:rPr>
          <w:b w:val="0"/>
          <w:i w:val="0"/>
          <w:smallCaps w:val="0"/>
          <w:strike w:val="0"/>
          <w:sz w:val="22"/>
          <w:u w:val="single"/>
        </w:rPr>
        <w:t xml:space="preserve">these factors could </w:t>
      </w:r>
      <w:r>
        <w:rPr>
          <w:b/>
          <w:i w:val="0"/>
          <w:smallCaps w:val="0"/>
          <w:strike w:val="0"/>
          <w:sz w:val="24"/>
          <w:highlight w:val="cyan"/>
          <w:u w:val="single"/>
        </w:rPr>
        <w:t>combine</w:t>
      </w:r>
      <w:r>
        <w:rPr>
          <w:b w:val="0"/>
          <w:i w:val="0"/>
          <w:smallCaps w:val="0"/>
          <w:strike w:val="0"/>
          <w:sz w:val="22"/>
          <w:highlight w:val="cyan"/>
          <w:u w:val="single"/>
        </w:rPr>
        <w:t xml:space="preserve"> to increase</w:t>
      </w:r>
      <w:r>
        <w:rPr>
          <w:b w:val="0"/>
          <w:i w:val="0"/>
          <w:smallCaps w:val="0"/>
          <w:strike w:val="0"/>
          <w:sz w:val="22"/>
          <w:u w:val="single"/>
        </w:rPr>
        <w:t xml:space="preserve"> the likelihood of water-related tensions — potentially </w:t>
      </w:r>
      <w:r>
        <w:rPr>
          <w:b/>
          <w:i w:val="0"/>
          <w:smallCaps w:val="0"/>
          <w:strike w:val="0"/>
          <w:sz w:val="24"/>
          <w:highlight w:val="cyan"/>
          <w:u w:val="single"/>
        </w:rPr>
        <w:t>escalating</w:t>
      </w:r>
      <w:r>
        <w:rPr>
          <w:b w:val="0"/>
          <w:i w:val="0"/>
          <w:smallCaps w:val="0"/>
          <w:strike w:val="0"/>
          <w:sz w:val="22"/>
          <w:u w:val="single"/>
        </w:rPr>
        <w:t xml:space="preserve"> into </w:t>
      </w:r>
      <w:r>
        <w:rPr>
          <w:b/>
          <w:i w:val="0"/>
          <w:smallCaps w:val="0"/>
          <w:strike w:val="0"/>
          <w:sz w:val="24"/>
          <w:highlight w:val="cyan"/>
          <w:u w:val="single"/>
        </w:rPr>
        <w:t>armed conflict</w:t>
      </w:r>
      <w:r>
        <w:rPr>
          <w:b w:val="0"/>
          <w:i w:val="0"/>
          <w:smallCaps w:val="0"/>
          <w:strike w:val="0"/>
          <w:sz w:val="16"/>
          <w:u w:val="none"/>
        </w:rPr>
        <w:t xml:space="preserve"> in cross-boundary river basins in places around the world by 74.9 to 95 percent. This means that </w:t>
      </w:r>
      <w:r>
        <w:rPr>
          <w:b w:val="0"/>
          <w:i w:val="0"/>
          <w:smallCaps w:val="0"/>
          <w:strike w:val="0"/>
          <w:sz w:val="22"/>
          <w:u w:val="single"/>
        </w:rPr>
        <w:t xml:space="preserve">in some places conflict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4"/>
          <w:u w:val="single"/>
        </w:rPr>
        <w:t xml:space="preserve">practically </w:t>
      </w:r>
      <w:r>
        <w:rPr>
          <w:b/>
          <w:i w:val="0"/>
          <w:smallCaps w:val="0"/>
          <w:strike w:val="0"/>
          <w:sz w:val="24"/>
          <w:highlight w:val="cyan"/>
          <w:u w:val="single"/>
        </w:rPr>
        <w:t>guaranteed</w:t>
      </w:r>
      <w:r>
        <w:rPr>
          <w:b w:val="0"/>
          <w:i w:val="0"/>
          <w:smallCaps w:val="0"/>
          <w:strike w:val="0"/>
          <w:sz w:val="16"/>
          <w:u w:val="none"/>
        </w:rPr>
        <w:t>.</w:t>
      </w:r>
    </w:p>
    <w:p>
      <w:pPr>
        <w:spacing w:after="60"/>
      </w:pPr>
      <w:r>
        <w:rPr>
          <w:b w:val="0"/>
          <w:i w:val="0"/>
          <w:smallCaps w:val="0"/>
          <w:strike w:val="0"/>
          <w:sz w:val="22"/>
          <w:u w:val="single"/>
        </w:rPr>
        <w:t>These areas include</w:t>
      </w:r>
      <w:r>
        <w:rPr>
          <w:b w:val="0"/>
          <w:i w:val="0"/>
          <w:smallCaps w:val="0"/>
          <w:strike w:val="0"/>
          <w:sz w:val="16"/>
          <w:u w:val="none"/>
        </w:rPr>
        <w:t xml:space="preserve"> regions situated around primary rivers </w:t>
      </w:r>
      <w:r>
        <w:rPr>
          <w:b w:val="0"/>
          <w:i w:val="0"/>
          <w:smallCaps w:val="0"/>
          <w:strike w:val="0"/>
          <w:sz w:val="22"/>
          <w:highlight w:val="cyan"/>
          <w:u w:val="single"/>
        </w:rPr>
        <w:t xml:space="preserve">in </w:t>
      </w:r>
      <w:r>
        <w:rPr>
          <w:b/>
          <w:i w:val="0"/>
          <w:smallCaps w:val="0"/>
          <w:strike w:val="0"/>
          <w:sz w:val="24"/>
          <w:highlight w:val="cyan"/>
          <w:u w:val="single"/>
        </w:rPr>
        <w:t>Asia</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4"/>
          <w:u w:val="single"/>
        </w:rPr>
        <w:t xml:space="preserve">North </w:t>
      </w:r>
      <w:r>
        <w:rPr>
          <w:b/>
          <w:i w:val="0"/>
          <w:smallCaps w:val="0"/>
          <w:strike w:val="0"/>
          <w:sz w:val="24"/>
          <w:highlight w:val="cyan"/>
          <w:u w:val="single"/>
        </w:rPr>
        <w:t>Africa</w:t>
      </w:r>
      <w:r>
        <w:rPr>
          <w:b w:val="0"/>
          <w:i w:val="0"/>
          <w:smallCaps w:val="0"/>
          <w:strike w:val="0"/>
          <w:sz w:val="22"/>
          <w:u w:val="single"/>
        </w:rPr>
        <w:t>. Noted rivers include the Tigris and Euphrates, the Indus, the Nile, and the Ganges-Brahmaputra</w:t>
      </w:r>
      <w:r>
        <w:rPr>
          <w:b w:val="0"/>
          <w:i w:val="0"/>
          <w:smallCaps w:val="0"/>
          <w:strike w:val="0"/>
          <w:sz w:val="16"/>
          <w:u w:val="none"/>
        </w:rPr>
        <w:t>.</w:t>
      </w:r>
    </w:p>
    <w:p>
      <w:pPr>
        <w:spacing w:after="60"/>
      </w:pPr>
      <w:r>
        <w:rPr>
          <w:b w:val="0"/>
          <w:i w:val="0"/>
          <w:smallCaps w:val="0"/>
          <w:strike w:val="0"/>
          <w:sz w:val="16"/>
          <w:u w:val="none"/>
        </w:rPr>
        <w:t>Consider the fact that 11 countries share the Nile River basin: Egypt, Burundi, Kenya, Eritrea, Ethiopia, Uganda, Rwanda, Sudan, South Sudan, Tanzania and the Democratic Republic of Congo. All told, more than 300 million people already live in these countries, — a number that is projected to double in the coming decades, while the amount of available water will continue to shrink due to climate change.</w:t>
      </w:r>
    </w:p>
    <w:p>
      <w:pPr>
        <w:spacing w:after="60"/>
      </w:pPr>
      <w:r>
        <w:rPr>
          <w:b w:val="0"/>
          <w:i w:val="0"/>
          <w:smallCaps w:val="0"/>
          <w:strike w:val="0"/>
          <w:sz w:val="22"/>
          <w:u w:val="single"/>
        </w:rPr>
        <w:t>For those</w:t>
      </w:r>
      <w:r>
        <w:rPr>
          <w:b w:val="0"/>
          <w:i w:val="0"/>
          <w:smallCaps w:val="0"/>
          <w:strike w:val="0"/>
          <w:sz w:val="16"/>
          <w:u w:val="none"/>
        </w:rPr>
        <w:t xml:space="preserve"> in the US </w:t>
      </w:r>
      <w:r>
        <w:rPr>
          <w:b w:val="0"/>
          <w:i w:val="0"/>
          <w:smallCaps w:val="0"/>
          <w:strike w:val="0"/>
          <w:sz w:val="22"/>
          <w:u w:val="single"/>
        </w:rPr>
        <w:t>thinking</w:t>
      </w:r>
      <w:r>
        <w:rPr>
          <w:b w:val="0"/>
          <w:i w:val="0"/>
          <w:smallCaps w:val="0"/>
          <w:strike w:val="0"/>
          <w:sz w:val="16"/>
          <w:u w:val="none"/>
        </w:rPr>
        <w:t xml:space="preserve"> these potential </w:t>
      </w:r>
      <w:r>
        <w:rPr>
          <w:b w:val="0"/>
          <w:i w:val="0"/>
          <w:smallCaps w:val="0"/>
          <w:strike w:val="0"/>
          <w:sz w:val="22"/>
          <w:u w:val="single"/>
        </w:rPr>
        <w:t>conflicts will only occur in distant lands</w:t>
      </w:r>
      <w:r>
        <w:rPr>
          <w:b w:val="0"/>
          <w:i w:val="0"/>
          <w:smallCaps w:val="0"/>
          <w:strike w:val="0"/>
          <w:sz w:val="16"/>
          <w:u w:val="none"/>
        </w:rPr>
        <w:t xml:space="preserve"> — </w:t>
      </w:r>
      <w:r>
        <w:rPr>
          <w:b w:val="0"/>
          <w:i w:val="0"/>
          <w:smallCaps w:val="0"/>
          <w:strike w:val="0"/>
          <w:sz w:val="22"/>
          <w:u w:val="single"/>
        </w:rPr>
        <w:t>think again. The study</w:t>
      </w:r>
      <w:r>
        <w:rPr>
          <w:b w:val="0"/>
          <w:i w:val="0"/>
          <w:smallCaps w:val="0"/>
          <w:strike w:val="0"/>
          <w:sz w:val="16"/>
          <w:u w:val="none"/>
        </w:rPr>
        <w:t xml:space="preserve"> also </w:t>
      </w:r>
      <w:r>
        <w:rPr>
          <w:b w:val="0"/>
          <w:i w:val="0"/>
          <w:smallCaps w:val="0"/>
          <w:strike w:val="0"/>
          <w:sz w:val="22"/>
          <w:u w:val="single"/>
        </w:rPr>
        <w:t>warned of a</w:t>
      </w:r>
      <w:r>
        <w:rPr>
          <w:b w:val="0"/>
          <w:i w:val="0"/>
          <w:smallCaps w:val="0"/>
          <w:strike w:val="0"/>
          <w:sz w:val="16"/>
          <w:u w:val="none"/>
        </w:rPr>
        <w:t xml:space="preserve"> very </w:t>
      </w:r>
      <w:r>
        <w:rPr>
          <w:b/>
          <w:i w:val="0"/>
          <w:smallCaps w:val="0"/>
          <w:strike w:val="0"/>
          <w:sz w:val="24"/>
          <w:u w:val="single"/>
        </w:rPr>
        <w:t>high chance</w:t>
      </w:r>
      <w:r>
        <w:rPr>
          <w:b w:val="0"/>
          <w:i w:val="0"/>
          <w:smallCaps w:val="0"/>
          <w:strike w:val="0"/>
          <w:sz w:val="22"/>
          <w:u w:val="single"/>
        </w:rPr>
        <w:t xml:space="preserve"> of these “hydro-political interactions” in</w:t>
      </w:r>
      <w:r>
        <w:rPr>
          <w:b w:val="0"/>
          <w:i w:val="0"/>
          <w:smallCaps w:val="0"/>
          <w:strike w:val="0"/>
          <w:sz w:val="16"/>
          <w:u w:val="none"/>
        </w:rPr>
        <w:t xml:space="preserve"> portions of the </w:t>
      </w:r>
      <w:r>
        <w:rPr>
          <w:b/>
          <w:i w:val="0"/>
          <w:smallCaps w:val="0"/>
          <w:strike w:val="0"/>
          <w:sz w:val="24"/>
          <w:u w:val="single"/>
        </w:rPr>
        <w:t>southwestern</w:t>
      </w:r>
      <w:r>
        <w:rPr>
          <w:b w:val="0"/>
          <w:i w:val="0"/>
          <w:smallCaps w:val="0"/>
          <w:strike w:val="0"/>
          <w:sz w:val="22"/>
          <w:u w:val="single"/>
        </w:rPr>
        <w:t xml:space="preserve"> US and </w:t>
      </w:r>
      <w:r>
        <w:rPr>
          <w:b/>
          <w:i w:val="0"/>
          <w:smallCaps w:val="0"/>
          <w:strike w:val="0"/>
          <w:sz w:val="24"/>
          <w:u w:val="single"/>
        </w:rPr>
        <w:t>north</w:t>
      </w:r>
      <w:r>
        <w:rPr>
          <w:b w:val="0"/>
          <w:i w:val="0"/>
          <w:smallCaps w:val="0"/>
          <w:strike w:val="0"/>
          <w:sz w:val="22"/>
          <w:u w:val="single"/>
        </w:rPr>
        <w:t xml:space="preserve">ern </w:t>
      </w:r>
      <w:r>
        <w:rPr>
          <w:b/>
          <w:i w:val="0"/>
          <w:smallCaps w:val="0"/>
          <w:strike w:val="0"/>
          <w:sz w:val="24"/>
          <w:u w:val="single"/>
        </w:rPr>
        <w:t>Mexico</w:t>
      </w:r>
      <w:r>
        <w:rPr>
          <w:b w:val="0"/>
          <w:i w:val="0"/>
          <w:smallCaps w:val="0"/>
          <w:strike w:val="0"/>
          <w:sz w:val="16"/>
          <w:u w:val="none"/>
        </w:rPr>
        <w:t>, around the Colorado River.</w:t>
      </w:r>
    </w:p>
    <w:p>
      <w:pPr>
        <w:spacing w:after="60"/>
      </w:pPr>
      <w:r>
        <w:rPr>
          <w:b w:val="0"/>
          <w:i w:val="0"/>
          <w:smallCaps w:val="0"/>
          <w:strike w:val="0"/>
          <w:sz w:val="16"/>
          <w:u w:val="none"/>
        </w:rPr>
        <w:t>India and Pakistan</w:t>
      </w:r>
    </w:p>
    <w:p>
      <w:pPr>
        <w:spacing w:after="60"/>
      </w:pPr>
      <w:r>
        <w:rPr>
          <w:b w:val="0"/>
          <w:i w:val="0"/>
          <w:smallCaps w:val="0"/>
          <w:strike w:val="0"/>
          <w:sz w:val="16"/>
          <w:u w:val="none"/>
        </w:rPr>
        <w:t xml:space="preserve">Potential </w:t>
      </w:r>
      <w:r>
        <w:rPr>
          <w:b w:val="0"/>
          <w:i w:val="0"/>
          <w:smallCaps w:val="0"/>
          <w:strike w:val="0"/>
          <w:sz w:val="22"/>
          <w:u w:val="single"/>
        </w:rPr>
        <w:t xml:space="preserve">tensions are particularly worrisome in </w:t>
      </w:r>
      <w:r>
        <w:rPr>
          <w:b/>
          <w:i w:val="0"/>
          <w:smallCaps w:val="0"/>
          <w:strike w:val="0"/>
          <w:sz w:val="24"/>
          <w:u w:val="single"/>
        </w:rPr>
        <w:t>India</w:t>
      </w:r>
      <w:r>
        <w:rPr>
          <w:b w:val="0"/>
          <w:i w:val="0"/>
          <w:smallCaps w:val="0"/>
          <w:strike w:val="0"/>
          <w:sz w:val="22"/>
          <w:u w:val="single"/>
        </w:rPr>
        <w:t xml:space="preserve"> and </w:t>
      </w:r>
      <w:r>
        <w:rPr>
          <w:b/>
          <w:i w:val="0"/>
          <w:smallCaps w:val="0"/>
          <w:strike w:val="0"/>
          <w:sz w:val="24"/>
          <w:u w:val="single"/>
        </w:rPr>
        <w:t>Pakistan</w:t>
      </w:r>
      <w:r>
        <w:rPr>
          <w:b w:val="0"/>
          <w:i w:val="0"/>
          <w:smallCaps w:val="0"/>
          <w:strike w:val="0"/>
          <w:sz w:val="16"/>
          <w:u w:val="none"/>
        </w:rPr>
        <w:t>, which are already rivals when it comes to water resources. For now, these two countries have an agreement, albeit a strained one, over the Indus River and the sharing of its water, by way of the 1960 Indus Water Treaty.</w:t>
      </w:r>
    </w:p>
    <w:p>
      <w:pPr>
        <w:spacing w:after="60"/>
      </w:pPr>
      <w:r>
        <w:rPr>
          <w:b w:val="0"/>
          <w:i w:val="0"/>
          <w:smallCaps w:val="0"/>
          <w:strike w:val="0"/>
          <w:sz w:val="16"/>
          <w:u w:val="none"/>
        </w:rPr>
        <w:t xml:space="preserve">However, </w:t>
      </w:r>
      <w:r>
        <w:rPr>
          <w:b w:val="0"/>
          <w:i w:val="0"/>
          <w:smallCaps w:val="0"/>
          <w:strike w:val="0"/>
          <w:sz w:val="22"/>
          <w:highlight w:val="cyan"/>
          <w:u w:val="single"/>
        </w:rPr>
        <w:t>water</w:t>
      </w:r>
      <w:r>
        <w:rPr>
          <w:b w:val="0"/>
          <w:i w:val="0"/>
          <w:smallCaps w:val="0"/>
          <w:strike w:val="0"/>
          <w:sz w:val="22"/>
          <w:u w:val="single"/>
        </w:rPr>
        <w:t xml:space="preserve"> claims </w:t>
      </w:r>
      <w:r>
        <w:rPr>
          <w:b w:val="0"/>
          <w:i w:val="0"/>
          <w:smallCaps w:val="0"/>
          <w:strike w:val="0"/>
          <w:sz w:val="22"/>
          <w:highlight w:val="cyan"/>
          <w:u w:val="single"/>
        </w:rPr>
        <w:t>have been central to</w:t>
      </w:r>
      <w:r>
        <w:rPr>
          <w:b w:val="0"/>
          <w:i w:val="0"/>
          <w:smallCaps w:val="0"/>
          <w:strike w:val="0"/>
          <w:sz w:val="22"/>
          <w:u w:val="single"/>
        </w:rPr>
        <w:t xml:space="preserve"> their ongoing, burning dispute over</w:t>
      </w:r>
      <w:r>
        <w:rPr>
          <w:b w:val="0"/>
          <w:i w:val="0"/>
          <w:smallCaps w:val="0"/>
          <w:strike w:val="0"/>
          <w:sz w:val="16"/>
          <w:u w:val="none"/>
        </w:rPr>
        <w:t xml:space="preserve"> the </w:t>
      </w:r>
      <w:r>
        <w:rPr>
          <w:b w:val="0"/>
          <w:i w:val="0"/>
          <w:smallCaps w:val="0"/>
          <w:strike w:val="0"/>
          <w:sz w:val="22"/>
          <w:highlight w:val="cyan"/>
          <w:u w:val="single"/>
        </w:rPr>
        <w:t>Kashmir</w:t>
      </w:r>
      <w:r>
        <w:rPr>
          <w:b w:val="0"/>
          <w:i w:val="0"/>
          <w:smallCaps w:val="0"/>
          <w:strike w:val="0"/>
          <w:sz w:val="16"/>
          <w:u w:val="none"/>
        </w:rPr>
        <w:t xml:space="preserve"> region, </w:t>
      </w:r>
      <w:r>
        <w:rPr>
          <w:b w:val="0"/>
          <w:i w:val="0"/>
          <w:smallCaps w:val="0"/>
          <w:strike w:val="0"/>
          <w:sz w:val="22"/>
          <w:highlight w:val="cyan"/>
          <w:u w:val="single"/>
        </w:rPr>
        <w:t xml:space="preserve">a </w:t>
      </w:r>
      <w:r>
        <w:rPr>
          <w:b/>
          <w:i w:val="0"/>
          <w:smallCaps w:val="0"/>
          <w:strike w:val="0"/>
          <w:sz w:val="24"/>
          <w:highlight w:val="cyan"/>
          <w:u w:val="single"/>
        </w:rPr>
        <w:t>flashpoint</w:t>
      </w:r>
      <w:r>
        <w:rPr>
          <w:b w:val="0"/>
          <w:i w:val="0"/>
          <w:smallCaps w:val="0"/>
          <w:strike w:val="0"/>
          <w:sz w:val="16"/>
          <w:u w:val="none"/>
        </w:rPr>
        <w:t xml:space="preserve"> area there for more than 60 years and counting.</w:t>
      </w:r>
    </w:p>
    <w:p>
      <w:pPr>
        <w:spacing w:after="60"/>
      </w:pPr>
      <w:r>
        <w:rPr>
          <w:b w:val="0"/>
          <w:i w:val="0"/>
          <w:smallCaps w:val="0"/>
          <w:strike w:val="0"/>
          <w:sz w:val="16"/>
          <w:u w:val="none"/>
        </w:rPr>
        <w:t xml:space="preserve">The </w:t>
      </w:r>
      <w:r>
        <w:rPr>
          <w:b w:val="0"/>
          <w:i w:val="0"/>
          <w:smallCaps w:val="0"/>
          <w:strike w:val="0"/>
          <w:sz w:val="16"/>
          <w:u w:val="none"/>
        </w:rPr>
        <w:t>aforementioned treaty</w:t>
      </w:r>
      <w:r>
        <w:rPr>
          <w:b w:val="0"/>
          <w:i w:val="0"/>
          <w:smallCaps w:val="0"/>
          <w:strike w:val="0"/>
          <w:sz w:val="16"/>
          <w:u w:val="none"/>
        </w:rPr>
        <w:t xml:space="preserve"> is now more strained than ever, as Pakistan accuses India of limiting its water supply and violating the treaty by placing dams over various rivers that flow from Kashmir into Pakistan.</w:t>
      </w:r>
    </w:p>
    <w:p>
      <w:pPr>
        <w:spacing w:after="60"/>
      </w:pPr>
      <w:r>
        <w:rPr>
          <w:b w:val="0"/>
          <w:i w:val="0"/>
          <w:smallCaps w:val="0"/>
          <w:strike w:val="0"/>
          <w:sz w:val="16"/>
          <w:u w:val="none"/>
        </w:rPr>
        <w:t xml:space="preserve">In fact, a 2018 report from the International Monetary Fund ranked Pakistan third among countries facing severe water shortages, </w:t>
      </w:r>
      <w:r>
        <w:rPr>
          <w:b w:val="0"/>
          <w:i w:val="0"/>
          <w:smallCaps w:val="0"/>
          <w:strike w:val="0"/>
          <w:sz w:val="16"/>
          <w:u w:val="none"/>
        </w:rPr>
        <w:t>This</w:t>
      </w:r>
      <w:r>
        <w:rPr>
          <w:b w:val="0"/>
          <w:i w:val="0"/>
          <w:smallCaps w:val="0"/>
          <w:strike w:val="0"/>
          <w:sz w:val="16"/>
          <w:u w:val="none"/>
        </w:rPr>
        <w:t xml:space="preserve"> is largely due to the rapid melting of glaciers in the Himalaya that are the source of much of the water for the Indus.</w:t>
      </w:r>
    </w:p>
    <w:p>
      <w:pPr>
        <w:spacing w:after="60"/>
      </w:pPr>
      <w:r>
        <w:rPr>
          <w:b w:val="0"/>
          <w:i w:val="0"/>
          <w:smallCaps w:val="0"/>
          <w:strike w:val="0"/>
          <w:sz w:val="16"/>
          <w:u w:val="none"/>
        </w:rPr>
        <w:t>To provide an idea of how quickly water resources are diminishing in both countries, statistics from Pakistan’s Islamabad Chamber of Commerce and Industry from 2018 show that water availability (per capita in cubic meters per year) shrank from 5,260 in 1951, to 940 in 2015, and are projected to shrink to 860 by just 2025.</w:t>
      </w:r>
    </w:p>
    <w:p>
      <w:pPr>
        <w:spacing w:after="60"/>
      </w:pPr>
      <w:r>
        <w:rPr>
          <w:b w:val="0"/>
          <w:i w:val="0"/>
          <w:smallCaps w:val="0"/>
          <w:strike w:val="0"/>
          <w:sz w:val="16"/>
          <w:u w:val="none"/>
        </w:rPr>
        <w:t>In India, the crisis is hardly better. According to that country’s Ministry of Statistics (2016) and the Indian Ministry of Water Resources (2010), the per capita available water in cubic meters per year was 5,177 in 1951, and 1,474 in 2015, and is projected to shrink to 1,341 in 2025.</w:t>
      </w:r>
    </w:p>
    <w:p>
      <w:pPr>
        <w:spacing w:after="60"/>
      </w:pPr>
      <w:r>
        <w:rPr>
          <w:b w:val="0"/>
          <w:i w:val="0"/>
          <w:smallCaps w:val="0"/>
          <w:strike w:val="0"/>
          <w:sz w:val="16"/>
          <w:u w:val="none"/>
        </w:rPr>
        <w:t>Both of these</w:t>
      </w:r>
      <w:r>
        <w:rPr>
          <w:b w:val="0"/>
          <w:i w:val="0"/>
          <w:smallCaps w:val="0"/>
          <w:strike w:val="0"/>
          <w:sz w:val="16"/>
          <w:u w:val="none"/>
        </w:rPr>
        <w:t xml:space="preserve"> countries are nuclear powers. Given the dire projections of water availability as climate change progresses, </w:t>
      </w:r>
      <w:r>
        <w:rPr>
          <w:b/>
          <w:i w:val="0"/>
          <w:smallCaps w:val="0"/>
          <w:strike w:val="0"/>
          <w:sz w:val="24"/>
          <w:u w:val="single"/>
        </w:rPr>
        <w:t>nightmare scenarios</w:t>
      </w:r>
      <w:r>
        <w:rPr>
          <w:b w:val="0"/>
          <w:i w:val="0"/>
          <w:smallCaps w:val="0"/>
          <w:strike w:val="0"/>
          <w:sz w:val="22"/>
          <w:u w:val="single"/>
        </w:rPr>
        <w:t xml:space="preserve"> of </w:t>
      </w:r>
      <w:r>
        <w:rPr>
          <w:b/>
          <w:i w:val="0"/>
          <w:smallCaps w:val="0"/>
          <w:strike w:val="0"/>
          <w:sz w:val="24"/>
          <w:highlight w:val="cyan"/>
          <w:u w:val="single"/>
        </w:rPr>
        <w:t>water wars</w:t>
      </w:r>
      <w:r>
        <w:rPr>
          <w:b w:val="0"/>
          <w:i w:val="0"/>
          <w:smallCaps w:val="0"/>
          <w:strike w:val="0"/>
          <w:sz w:val="22"/>
          <w:u w:val="single"/>
        </w:rPr>
        <w:t xml:space="preserve"> that could </w:t>
      </w:r>
      <w:r>
        <w:rPr>
          <w:b w:val="0"/>
          <w:i w:val="0"/>
          <w:smallCaps w:val="0"/>
          <w:strike w:val="0"/>
          <w:sz w:val="22"/>
          <w:highlight w:val="cyan"/>
          <w:u w:val="single"/>
        </w:rPr>
        <w:t xml:space="preserve">spark </w:t>
      </w:r>
      <w:r>
        <w:rPr>
          <w:b/>
          <w:i w:val="0"/>
          <w:smallCaps w:val="0"/>
          <w:strike w:val="0"/>
          <w:sz w:val="24"/>
          <w:highlight w:val="cyan"/>
          <w:u w:val="single"/>
        </w:rPr>
        <w:t>nuclear exchanges</w:t>
      </w:r>
      <w:r>
        <w:rPr>
          <w:b w:val="0"/>
          <w:i w:val="0"/>
          <w:smallCaps w:val="0"/>
          <w:strike w:val="0"/>
          <w:sz w:val="22"/>
          <w:u w:val="single"/>
        </w:rPr>
        <w:t xml:space="preserve"> are now becoming </w:t>
      </w:r>
      <w:r>
        <w:rPr>
          <w:b/>
          <w:i w:val="0"/>
          <w:smallCaps w:val="0"/>
          <w:strike w:val="0"/>
          <w:sz w:val="24"/>
          <w:u w:val="single"/>
        </w:rPr>
        <w:t>possible</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