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Even </w:t>
      </w:r>
      <w:r>
        <w:rPr>
          <w:b/>
          <w:i w:val="0"/>
          <w:smallCaps w:val="0"/>
          <w:strike w:val="0"/>
          <w:sz w:val="26"/>
          <w:u w:val="single"/>
        </w:rPr>
        <w:t>massive</w:t>
      </w:r>
      <w:r>
        <w:rPr>
          <w:b/>
          <w:i w:val="0"/>
          <w:smallCaps w:val="0"/>
          <w:strike w:val="0"/>
          <w:sz w:val="26"/>
          <w:u w:val="none"/>
        </w:rPr>
        <w:t xml:space="preserve"> shortages cause </w:t>
      </w:r>
      <w:r>
        <w:rPr>
          <w:b/>
          <w:i w:val="0"/>
          <w:smallCaps w:val="0"/>
          <w:strike w:val="0"/>
          <w:sz w:val="26"/>
          <w:u w:val="single"/>
        </w:rPr>
        <w:t>negotiation</w:t>
      </w:r>
      <w:r>
        <w:rPr>
          <w:b/>
          <w:i w:val="0"/>
          <w:smallCaps w:val="0"/>
          <w:strike w:val="0"/>
          <w:sz w:val="26"/>
          <w:u w:val="none"/>
        </w:rPr>
        <w:t xml:space="preserve">, not </w:t>
      </w:r>
      <w:r>
        <w:rPr>
          <w:b/>
          <w:i w:val="0"/>
          <w:smallCaps w:val="0"/>
          <w:strike w:val="0"/>
          <w:sz w:val="26"/>
          <w:u w:val="single"/>
        </w:rPr>
        <w:t>war</w:t>
      </w:r>
      <w:r>
        <w:rPr>
          <w:b/>
          <w:i w:val="0"/>
          <w:smallCaps w:val="0"/>
          <w:strike w:val="0"/>
          <w:sz w:val="26"/>
          <w:u w:val="none"/>
        </w:rPr>
        <w:t xml:space="preserve">---the </w:t>
      </w:r>
      <w:r>
        <w:rPr>
          <w:b/>
          <w:i w:val="0"/>
          <w:smallCaps w:val="0"/>
          <w:strike w:val="0"/>
          <w:sz w:val="26"/>
          <w:u w:val="single"/>
        </w:rPr>
        <w:t>cost</w:t>
      </w:r>
      <w:r>
        <w:rPr>
          <w:b/>
          <w:i w:val="0"/>
          <w:smallCaps w:val="0"/>
          <w:strike w:val="0"/>
          <w:sz w:val="26"/>
          <w:u w:val="none"/>
        </w:rPr>
        <w:t xml:space="preserve"> of fighting is </w:t>
      </w:r>
      <w:r>
        <w:rPr>
          <w:b/>
          <w:i w:val="0"/>
          <w:smallCaps w:val="0"/>
          <w:strike w:val="0"/>
          <w:sz w:val="26"/>
          <w:u w:val="single"/>
        </w:rPr>
        <w:t>way higher</w:t>
      </w:r>
      <w:r>
        <w:rPr>
          <w:b/>
          <w:i w:val="0"/>
          <w:smallCaps w:val="0"/>
          <w:strike w:val="0"/>
          <w:sz w:val="26"/>
          <w:u w:val="none"/>
        </w:rPr>
        <w:t xml:space="preserve"> than </w:t>
      </w:r>
      <w:r>
        <w:rPr>
          <w:b/>
          <w:i w:val="0"/>
          <w:smallCaps w:val="0"/>
          <w:strike w:val="0"/>
          <w:sz w:val="26"/>
          <w:u w:val="single"/>
        </w:rPr>
        <w:t>negotiation</w:t>
      </w:r>
      <w:r>
        <w:rPr>
          <w:b/>
          <w:i w:val="0"/>
          <w:smallCaps w:val="0"/>
          <w:strike w:val="0"/>
          <w:sz w:val="26"/>
          <w:u w:val="none"/>
        </w:rPr>
        <w:t>.</w:t>
      </w:r>
    </w:p>
    <w:p>
      <w:pPr>
        <w:spacing w:after="80"/>
      </w:pPr>
      <w:r>
        <w:rPr>
          <w:b/>
          <w:i w:val="0"/>
          <w:smallCaps w:val="0"/>
          <w:strike w:val="0"/>
          <w:sz w:val="26"/>
          <w:u w:val="none"/>
        </w:rPr>
        <w:t xml:space="preserve">Bernauer ’18 </w:t>
      </w:r>
      <w:r>
        <w:rPr>
          <w:b w:val="0"/>
          <w:i w:val="0"/>
          <w:smallCaps w:val="0"/>
          <w:strike w:val="0"/>
          <w:u w:val="none"/>
        </w:rPr>
        <w:t>[Thomas; September 10; Ph.D. and Professor of Political Science at ETH Zurich and Director of ETH’s Institute of Science, Technology and Policy; Diplomatic Courier, “Dispelling the Water War Myth,” https://www.diplomaticourier.com/posts/dispelling-the-water-war-myth]</w:t>
      </w:r>
    </w:p>
    <w:p>
      <w:pPr>
        <w:spacing w:after="60"/>
      </w:pPr>
      <w:r>
        <w:rPr>
          <w:b w:val="0"/>
          <w:i w:val="0"/>
          <w:smallCaps w:val="0"/>
          <w:strike w:val="0"/>
          <w:sz w:val="22"/>
          <w:u w:val="single"/>
        </w:rPr>
        <w:t xml:space="preserve">Humans need water. If it is in short supply, conflicts can arise. </w:t>
      </w:r>
      <w:r>
        <w:rPr>
          <w:b w:val="0"/>
          <w:i w:val="0"/>
          <w:smallCaps w:val="0"/>
          <w:strike w:val="0"/>
          <w:sz w:val="22"/>
          <w:highlight w:val="cyan"/>
          <w:u w:val="single"/>
        </w:rPr>
        <w:t>Contrary to</w:t>
      </w:r>
      <w:r>
        <w:rPr>
          <w:b w:val="0"/>
          <w:i w:val="0"/>
          <w:smallCaps w:val="0"/>
          <w:strike w:val="0"/>
          <w:sz w:val="22"/>
          <w:u w:val="single"/>
        </w:rPr>
        <w:t xml:space="preserve"> </w:t>
      </w:r>
      <w:r>
        <w:rPr>
          <w:b/>
          <w:i w:val="0"/>
          <w:smallCaps w:val="0"/>
          <w:strike w:val="0"/>
          <w:sz w:val="24"/>
          <w:u w:val="single"/>
        </w:rPr>
        <w:t xml:space="preserve">popular </w:t>
      </w:r>
      <w:r>
        <w:rPr>
          <w:b/>
          <w:i w:val="0"/>
          <w:smallCaps w:val="0"/>
          <w:strike w:val="0"/>
          <w:sz w:val="24"/>
          <w:highlight w:val="cyan"/>
          <w:u w:val="single"/>
        </w:rPr>
        <w:t>belief</w:t>
      </w:r>
      <w:r>
        <w:rPr>
          <w:b w:val="0"/>
          <w:i w:val="0"/>
          <w:smallCaps w:val="0"/>
          <w:strike w:val="0"/>
          <w:sz w:val="22"/>
          <w:u w:val="single"/>
        </w:rPr>
        <w:t>;</w:t>
      </w:r>
      <w:r>
        <w:rPr>
          <w:b w:val="0"/>
          <w:i w:val="0"/>
          <w:smallCaps w:val="0"/>
          <w:strike w:val="0"/>
          <w:sz w:val="22"/>
          <w:u w:val="single"/>
        </w:rPr>
        <w:t xml:space="preserve"> however, </w:t>
      </w:r>
      <w:r>
        <w:rPr>
          <w:b w:val="0"/>
          <w:i w:val="0"/>
          <w:smallCaps w:val="0"/>
          <w:strike w:val="0"/>
          <w:sz w:val="22"/>
          <w:highlight w:val="cyan"/>
          <w:u w:val="single"/>
        </w:rPr>
        <w:t>these</w:t>
      </w:r>
      <w:r>
        <w:rPr>
          <w:b w:val="0"/>
          <w:i w:val="0"/>
          <w:smallCaps w:val="0"/>
          <w:strike w:val="0"/>
          <w:sz w:val="22"/>
          <w:u w:val="single"/>
        </w:rPr>
        <w:t xml:space="preserve"> types of </w:t>
      </w:r>
      <w:r>
        <w:rPr>
          <w:b w:val="0"/>
          <w:i w:val="0"/>
          <w:smallCaps w:val="0"/>
          <w:strike w:val="0"/>
          <w:sz w:val="22"/>
          <w:highlight w:val="cyan"/>
          <w:u w:val="single"/>
        </w:rPr>
        <w:t>conflicts</w:t>
      </w:r>
      <w:r>
        <w:rPr>
          <w:b w:val="0"/>
          <w:i w:val="0"/>
          <w:smallCaps w:val="0"/>
          <w:strike w:val="0"/>
          <w:sz w:val="22"/>
          <w:u w:val="single"/>
        </w:rPr>
        <w:t xml:space="preserve"> </w:t>
      </w:r>
      <w:r>
        <w:rPr>
          <w:b/>
          <w:i w:val="0"/>
          <w:smallCaps w:val="0"/>
          <w:strike w:val="0"/>
          <w:sz w:val="24"/>
          <w:u w:val="single"/>
        </w:rPr>
        <w:t xml:space="preserve">almost </w:t>
      </w:r>
      <w:r>
        <w:rPr>
          <w:b/>
          <w:i w:val="0"/>
          <w:smallCaps w:val="0"/>
          <w:strike w:val="0"/>
          <w:sz w:val="24"/>
          <w:highlight w:val="cyan"/>
          <w:u w:val="single"/>
        </w:rPr>
        <w:t>never</w:t>
      </w:r>
      <w:r>
        <w:rPr>
          <w:b w:val="0"/>
          <w:i w:val="0"/>
          <w:smallCaps w:val="0"/>
          <w:strike w:val="0"/>
          <w:sz w:val="22"/>
          <w:highlight w:val="cyan"/>
          <w:u w:val="single"/>
        </w:rPr>
        <w:t xml:space="preserve"> lead to war, but</w:t>
      </w:r>
      <w:r>
        <w:rPr>
          <w:b w:val="0"/>
          <w:i w:val="0"/>
          <w:smallCaps w:val="0"/>
          <w:strike w:val="0"/>
          <w:sz w:val="22"/>
          <w:u w:val="single"/>
        </w:rPr>
        <w:t xml:space="preserve"> rather to </w:t>
      </w:r>
      <w:r>
        <w:rPr>
          <w:b/>
          <w:i w:val="0"/>
          <w:smallCaps w:val="0"/>
          <w:strike w:val="0"/>
          <w:sz w:val="24"/>
          <w:highlight w:val="cyan"/>
          <w:u w:val="single"/>
        </w:rPr>
        <w:t>coop</w:t>
      </w:r>
      <w:r>
        <w:rPr>
          <w:b w:val="0"/>
          <w:i w:val="0"/>
          <w:smallCaps w:val="0"/>
          <w:strike w:val="0"/>
          <w:sz w:val="22"/>
          <w:u w:val="single"/>
        </w:rPr>
        <w:t>eration</w:t>
      </w:r>
      <w:r>
        <w:rPr>
          <w:b w:val="0"/>
          <w:i w:val="0"/>
          <w:smallCaps w:val="0"/>
          <w:strike w:val="0"/>
          <w:sz w:val="16"/>
          <w:u w:val="none"/>
        </w:rPr>
        <w:t>.</w:t>
      </w:r>
    </w:p>
    <w:p>
      <w:pPr>
        <w:spacing w:after="60"/>
      </w:pPr>
      <w:r>
        <w:rPr>
          <w:b w:val="0"/>
          <w:i w:val="0"/>
          <w:smallCaps w:val="0"/>
          <w:strike w:val="0"/>
          <w:sz w:val="16"/>
          <w:u w:val="none"/>
        </w:rPr>
        <w:t xml:space="preserve">Fresh water is one of the most </w:t>
      </w:r>
      <w:r>
        <w:rPr>
          <w:b w:val="0"/>
          <w:i w:val="0"/>
          <w:smallCaps w:val="0"/>
          <w:strike w:val="0"/>
          <w:sz w:val="16"/>
          <w:u w:val="none"/>
        </w:rPr>
        <w:t>precious of</w:t>
      </w:r>
      <w:r>
        <w:rPr>
          <w:b w:val="0"/>
          <w:i w:val="0"/>
          <w:smallCaps w:val="0"/>
          <w:strike w:val="0"/>
          <w:sz w:val="16"/>
          <w:u w:val="none"/>
        </w:rPr>
        <w:t xml:space="preserve"> natural resources. Water is available in huge quantities throughout the world, but scarcities can arise on a local level, since rainfall, natural water reservoirs, and demand create an uneven distribution across the globe. A shortage of water can cause conflicting needs to emerge within and between countries.</w:t>
      </w:r>
    </w:p>
    <w:p>
      <w:pPr>
        <w:spacing w:after="60"/>
      </w:pPr>
      <w:r>
        <w:rPr>
          <w:b w:val="0"/>
          <w:i w:val="0"/>
          <w:smallCaps w:val="0"/>
          <w:strike w:val="0"/>
          <w:sz w:val="22"/>
          <w:u w:val="single"/>
        </w:rPr>
        <w:t>Do water shortages cause violent conflict?</w:t>
      </w:r>
    </w:p>
    <w:p>
      <w:pPr>
        <w:spacing w:after="60"/>
      </w:pPr>
      <w:r>
        <w:rPr>
          <w:b w:val="0"/>
          <w:i w:val="0"/>
          <w:smallCaps w:val="0"/>
          <w:strike w:val="0"/>
          <w:sz w:val="16"/>
          <w:u w:val="none"/>
        </w:rPr>
        <w:t xml:space="preserve">As early as </w:t>
      </w:r>
      <w:r>
        <w:rPr>
          <w:b w:val="0"/>
          <w:i w:val="0"/>
          <w:smallCaps w:val="0"/>
          <w:strike w:val="0"/>
          <w:sz w:val="22"/>
          <w:u w:val="single"/>
        </w:rPr>
        <w:t>200 years ago</w:t>
      </w:r>
      <w:r>
        <w:rPr>
          <w:b w:val="0"/>
          <w:i w:val="0"/>
          <w:smallCaps w:val="0"/>
          <w:strike w:val="0"/>
          <w:sz w:val="16"/>
          <w:u w:val="none"/>
        </w:rPr>
        <w:t xml:space="preserve">, in the face of a growing population, the English political economist and demographer Thomas </w:t>
      </w:r>
      <w:r>
        <w:rPr>
          <w:b w:val="0"/>
          <w:i w:val="0"/>
          <w:smallCaps w:val="0"/>
          <w:strike w:val="0"/>
          <w:sz w:val="22"/>
          <w:u w:val="single"/>
        </w:rPr>
        <w:t>Malthus warned against resource scarcity</w:t>
      </w:r>
      <w:r>
        <w:rPr>
          <w:b w:val="0"/>
          <w:i w:val="0"/>
          <w:smallCaps w:val="0"/>
          <w:strike w:val="0"/>
          <w:sz w:val="16"/>
          <w:u w:val="none"/>
        </w:rPr>
        <w:t xml:space="preserve"> and the potential for resulting social upheaval. Especially from the 1970s onwards, this gave rise to the argument that the ever-increasing overexploitation of natural resources, above all water, would ultimately lead to massive conflicts and even wars. </w:t>
      </w:r>
      <w:r>
        <w:rPr>
          <w:b w:val="0"/>
          <w:i w:val="0"/>
          <w:smallCaps w:val="0"/>
          <w:strike w:val="0"/>
          <w:sz w:val="22"/>
          <w:u w:val="single"/>
        </w:rPr>
        <w:t>This is why the term “water wars” has come into widespread use</w:t>
      </w:r>
      <w:r>
        <w:rPr>
          <w:b w:val="0"/>
          <w:i w:val="0"/>
          <w:smallCaps w:val="0"/>
          <w:strike w:val="0"/>
          <w:sz w:val="16"/>
          <w:u w:val="none"/>
        </w:rPr>
        <w:t xml:space="preserve"> in books, popular science texts, and statements by policy makers. In recent years, there has been a boom in assertions like these, as part of the discourse around climate change.</w:t>
      </w:r>
    </w:p>
    <w:p>
      <w:pPr>
        <w:spacing w:after="60"/>
      </w:pPr>
      <w:r>
        <w:rPr>
          <w:b w:val="0"/>
          <w:i w:val="0"/>
          <w:smallCaps w:val="0"/>
          <w:strike w:val="0"/>
          <w:sz w:val="16"/>
          <w:u w:val="none"/>
        </w:rPr>
        <w:t>Cooperation rather than violent conflict</w:t>
      </w:r>
    </w:p>
    <w:p>
      <w:pPr>
        <w:spacing w:after="60"/>
      </w:pPr>
      <w:r>
        <w:rPr>
          <w:b/>
          <w:i w:val="0"/>
          <w:smallCaps w:val="0"/>
          <w:strike w:val="0"/>
          <w:sz w:val="24"/>
          <w:highlight w:val="cyan"/>
          <w:u w:val="single"/>
        </w:rPr>
        <w:t>Research</w:t>
      </w:r>
      <w:r>
        <w:rPr>
          <w:b w:val="0"/>
          <w:i w:val="0"/>
          <w:smallCaps w:val="0"/>
          <w:strike w:val="0"/>
          <w:sz w:val="22"/>
          <w:u w:val="single"/>
        </w:rPr>
        <w:t xml:space="preserve"> on this subject has contributed significantly to </w:t>
      </w:r>
      <w:r>
        <w:rPr>
          <w:b w:val="0"/>
          <w:i w:val="0"/>
          <w:smallCaps w:val="0"/>
          <w:strike w:val="0"/>
          <w:sz w:val="22"/>
          <w:highlight w:val="cyan"/>
          <w:u w:val="single"/>
        </w:rPr>
        <w:t>bring</w:t>
      </w:r>
      <w:r>
        <w:rPr>
          <w:b w:val="0"/>
          <w:i w:val="0"/>
          <w:smallCaps w:val="0"/>
          <w:strike w:val="0"/>
          <w:sz w:val="22"/>
          <w:u w:val="single"/>
        </w:rPr>
        <w:t xml:space="preserve">ing such </w:t>
      </w:r>
      <w:r>
        <w:rPr>
          <w:b w:val="0"/>
          <w:i w:val="0"/>
          <w:smallCaps w:val="0"/>
          <w:strike w:val="0"/>
          <w:sz w:val="22"/>
          <w:highlight w:val="cyan"/>
          <w:u w:val="single"/>
        </w:rPr>
        <w:t>assertions</w:t>
      </w:r>
      <w:r>
        <w:rPr>
          <w:b w:val="0"/>
          <w:i w:val="0"/>
          <w:smallCaps w:val="0"/>
          <w:strike w:val="0"/>
          <w:sz w:val="22"/>
          <w:u w:val="single"/>
        </w:rPr>
        <w:t xml:space="preserve"> </w:t>
      </w:r>
      <w:r>
        <w:rPr>
          <w:b/>
          <w:i w:val="0"/>
          <w:smallCaps w:val="0"/>
          <w:strike w:val="0"/>
          <w:sz w:val="24"/>
          <w:u w:val="single"/>
        </w:rPr>
        <w:t xml:space="preserve">back </w:t>
      </w:r>
      <w:r>
        <w:rPr>
          <w:b/>
          <w:i w:val="0"/>
          <w:smallCaps w:val="0"/>
          <w:strike w:val="0"/>
          <w:sz w:val="24"/>
          <w:highlight w:val="cyan"/>
          <w:u w:val="single"/>
        </w:rPr>
        <w:t>to reality</w:t>
      </w:r>
      <w:r>
        <w:rPr>
          <w:b w:val="0"/>
          <w:i w:val="0"/>
          <w:smallCaps w:val="0"/>
          <w:strike w:val="0"/>
          <w:sz w:val="22"/>
          <w:u w:val="single"/>
        </w:rPr>
        <w:t xml:space="preserve">. </w:t>
      </w:r>
      <w:r>
        <w:rPr>
          <w:b/>
          <w:i w:val="0"/>
          <w:smallCaps w:val="0"/>
          <w:strike w:val="0"/>
          <w:sz w:val="24"/>
          <w:u w:val="single"/>
        </w:rPr>
        <w:t xml:space="preserve">Statistical </w:t>
      </w:r>
      <w:r>
        <w:rPr>
          <w:b/>
          <w:i w:val="0"/>
          <w:smallCaps w:val="0"/>
          <w:strike w:val="0"/>
          <w:sz w:val="24"/>
          <w:highlight w:val="cyan"/>
          <w:u w:val="single"/>
        </w:rPr>
        <w:t>analyses</w:t>
      </w:r>
      <w:r>
        <w:rPr>
          <w:b w:val="0"/>
          <w:i w:val="0"/>
          <w:smallCaps w:val="0"/>
          <w:strike w:val="0"/>
          <w:sz w:val="22"/>
          <w:u w:val="single"/>
        </w:rPr>
        <w:t xml:space="preserve"> of international and civil wars </w:t>
      </w:r>
      <w:r>
        <w:rPr>
          <w:b w:val="0"/>
          <w:i w:val="0"/>
          <w:smallCaps w:val="0"/>
          <w:strike w:val="0"/>
          <w:sz w:val="22"/>
          <w:highlight w:val="cyan"/>
          <w:u w:val="single"/>
        </w:rPr>
        <w:t>show</w:t>
      </w:r>
      <w:r>
        <w:rPr>
          <w:b w:val="0"/>
          <w:i w:val="0"/>
          <w:smallCaps w:val="0"/>
          <w:strike w:val="0"/>
          <w:sz w:val="22"/>
          <w:u w:val="single"/>
        </w:rPr>
        <w:t xml:space="preserve"> that </w:t>
      </w:r>
      <w:r>
        <w:rPr>
          <w:b w:val="0"/>
          <w:i w:val="0"/>
          <w:smallCaps w:val="0"/>
          <w:strike w:val="0"/>
          <w:sz w:val="22"/>
          <w:highlight w:val="cyan"/>
          <w:u w:val="single"/>
        </w:rPr>
        <w:t>water</w:t>
      </w:r>
      <w:r>
        <w:rPr>
          <w:b w:val="0"/>
          <w:i w:val="0"/>
          <w:smallCaps w:val="0"/>
          <w:strike w:val="0"/>
          <w:sz w:val="22"/>
          <w:u w:val="single"/>
        </w:rPr>
        <w:t xml:space="preserve"> scarcity </w:t>
      </w:r>
      <w:r>
        <w:rPr>
          <w:b w:val="0"/>
          <w:i w:val="0"/>
          <w:smallCaps w:val="0"/>
          <w:strike w:val="0"/>
          <w:sz w:val="22"/>
          <w:highlight w:val="cyan"/>
          <w:u w:val="single"/>
        </w:rPr>
        <w:t xml:space="preserve">is </w:t>
      </w:r>
      <w:r>
        <w:rPr>
          <w:b/>
          <w:i w:val="0"/>
          <w:smallCaps w:val="0"/>
          <w:strike w:val="0"/>
          <w:sz w:val="24"/>
          <w:highlight w:val="cyan"/>
          <w:u w:val="single"/>
        </w:rPr>
        <w:t>not a</w:t>
      </w:r>
      <w:r>
        <w:rPr>
          <w:b/>
          <w:i w:val="0"/>
          <w:smallCaps w:val="0"/>
          <w:strike w:val="0"/>
          <w:sz w:val="24"/>
          <w:u w:val="single"/>
        </w:rPr>
        <w:t xml:space="preserve"> relevant </w:t>
      </w:r>
      <w:r>
        <w:rPr>
          <w:b/>
          <w:i w:val="0"/>
          <w:smallCaps w:val="0"/>
          <w:strike w:val="0"/>
          <w:sz w:val="24"/>
          <w:highlight w:val="cyan"/>
          <w:u w:val="single"/>
        </w:rPr>
        <w:t>variable</w:t>
      </w:r>
      <w:r>
        <w:rPr>
          <w:b w:val="0"/>
          <w:i w:val="0"/>
          <w:smallCaps w:val="0"/>
          <w:strike w:val="0"/>
          <w:sz w:val="22"/>
          <w:u w:val="single"/>
        </w:rPr>
        <w:t xml:space="preserve"> for predicting this extreme form of conflict</w:t>
      </w:r>
      <w:r>
        <w:rPr>
          <w:b w:val="0"/>
          <w:i w:val="0"/>
          <w:smallCaps w:val="0"/>
          <w:strike w:val="0"/>
          <w:sz w:val="16"/>
          <w:u w:val="none"/>
        </w:rPr>
        <w:t>.</w:t>
      </w:r>
    </w:p>
    <w:p>
      <w:pPr>
        <w:spacing w:after="60"/>
      </w:pPr>
      <w:r>
        <w:rPr>
          <w:b w:val="0"/>
          <w:i w:val="0"/>
          <w:smallCaps w:val="0"/>
          <w:strike w:val="0"/>
          <w:sz w:val="22"/>
          <w:highlight w:val="cyan"/>
          <w:u w:val="single"/>
        </w:rPr>
        <w:t>Several</w:t>
      </w:r>
      <w:r>
        <w:rPr>
          <w:b w:val="0"/>
          <w:i w:val="0"/>
          <w:smallCaps w:val="0"/>
          <w:strike w:val="0"/>
          <w:sz w:val="22"/>
          <w:u w:val="single"/>
        </w:rPr>
        <w:t xml:space="preserve"> research </w:t>
      </w:r>
      <w:r>
        <w:rPr>
          <w:b w:val="0"/>
          <w:i w:val="0"/>
          <w:smallCaps w:val="0"/>
          <w:strike w:val="0"/>
          <w:sz w:val="22"/>
          <w:highlight w:val="cyan"/>
          <w:u w:val="single"/>
        </w:rPr>
        <w:t>groups</w:t>
      </w:r>
      <w:r>
        <w:rPr>
          <w:b w:val="0"/>
          <w:i w:val="0"/>
          <w:smallCaps w:val="0"/>
          <w:strike w:val="0"/>
          <w:sz w:val="16"/>
          <w:u w:val="none"/>
        </w:rPr>
        <w:t xml:space="preserve">, including my own, </w:t>
      </w:r>
      <w:r>
        <w:rPr>
          <w:b w:val="0"/>
          <w:i w:val="0"/>
          <w:smallCaps w:val="0"/>
          <w:strike w:val="0"/>
          <w:sz w:val="22"/>
          <w:u w:val="single"/>
        </w:rPr>
        <w:t>have</w:t>
      </w:r>
      <w:r>
        <w:rPr>
          <w:b w:val="0"/>
          <w:i w:val="0"/>
          <w:smallCaps w:val="0"/>
          <w:strike w:val="0"/>
          <w:sz w:val="16"/>
          <w:u w:val="none"/>
        </w:rPr>
        <w:t xml:space="preserve"> also </w:t>
      </w:r>
      <w:r>
        <w:rPr>
          <w:b w:val="0"/>
          <w:i w:val="0"/>
          <w:smallCaps w:val="0"/>
          <w:strike w:val="0"/>
          <w:sz w:val="22"/>
          <w:highlight w:val="cyan"/>
          <w:u w:val="single"/>
        </w:rPr>
        <w:t>examined</w:t>
      </w:r>
      <w:r>
        <w:rPr>
          <w:b w:val="0"/>
          <w:i w:val="0"/>
          <w:smallCaps w:val="0"/>
          <w:strike w:val="0"/>
          <w:sz w:val="22"/>
          <w:u w:val="single"/>
        </w:rPr>
        <w:t xml:space="preserve"> the scale of </w:t>
      </w:r>
      <w:r>
        <w:rPr>
          <w:b w:val="0"/>
          <w:i w:val="0"/>
          <w:smallCaps w:val="0"/>
          <w:strike w:val="0"/>
          <w:sz w:val="22"/>
          <w:highlight w:val="cyan"/>
          <w:u w:val="single"/>
        </w:rPr>
        <w:t>conflict</w:t>
      </w:r>
      <w:r>
        <w:rPr>
          <w:b w:val="0"/>
          <w:i w:val="0"/>
          <w:smallCaps w:val="0"/>
          <w:strike w:val="0"/>
          <w:sz w:val="22"/>
          <w:u w:val="single"/>
        </w:rPr>
        <w:t xml:space="preserve"> and cooperation over water resources on an international and national level. Studies</w:t>
      </w:r>
      <w:r>
        <w:rPr>
          <w:b w:val="0"/>
          <w:i w:val="0"/>
          <w:smallCaps w:val="0"/>
          <w:strike w:val="0"/>
          <w:sz w:val="16"/>
          <w:u w:val="none"/>
        </w:rPr>
        <w:t xml:space="preserve"> such as these </w:t>
      </w:r>
      <w:r>
        <w:rPr>
          <w:b w:val="0"/>
          <w:i w:val="0"/>
          <w:smallCaps w:val="0"/>
          <w:strike w:val="0"/>
          <w:sz w:val="22"/>
          <w:u w:val="single"/>
        </w:rPr>
        <w:t xml:space="preserve">analyze a vast number of worldwide media reports. </w:t>
      </w:r>
      <w:r>
        <w:rPr>
          <w:b w:val="0"/>
          <w:i w:val="0"/>
          <w:smallCaps w:val="0"/>
          <w:strike w:val="0"/>
          <w:sz w:val="22"/>
          <w:highlight w:val="cyan"/>
          <w:u w:val="single"/>
        </w:rPr>
        <w:t xml:space="preserve">The </w:t>
      </w:r>
      <w:r>
        <w:rPr>
          <w:b/>
          <w:i w:val="0"/>
          <w:smallCaps w:val="0"/>
          <w:strike w:val="0"/>
          <w:sz w:val="24"/>
          <w:highlight w:val="cyan"/>
          <w:u w:val="single"/>
        </w:rPr>
        <w:t>single</w:t>
      </w:r>
      <w:r>
        <w:rPr>
          <w:b w:val="0"/>
          <w:i w:val="0"/>
          <w:smallCaps w:val="0"/>
          <w:strike w:val="0"/>
          <w:sz w:val="22"/>
          <w:u w:val="single"/>
        </w:rPr>
        <w:t xml:space="preserve"> most important </w:t>
      </w:r>
      <w:r>
        <w:rPr>
          <w:b w:val="0"/>
          <w:i w:val="0"/>
          <w:smallCaps w:val="0"/>
          <w:strike w:val="0"/>
          <w:sz w:val="22"/>
          <w:highlight w:val="cyan"/>
          <w:u w:val="single"/>
        </w:rPr>
        <w:t>conclusion is</w:t>
      </w:r>
      <w:r>
        <w:rPr>
          <w:b w:val="0"/>
          <w:i w:val="0"/>
          <w:smallCaps w:val="0"/>
          <w:strike w:val="0"/>
          <w:sz w:val="22"/>
          <w:u w:val="single"/>
        </w:rPr>
        <w:t xml:space="preserve"> that social and political interactions around </w:t>
      </w:r>
      <w:r>
        <w:rPr>
          <w:b w:val="0"/>
          <w:i w:val="0"/>
          <w:smallCaps w:val="0"/>
          <w:strike w:val="0"/>
          <w:sz w:val="22"/>
          <w:highlight w:val="cyan"/>
          <w:u w:val="single"/>
        </w:rPr>
        <w:t>water</w:t>
      </w:r>
      <w:r>
        <w:rPr>
          <w:b w:val="0"/>
          <w:i w:val="0"/>
          <w:smallCaps w:val="0"/>
          <w:strike w:val="0"/>
          <w:sz w:val="22"/>
          <w:u w:val="single"/>
        </w:rPr>
        <w:t xml:space="preserve"> resources </w:t>
      </w:r>
      <w:r>
        <w:rPr>
          <w:b w:val="0"/>
          <w:i w:val="0"/>
          <w:smallCaps w:val="0"/>
          <w:strike w:val="0"/>
          <w:sz w:val="22"/>
          <w:highlight w:val="cyan"/>
          <w:u w:val="single"/>
        </w:rPr>
        <w:t>adhere to</w:t>
      </w:r>
      <w:r>
        <w:rPr>
          <w:b w:val="0"/>
          <w:i w:val="0"/>
          <w:smallCaps w:val="0"/>
          <w:strike w:val="0"/>
          <w:sz w:val="22"/>
          <w:u w:val="single"/>
        </w:rPr>
        <w:t xml:space="preserve"> a kind of </w:t>
      </w:r>
      <w:r>
        <w:rPr>
          <w:b/>
          <w:i w:val="0"/>
          <w:smallCaps w:val="0"/>
          <w:strike w:val="0"/>
          <w:sz w:val="24"/>
          <w:u w:val="single"/>
        </w:rPr>
        <w:t xml:space="preserve">normal </w:t>
      </w:r>
      <w:r>
        <w:rPr>
          <w:b/>
          <w:i w:val="0"/>
          <w:smallCaps w:val="0"/>
          <w:strike w:val="0"/>
          <w:sz w:val="24"/>
          <w:highlight w:val="cyan"/>
          <w:u w:val="single"/>
        </w:rPr>
        <w:t>distribution</w:t>
      </w:r>
      <w:r>
        <w:rPr>
          <w:b w:val="0"/>
          <w:i w:val="0"/>
          <w:smallCaps w:val="0"/>
          <w:strike w:val="0"/>
          <w:sz w:val="22"/>
          <w:u w:val="single"/>
        </w:rPr>
        <w:t xml:space="preserve">. Water </w:t>
      </w:r>
      <w:r>
        <w:rPr>
          <w:b w:val="0"/>
          <w:i w:val="0"/>
          <w:smallCaps w:val="0"/>
          <w:strike w:val="0"/>
          <w:sz w:val="22"/>
          <w:highlight w:val="cyan"/>
          <w:u w:val="single"/>
        </w:rPr>
        <w:t>conflicts</w:t>
      </w:r>
      <w:r>
        <w:rPr>
          <w:b w:val="0"/>
          <w:i w:val="0"/>
          <w:smallCaps w:val="0"/>
          <w:strike w:val="0"/>
          <w:sz w:val="22"/>
          <w:u w:val="single"/>
        </w:rPr>
        <w:t xml:space="preserve"> that are fought out violently </w:t>
      </w:r>
      <w:r>
        <w:rPr>
          <w:b w:val="0"/>
          <w:i w:val="0"/>
          <w:smallCaps w:val="0"/>
          <w:strike w:val="0"/>
          <w:sz w:val="22"/>
          <w:highlight w:val="cyan"/>
          <w:u w:val="single"/>
        </w:rPr>
        <w:t>are</w:t>
      </w:r>
      <w:r>
        <w:rPr>
          <w:b w:val="0"/>
          <w:i w:val="0"/>
          <w:smallCaps w:val="0"/>
          <w:strike w:val="0"/>
          <w:sz w:val="22"/>
          <w:u w:val="single"/>
        </w:rPr>
        <w:t xml:space="preserve"> </w:t>
      </w:r>
      <w:r>
        <w:rPr>
          <w:b/>
          <w:i w:val="0"/>
          <w:smallCaps w:val="0"/>
          <w:strike w:val="0"/>
          <w:sz w:val="24"/>
          <w:u w:val="single"/>
        </w:rPr>
        <w:t xml:space="preserve">extremely </w:t>
      </w:r>
      <w:r>
        <w:rPr>
          <w:b/>
          <w:i w:val="0"/>
          <w:smallCaps w:val="0"/>
          <w:strike w:val="0"/>
          <w:sz w:val="24"/>
          <w:highlight w:val="cyan"/>
          <w:u w:val="single"/>
        </w:rPr>
        <w:t>rare</w:t>
      </w:r>
      <w:r>
        <w:rPr>
          <w:b w:val="0"/>
          <w:i w:val="0"/>
          <w:smallCaps w:val="0"/>
          <w:strike w:val="0"/>
          <w:sz w:val="22"/>
          <w:highlight w:val="cyan"/>
          <w:u w:val="single"/>
        </w:rPr>
        <w:t>. No</w:t>
      </w:r>
      <w:r>
        <w:rPr>
          <w:b w:val="0"/>
          <w:i w:val="0"/>
          <w:smallCaps w:val="0"/>
          <w:strike w:val="0"/>
          <w:sz w:val="22"/>
          <w:u w:val="single"/>
        </w:rPr>
        <w:t xml:space="preserve"> international or domestic water </w:t>
      </w:r>
      <w:r>
        <w:rPr>
          <w:b w:val="0"/>
          <w:i w:val="0"/>
          <w:smallCaps w:val="0"/>
          <w:strike w:val="0"/>
          <w:sz w:val="22"/>
          <w:highlight w:val="cyan"/>
          <w:u w:val="single"/>
        </w:rPr>
        <w:t>wars</w:t>
      </w:r>
      <w:r>
        <w:rPr>
          <w:b w:val="0"/>
          <w:i w:val="0"/>
          <w:smallCaps w:val="0"/>
          <w:strike w:val="0"/>
          <w:sz w:val="22"/>
          <w:u w:val="single"/>
        </w:rPr>
        <w:t xml:space="preserve"> were observed in the available data dating </w:t>
      </w:r>
      <w:r>
        <w:rPr>
          <w:b w:val="0"/>
          <w:i w:val="0"/>
          <w:smallCaps w:val="0"/>
          <w:strike w:val="0"/>
          <w:sz w:val="22"/>
          <w:highlight w:val="cyan"/>
          <w:u w:val="single"/>
        </w:rPr>
        <w:t>back to</w:t>
      </w:r>
      <w:r>
        <w:rPr>
          <w:b w:val="0"/>
          <w:i w:val="0"/>
          <w:smallCaps w:val="0"/>
          <w:strike w:val="0"/>
          <w:sz w:val="22"/>
          <w:u w:val="single"/>
        </w:rPr>
        <w:t xml:space="preserve"> the</w:t>
      </w:r>
      <w:r>
        <w:rPr>
          <w:b w:val="0"/>
          <w:i w:val="0"/>
          <w:smallCaps w:val="0"/>
          <w:strike w:val="0"/>
          <w:sz w:val="16"/>
          <w:u w:val="none"/>
        </w:rPr>
        <w:t xml:space="preserve"> 19</w:t>
      </w:r>
      <w:r>
        <w:rPr>
          <w:b/>
          <w:i w:val="0"/>
          <w:smallCaps w:val="0"/>
          <w:strike w:val="0"/>
          <w:sz w:val="24"/>
          <w:highlight w:val="cyan"/>
          <w:u w:val="single"/>
        </w:rPr>
        <w:t>40s</w:t>
      </w:r>
      <w:r>
        <w:rPr>
          <w:b w:val="0"/>
          <w:i w:val="0"/>
          <w:smallCaps w:val="0"/>
          <w:strike w:val="0"/>
          <w:sz w:val="16"/>
          <w:u w:val="none"/>
        </w:rPr>
        <w:t>.</w:t>
      </w:r>
    </w:p>
    <w:p>
      <w:pPr>
        <w:spacing w:after="60"/>
      </w:pPr>
      <w:r>
        <w:rPr>
          <w:b w:val="0"/>
          <w:i w:val="0"/>
          <w:smallCaps w:val="0"/>
          <w:strike w:val="0"/>
          <w:sz w:val="16"/>
          <w:u w:val="none"/>
        </w:rPr>
        <w:t xml:space="preserve">On the other hand, </w:t>
      </w:r>
      <w:r>
        <w:rPr>
          <w:b w:val="0"/>
          <w:i w:val="0"/>
          <w:smallCaps w:val="0"/>
          <w:strike w:val="0"/>
          <w:sz w:val="22"/>
          <w:u w:val="single"/>
        </w:rPr>
        <w:t xml:space="preserve">water conflicts in the form of </w:t>
      </w:r>
      <w:r>
        <w:rPr>
          <w:b/>
          <w:i w:val="0"/>
          <w:smallCaps w:val="0"/>
          <w:strike w:val="0"/>
          <w:sz w:val="24"/>
          <w:u w:val="single"/>
        </w:rPr>
        <w:t>verbal disputes</w:t>
      </w:r>
      <w:r>
        <w:rPr>
          <w:b w:val="0"/>
          <w:i w:val="0"/>
          <w:smallCaps w:val="0"/>
          <w:strike w:val="0"/>
          <w:sz w:val="22"/>
          <w:u w:val="single"/>
        </w:rPr>
        <w:t xml:space="preserve"> are </w:t>
      </w:r>
      <w:r>
        <w:rPr>
          <w:b/>
          <w:i w:val="0"/>
          <w:smallCaps w:val="0"/>
          <w:strike w:val="0"/>
          <w:sz w:val="24"/>
          <w:u w:val="single"/>
        </w:rPr>
        <w:t>relatively common</w:t>
      </w:r>
      <w:r>
        <w:rPr>
          <w:b w:val="0"/>
          <w:i w:val="0"/>
          <w:smallCaps w:val="0"/>
          <w:strike w:val="0"/>
          <w:sz w:val="22"/>
          <w:u w:val="single"/>
        </w:rPr>
        <w:t xml:space="preserve">. More common, however, are interactions of a </w:t>
      </w:r>
      <w:r>
        <w:rPr>
          <w:b/>
          <w:i w:val="0"/>
          <w:smallCaps w:val="0"/>
          <w:strike w:val="0"/>
          <w:sz w:val="24"/>
          <w:u w:val="single"/>
        </w:rPr>
        <w:t>cooperative nature</w:t>
      </w:r>
      <w:r>
        <w:rPr>
          <w:b w:val="0"/>
          <w:i w:val="0"/>
          <w:smallCaps w:val="0"/>
          <w:strike w:val="0"/>
          <w:sz w:val="16"/>
          <w:u w:val="none"/>
        </w:rPr>
        <w:t xml:space="preserve">. In other words, </w:t>
      </w:r>
      <w:r>
        <w:rPr>
          <w:b w:val="0"/>
          <w:i w:val="0"/>
          <w:smallCaps w:val="0"/>
          <w:strike w:val="0"/>
          <w:sz w:val="22"/>
          <w:u w:val="single"/>
        </w:rPr>
        <w:t xml:space="preserve">water </w:t>
      </w:r>
      <w:r>
        <w:rPr>
          <w:b w:val="0"/>
          <w:i w:val="0"/>
          <w:smallCaps w:val="0"/>
          <w:strike w:val="0"/>
          <w:sz w:val="22"/>
          <w:highlight w:val="cyan"/>
          <w:u w:val="single"/>
        </w:rPr>
        <w:t>scarcity</w:t>
      </w:r>
      <w:r>
        <w:rPr>
          <w:b w:val="0"/>
          <w:i w:val="0"/>
          <w:smallCaps w:val="0"/>
          <w:strike w:val="0"/>
          <w:sz w:val="22"/>
          <w:u w:val="single"/>
        </w:rPr>
        <w:t xml:space="preserve"> </w:t>
      </w:r>
      <w:r>
        <w:rPr>
          <w:b/>
          <w:i w:val="0"/>
          <w:smallCaps w:val="0"/>
          <w:strike w:val="0"/>
          <w:sz w:val="24"/>
          <w:u w:val="single"/>
        </w:rPr>
        <w:t xml:space="preserve">more </w:t>
      </w:r>
      <w:r>
        <w:rPr>
          <w:b/>
          <w:i w:val="0"/>
          <w:smallCaps w:val="0"/>
          <w:strike w:val="0"/>
          <w:sz w:val="24"/>
          <w:highlight w:val="cyan"/>
          <w:u w:val="single"/>
        </w:rPr>
        <w:t>often</w:t>
      </w:r>
      <w:r>
        <w:rPr>
          <w:b w:val="0"/>
          <w:i w:val="0"/>
          <w:smallCaps w:val="0"/>
          <w:strike w:val="0"/>
          <w:sz w:val="22"/>
          <w:highlight w:val="cyan"/>
          <w:u w:val="single"/>
        </w:rPr>
        <w:t xml:space="preserve"> leads to </w:t>
      </w:r>
      <w:r>
        <w:rPr>
          <w:b/>
          <w:i w:val="0"/>
          <w:smallCaps w:val="0"/>
          <w:strike w:val="0"/>
          <w:sz w:val="24"/>
          <w:highlight w:val="cyan"/>
          <w:u w:val="single"/>
        </w:rPr>
        <w:t>coop</w:t>
      </w:r>
      <w:r>
        <w:rPr>
          <w:b w:val="0"/>
          <w:i w:val="0"/>
          <w:smallCaps w:val="0"/>
          <w:strike w:val="0"/>
          <w:sz w:val="22"/>
          <w:u w:val="single"/>
        </w:rPr>
        <w:t>eration than to conflict</w:t>
      </w:r>
      <w:r>
        <w:rPr>
          <w:b w:val="0"/>
          <w:i w:val="0"/>
          <w:smallCaps w:val="0"/>
          <w:strike w:val="0"/>
          <w:sz w:val="16"/>
          <w:u w:val="none"/>
        </w:rPr>
        <w:t>.</w:t>
      </w:r>
    </w:p>
    <w:p>
      <w:pPr>
        <w:spacing w:after="60"/>
      </w:pPr>
      <w:r>
        <w:rPr>
          <w:b w:val="0"/>
          <w:i w:val="0"/>
          <w:smallCaps w:val="0"/>
          <w:strike w:val="0"/>
          <w:sz w:val="16"/>
          <w:u w:val="none"/>
        </w:rPr>
        <w:t>What do these findings mean for the future?</w:t>
      </w:r>
    </w:p>
    <w:p>
      <w:pPr>
        <w:spacing w:after="60"/>
      </w:pPr>
      <w:r>
        <w:rPr>
          <w:b w:val="0"/>
          <w:i w:val="0"/>
          <w:smallCaps w:val="0"/>
          <w:strike w:val="0"/>
          <w:sz w:val="16"/>
          <w:u w:val="none"/>
        </w:rPr>
        <w:t xml:space="preserve">The factors determining the risk of water-related conflicts have not yet been conclusively identified, though we know that the most important predictors are likely to </w:t>
      </w:r>
      <w:r>
        <w:rPr>
          <w:b w:val="0"/>
          <w:i w:val="0"/>
          <w:smallCaps w:val="0"/>
          <w:strike w:val="0"/>
          <w:sz w:val="16"/>
          <w:u w:val="none"/>
        </w:rPr>
        <w:t>include:</w:t>
      </w:r>
      <w:r>
        <w:rPr>
          <w:b w:val="0"/>
          <w:i w:val="0"/>
          <w:smallCaps w:val="0"/>
          <w:strike w:val="0"/>
          <w:sz w:val="16"/>
          <w:u w:val="none"/>
        </w:rPr>
        <w:t xml:space="preserve"> political conflicts over problems that have nothing to do with water; large development gaps within and between countries; and missing or underdeveloped institutions in the water sector within and between countries.</w:t>
      </w:r>
    </w:p>
    <w:p>
      <w:pPr>
        <w:spacing w:after="60"/>
      </w:pPr>
      <w:r>
        <w:rPr>
          <w:b w:val="0"/>
          <w:i w:val="0"/>
          <w:smallCaps w:val="0"/>
          <w:strike w:val="0"/>
          <w:sz w:val="22"/>
          <w:u w:val="single"/>
        </w:rPr>
        <w:t>Even if water conflicts have so far, almost never resulted in armed conflicts, could acute water shortages resulting from massive climatic changes not lead to violent disputes about water in the future? This is</w:t>
      </w:r>
      <w:r>
        <w:rPr>
          <w:b w:val="0"/>
          <w:i w:val="0"/>
          <w:smallCaps w:val="0"/>
          <w:strike w:val="0"/>
          <w:sz w:val="16"/>
          <w:u w:val="none"/>
        </w:rPr>
        <w:t xml:space="preserve"> of course </w:t>
      </w:r>
      <w:r>
        <w:rPr>
          <w:b w:val="0"/>
          <w:i w:val="0"/>
          <w:smallCaps w:val="0"/>
          <w:strike w:val="0"/>
          <w:sz w:val="22"/>
          <w:u w:val="single"/>
        </w:rPr>
        <w:t xml:space="preserve">conceivable in principle, but I think it is </w:t>
      </w:r>
      <w:r>
        <w:rPr>
          <w:b/>
          <w:i w:val="0"/>
          <w:smallCaps w:val="0"/>
          <w:strike w:val="0"/>
          <w:sz w:val="24"/>
          <w:u w:val="single"/>
        </w:rPr>
        <w:t>rather unlikely</w:t>
      </w:r>
      <w:r>
        <w:rPr>
          <w:b w:val="0"/>
          <w:i w:val="0"/>
          <w:smallCaps w:val="0"/>
          <w:strike w:val="0"/>
          <w:sz w:val="22"/>
          <w:u w:val="single"/>
        </w:rPr>
        <w:t xml:space="preserve">. </w:t>
      </w:r>
      <w:r>
        <w:rPr>
          <w:b w:val="0"/>
          <w:i w:val="0"/>
          <w:smallCaps w:val="0"/>
          <w:strike w:val="0"/>
          <w:sz w:val="22"/>
          <w:highlight w:val="cyan"/>
          <w:u w:val="single"/>
        </w:rPr>
        <w:t xml:space="preserve">In </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4"/>
          <w:u w:val="single"/>
        </w:rPr>
        <w:t xml:space="preserve">vast </w:t>
      </w:r>
      <w:r>
        <w:rPr>
          <w:b/>
          <w:i w:val="0"/>
          <w:smallCaps w:val="0"/>
          <w:strike w:val="0"/>
          <w:sz w:val="24"/>
          <w:highlight w:val="cyan"/>
          <w:u w:val="single"/>
        </w:rPr>
        <w:t>majority</w:t>
      </w:r>
      <w:r>
        <w:rPr>
          <w:b/>
          <w:i w:val="0"/>
          <w:smallCaps w:val="0"/>
          <w:strike w:val="0"/>
          <w:sz w:val="24"/>
          <w:u w:val="single"/>
        </w:rPr>
        <w:t xml:space="preserve"> of</w:t>
      </w:r>
      <w:r>
        <w:rPr>
          <w:b/>
          <w:i w:val="0"/>
          <w:smallCaps w:val="0"/>
          <w:strike w:val="0"/>
          <w:sz w:val="24"/>
          <w:u w:val="single"/>
        </w:rPr>
        <w:t xml:space="preserve"> cases</w:t>
      </w:r>
      <w:r>
        <w:rPr>
          <w:b w:val="0"/>
          <w:i w:val="0"/>
          <w:smallCaps w:val="0"/>
          <w:strike w:val="0"/>
          <w:sz w:val="22"/>
          <w:u w:val="single"/>
        </w:rPr>
        <w:t xml:space="preserve">, </w:t>
      </w:r>
      <w:r>
        <w:rPr>
          <w:b w:val="0"/>
          <w:i w:val="0"/>
          <w:smallCaps w:val="0"/>
          <w:strike w:val="0"/>
          <w:sz w:val="22"/>
          <w:highlight w:val="cyan"/>
          <w:u w:val="single"/>
        </w:rPr>
        <w:t xml:space="preserve">the </w:t>
      </w:r>
      <w:r>
        <w:rPr>
          <w:b/>
          <w:i w:val="0"/>
          <w:smallCaps w:val="0"/>
          <w:strike w:val="0"/>
          <w:sz w:val="24"/>
          <w:highlight w:val="cyan"/>
          <w:u w:val="single"/>
        </w:rPr>
        <w:t>cost</w:t>
      </w:r>
      <w:r>
        <w:rPr>
          <w:b w:val="0"/>
          <w:i w:val="0"/>
          <w:smallCaps w:val="0"/>
          <w:strike w:val="0"/>
          <w:sz w:val="22"/>
          <w:u w:val="single"/>
        </w:rPr>
        <w:t xml:space="preserve"> of armed conflict </w:t>
      </w:r>
      <w:r>
        <w:rPr>
          <w:b w:val="0"/>
          <w:i w:val="0"/>
          <w:smallCaps w:val="0"/>
          <w:strike w:val="0"/>
          <w:sz w:val="22"/>
          <w:highlight w:val="cyan"/>
          <w:u w:val="single"/>
        </w:rPr>
        <w:t>will be</w:t>
      </w:r>
      <w:r>
        <w:rPr>
          <w:b w:val="0"/>
          <w:i w:val="0"/>
          <w:smallCaps w:val="0"/>
          <w:strike w:val="0"/>
          <w:sz w:val="22"/>
          <w:u w:val="single"/>
        </w:rPr>
        <w:t xml:space="preserve"> </w:t>
      </w:r>
      <w:r>
        <w:rPr>
          <w:b/>
          <w:i w:val="0"/>
          <w:smallCaps w:val="0"/>
          <w:strike w:val="0"/>
          <w:sz w:val="24"/>
          <w:u w:val="single"/>
        </w:rPr>
        <w:t xml:space="preserve">considerably </w:t>
      </w:r>
      <w:r>
        <w:rPr>
          <w:b/>
          <w:i w:val="0"/>
          <w:smallCaps w:val="0"/>
          <w:strike w:val="0"/>
          <w:sz w:val="24"/>
          <w:highlight w:val="cyan"/>
          <w:u w:val="single"/>
        </w:rPr>
        <w:t>higher</w:t>
      </w:r>
      <w:r>
        <w:rPr>
          <w:b w:val="0"/>
          <w:i w:val="0"/>
          <w:smallCaps w:val="0"/>
          <w:strike w:val="0"/>
          <w:sz w:val="22"/>
          <w:highlight w:val="cyan"/>
          <w:u w:val="single"/>
        </w:rPr>
        <w:t xml:space="preserve"> than</w:t>
      </w:r>
      <w:r>
        <w:rPr>
          <w:b w:val="0"/>
          <w:i w:val="0"/>
          <w:smallCaps w:val="0"/>
          <w:strike w:val="0"/>
          <w:sz w:val="22"/>
          <w:u w:val="single"/>
        </w:rPr>
        <w:t xml:space="preserve"> the </w:t>
      </w:r>
      <w:r>
        <w:rPr>
          <w:b/>
          <w:i w:val="0"/>
          <w:smallCaps w:val="0"/>
          <w:strike w:val="0"/>
          <w:sz w:val="24"/>
          <w:u w:val="single"/>
        </w:rPr>
        <w:t xml:space="preserve">cost of </w:t>
      </w:r>
      <w:r>
        <w:rPr>
          <w:b/>
          <w:i w:val="0"/>
          <w:smallCaps w:val="0"/>
          <w:strike w:val="0"/>
          <w:sz w:val="24"/>
          <w:highlight w:val="cyan"/>
          <w:u w:val="single"/>
        </w:rPr>
        <w:t>solutions</w:t>
      </w:r>
      <w:r>
        <w:rPr>
          <w:b w:val="0"/>
          <w:i w:val="0"/>
          <w:smallCaps w:val="0"/>
          <w:strike w:val="0"/>
          <w:sz w:val="22"/>
          <w:u w:val="single"/>
        </w:rPr>
        <w:t xml:space="preserve"> reached at the </w:t>
      </w:r>
      <w:r>
        <w:rPr>
          <w:b/>
          <w:i w:val="0"/>
          <w:smallCaps w:val="0"/>
          <w:strike w:val="0"/>
          <w:sz w:val="24"/>
          <w:highlight w:val="cyan"/>
          <w:u w:val="single"/>
        </w:rPr>
        <w:t>negotiating</w:t>
      </w:r>
      <w:r>
        <w:rPr>
          <w:b/>
          <w:i w:val="0"/>
          <w:smallCaps w:val="0"/>
          <w:strike w:val="0"/>
          <w:sz w:val="24"/>
          <w:u w:val="single"/>
        </w:rPr>
        <w:t xml:space="preserve"> table</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