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not</w:t>
      </w:r>
      <w:r>
        <w:rPr>
          <w:b/>
          <w:i w:val="0"/>
          <w:smallCaps w:val="0"/>
          <w:strike w:val="0"/>
          <w:sz w:val="26"/>
          <w:u w:val="none"/>
        </w:rPr>
        <w:t xml:space="preserve"> a ‘voting issue.’ Combatting conservative ideas requires </w:t>
      </w:r>
      <w:r>
        <w:rPr>
          <w:b/>
          <w:i w:val="0"/>
          <w:smallCaps w:val="0"/>
          <w:strike w:val="0"/>
          <w:sz w:val="26"/>
          <w:u w:val="single"/>
        </w:rPr>
        <w:t>detailed</w:t>
      </w:r>
      <w:r>
        <w:rPr>
          <w:b/>
          <w:i w:val="0"/>
          <w:smallCaps w:val="0"/>
          <w:strike w:val="0"/>
          <w:sz w:val="26"/>
          <w:u w:val="none"/>
        </w:rPr>
        <w:t xml:space="preserve"> and </w:t>
      </w:r>
      <w:r>
        <w:rPr>
          <w:b/>
          <w:i w:val="0"/>
          <w:smallCaps w:val="0"/>
          <w:strike w:val="0"/>
          <w:sz w:val="26"/>
          <w:u w:val="single"/>
        </w:rPr>
        <w:t>well-defended alternatives</w:t>
      </w:r>
      <w:r>
        <w:rPr>
          <w:b/>
          <w:i w:val="0"/>
          <w:smallCaps w:val="0"/>
          <w:strike w:val="0"/>
          <w:sz w:val="26"/>
          <w:u w:val="none"/>
        </w:rPr>
        <w:t xml:space="preserve">, not </w:t>
      </w:r>
      <w:r>
        <w:rPr>
          <w:b/>
          <w:i w:val="0"/>
          <w:smallCaps w:val="0"/>
          <w:strike w:val="0"/>
          <w:sz w:val="26"/>
          <w:u w:val="single"/>
        </w:rPr>
        <w:t>myopic obsession</w:t>
      </w:r>
      <w:r>
        <w:rPr>
          <w:b/>
          <w:i w:val="0"/>
          <w:smallCaps w:val="0"/>
          <w:strike w:val="0"/>
          <w:sz w:val="26"/>
          <w:u w:val="none"/>
        </w:rPr>
        <w:t xml:space="preserve"> with ‘right-wing bad.’</w:t>
      </w:r>
    </w:p>
    <w:p>
      <w:pPr>
        <w:spacing w:after="80"/>
      </w:pPr>
      <w:r>
        <w:rPr>
          <w:b/>
          <w:i w:val="0"/>
          <w:smallCaps w:val="0"/>
          <w:strike w:val="0"/>
          <w:sz w:val="26"/>
          <w:u w:val="none"/>
        </w:rPr>
        <w:t xml:space="preserve">Paul ’24 </w:t>
      </w:r>
      <w:r>
        <w:rPr>
          <w:b w:val="0"/>
          <w:i w:val="0"/>
          <w:smallCaps w:val="0"/>
          <w:strike w:val="0"/>
          <w:u w:val="none"/>
        </w:rPr>
        <w:t>[Pamela; July 17; Columnist, author or editor of eight books, studied history at Brown University; New York Times, “‘Finish the Job’ Is a Terrible Slogan,” https://www.nytimes.com/2024/07/17/opinion/democrats-2025-election.html]</w:t>
      </w:r>
    </w:p>
    <w:p>
      <w:pPr>
        <w:spacing w:after="60"/>
      </w:pPr>
      <w:r>
        <w:rPr>
          <w:b w:val="0"/>
          <w:i w:val="0"/>
          <w:smallCaps w:val="0"/>
          <w:strike w:val="0"/>
          <w:sz w:val="16"/>
          <w:u w:val="none"/>
        </w:rPr>
        <w:t xml:space="preserve">And this isn’t 2020. The domestic and global situation Biden inherited from the Trump administration has changed radically, with significant economic, technological, environmental and global political developments that are only accelerating. </w:t>
      </w:r>
      <w:r>
        <w:rPr>
          <w:b w:val="0"/>
          <w:i w:val="0"/>
          <w:smallCaps w:val="0"/>
          <w:strike w:val="0"/>
          <w:sz w:val="22"/>
          <w:u w:val="single"/>
        </w:rPr>
        <w:t xml:space="preserve">Biden continues to </w:t>
      </w:r>
      <w:r>
        <w:rPr>
          <w:b w:val="0"/>
          <w:i w:val="0"/>
          <w:smallCaps w:val="0"/>
          <w:strike w:val="0"/>
          <w:sz w:val="22"/>
          <w:u w:val="single"/>
        </w:rPr>
        <w:t>say</w:t>
      </w:r>
      <w:r>
        <w:rPr>
          <w:b w:val="0"/>
          <w:i w:val="0"/>
          <w:smallCaps w:val="0"/>
          <w:strike w:val="0"/>
          <w:sz w:val="22"/>
          <w:u w:val="single"/>
        </w:rPr>
        <w:t xml:space="preserve"> “We need to </w:t>
      </w:r>
      <w:r>
        <w:rPr>
          <w:b/>
          <w:i w:val="0"/>
          <w:smallCaps w:val="0"/>
          <w:strike w:val="0"/>
          <w:sz w:val="24"/>
          <w:u w:val="single"/>
        </w:rPr>
        <w:t>do more</w:t>
      </w:r>
      <w:r>
        <w:rPr>
          <w:b w:val="0"/>
          <w:i w:val="0"/>
          <w:smallCaps w:val="0"/>
          <w:strike w:val="0"/>
          <w:sz w:val="22"/>
          <w:u w:val="single"/>
        </w:rPr>
        <w:t xml:space="preserve">,” but what he </w:t>
      </w:r>
      <w:r>
        <w:rPr>
          <w:b/>
          <w:i w:val="0"/>
          <w:smallCaps w:val="0"/>
          <w:strike w:val="0"/>
          <w:sz w:val="24"/>
          <w:u w:val="single"/>
        </w:rPr>
        <w:t>hasn’t said</w:t>
      </w:r>
      <w:r>
        <w:rPr>
          <w:b w:val="0"/>
          <w:i w:val="0"/>
          <w:smallCaps w:val="0"/>
          <w:strike w:val="0"/>
          <w:sz w:val="22"/>
          <w:u w:val="single"/>
        </w:rPr>
        <w:t xml:space="preserve"> is more </w:t>
      </w:r>
      <w:r>
        <w:rPr>
          <w:b/>
          <w:i w:val="0"/>
          <w:smallCaps w:val="0"/>
          <w:strike w:val="0"/>
          <w:sz w:val="24"/>
          <w:u w:val="single"/>
        </w:rPr>
        <w:t>what</w:t>
      </w:r>
      <w:r>
        <w:rPr>
          <w:b w:val="0"/>
          <w:i w:val="0"/>
          <w:smallCaps w:val="0"/>
          <w:strike w:val="0"/>
          <w:sz w:val="16"/>
          <w:u w:val="none"/>
        </w:rPr>
        <w:t>.</w:t>
      </w:r>
    </w:p>
    <w:p>
      <w:pPr>
        <w:spacing w:after="60"/>
      </w:pPr>
      <w:r>
        <w:rPr>
          <w:b w:val="0"/>
          <w:i w:val="0"/>
          <w:smallCaps w:val="0"/>
          <w:strike w:val="0"/>
          <w:sz w:val="16"/>
          <w:u w:val="none"/>
        </w:rPr>
        <w:t>Biden’s first term has seen significant achievements on climate, the economy and infrastructure. But tying up loose ends on Biden’s first term isn’t enough to rouse Democrats, independents and Never Trump Republicans, regardless of whether Biden is the party’s candidate.</w:t>
      </w:r>
    </w:p>
    <w:p>
      <w:pPr>
        <w:spacing w:after="60"/>
      </w:pPr>
      <w:r>
        <w:rPr>
          <w:b w:val="0"/>
          <w:i w:val="0"/>
          <w:smallCaps w:val="0"/>
          <w:strike w:val="0"/>
          <w:sz w:val="22"/>
          <w:u w:val="single"/>
        </w:rPr>
        <w:t xml:space="preserve">What </w:t>
      </w:r>
      <w:r>
        <w:rPr>
          <w:b w:val="0"/>
          <w:i w:val="0"/>
          <w:smallCaps w:val="0"/>
          <w:strike w:val="0"/>
          <w:sz w:val="22"/>
          <w:highlight w:val="cyan"/>
          <w:u w:val="single"/>
        </w:rPr>
        <w:t>the</w:t>
      </w:r>
      <w:r>
        <w:rPr>
          <w:b w:val="0"/>
          <w:i w:val="0"/>
          <w:smallCaps w:val="0"/>
          <w:strike w:val="0"/>
          <w:sz w:val="22"/>
          <w:u w:val="single"/>
        </w:rPr>
        <w:t xml:space="preserve"> Democratic </w:t>
      </w:r>
      <w:r>
        <w:rPr>
          <w:b w:val="0"/>
          <w:i w:val="0"/>
          <w:smallCaps w:val="0"/>
          <w:strike w:val="0"/>
          <w:sz w:val="22"/>
          <w:highlight w:val="cyan"/>
          <w:u w:val="single"/>
        </w:rPr>
        <w:t>Party needs</w:t>
      </w:r>
      <w:r>
        <w:rPr>
          <w:b w:val="0"/>
          <w:i w:val="0"/>
          <w:smallCaps w:val="0"/>
          <w:strike w:val="0"/>
          <w:sz w:val="22"/>
          <w:u w:val="single"/>
        </w:rPr>
        <w:t xml:space="preserve"> is </w:t>
      </w:r>
      <w:r>
        <w:rPr>
          <w:b w:val="0"/>
          <w:i w:val="0"/>
          <w:smallCaps w:val="0"/>
          <w:strike w:val="0"/>
          <w:sz w:val="22"/>
          <w:highlight w:val="cyan"/>
          <w:u w:val="single"/>
        </w:rPr>
        <w:t xml:space="preserve">its </w:t>
      </w:r>
      <w:r>
        <w:rPr>
          <w:b/>
          <w:i w:val="0"/>
          <w:smallCaps w:val="0"/>
          <w:strike w:val="0"/>
          <w:sz w:val="24"/>
          <w:highlight w:val="cyan"/>
          <w:u w:val="single"/>
        </w:rPr>
        <w:t>own</w:t>
      </w:r>
      <w:r>
        <w:rPr>
          <w:b/>
          <w:i w:val="0"/>
          <w:smallCaps w:val="0"/>
          <w:strike w:val="0"/>
          <w:sz w:val="24"/>
          <w:u w:val="single"/>
        </w:rPr>
        <w:t xml:space="preserve"> version</w:t>
      </w:r>
      <w:r>
        <w:rPr>
          <w:b w:val="0"/>
          <w:i w:val="0"/>
          <w:smallCaps w:val="0"/>
          <w:strike w:val="0"/>
          <w:sz w:val="22"/>
          <w:u w:val="single"/>
        </w:rPr>
        <w:t xml:space="preserve"> of </w:t>
      </w:r>
      <w:r>
        <w:rPr>
          <w:b/>
          <w:i w:val="0"/>
          <w:smallCaps w:val="0"/>
          <w:strike w:val="0"/>
          <w:sz w:val="24"/>
          <w:highlight w:val="cyan"/>
          <w:u w:val="single"/>
        </w:rPr>
        <w:t>Project 2025</w:t>
      </w:r>
      <w:r>
        <w:rPr>
          <w:b w:val="0"/>
          <w:i w:val="0"/>
          <w:smallCaps w:val="0"/>
          <w:strike w:val="0"/>
          <w:sz w:val="22"/>
          <w:u w:val="single"/>
        </w:rPr>
        <w:t xml:space="preserve">, the nearly </w:t>
      </w:r>
      <w:r>
        <w:rPr>
          <w:b/>
          <w:i w:val="0"/>
          <w:smallCaps w:val="0"/>
          <w:strike w:val="0"/>
          <w:sz w:val="24"/>
          <w:u w:val="single"/>
        </w:rPr>
        <w:t>900-page blueprint</w:t>
      </w:r>
      <w:r>
        <w:rPr>
          <w:b w:val="0"/>
          <w:i w:val="0"/>
          <w:smallCaps w:val="0"/>
          <w:strike w:val="0"/>
          <w:sz w:val="22"/>
          <w:u w:val="single"/>
        </w:rPr>
        <w:t xml:space="preserve"> put forth by the Heritage Foundation</w:t>
      </w:r>
      <w:r>
        <w:rPr>
          <w:b w:val="0"/>
          <w:i w:val="0"/>
          <w:smallCaps w:val="0"/>
          <w:strike w:val="0"/>
          <w:sz w:val="16"/>
          <w:u w:val="none"/>
        </w:rPr>
        <w:t>, a right-wing think tank whose stated goal is “</w:t>
      </w:r>
      <w:r>
        <w:rPr>
          <w:b w:val="0"/>
          <w:i w:val="0"/>
          <w:smallCaps w:val="0"/>
          <w:strike w:val="0"/>
          <w:sz w:val="16"/>
          <w:u w:val="none"/>
        </w:rPr>
        <w:t xml:space="preserve">.” </w:t>
      </w:r>
      <w:r>
        <w:rPr>
          <w:b w:val="0"/>
          <w:i w:val="0"/>
          <w:smallCaps w:val="0"/>
          <w:strike w:val="0"/>
          <w:sz w:val="22"/>
          <w:highlight w:val="cyan"/>
          <w:u w:val="single"/>
        </w:rPr>
        <w:t xml:space="preserve">A </w:t>
      </w:r>
      <w:r>
        <w:rPr>
          <w:b/>
          <w:i w:val="0"/>
          <w:smallCaps w:val="0"/>
          <w:strike w:val="0"/>
          <w:sz w:val="24"/>
          <w:highlight w:val="cyan"/>
          <w:u w:val="single"/>
        </w:rPr>
        <w:t>tighter</w:t>
      </w:r>
      <w:r>
        <w:rPr>
          <w:b w:val="0"/>
          <w:i w:val="0"/>
          <w:smallCaps w:val="0"/>
          <w:strike w:val="0"/>
          <w:sz w:val="22"/>
          <w:highlight w:val="cyan"/>
          <w:u w:val="single"/>
        </w:rPr>
        <w:t xml:space="preserve"> and </w:t>
      </w:r>
      <w:r>
        <w:rPr>
          <w:b/>
          <w:i w:val="0"/>
          <w:smallCaps w:val="0"/>
          <w:strike w:val="0"/>
          <w:sz w:val="24"/>
          <w:highlight w:val="cyan"/>
          <w:u w:val="single"/>
        </w:rPr>
        <w:t>brighter version</w:t>
      </w:r>
      <w:r>
        <w:rPr>
          <w:b w:val="0"/>
          <w:i w:val="0"/>
          <w:smallCaps w:val="0"/>
          <w:strike w:val="0"/>
          <w:sz w:val="22"/>
          <w:highlight w:val="cyan"/>
          <w:u w:val="single"/>
        </w:rPr>
        <w:t xml:space="preserve"> that</w:t>
      </w:r>
      <w:r>
        <w:rPr>
          <w:b w:val="0"/>
          <w:i w:val="0"/>
          <w:smallCaps w:val="0"/>
          <w:strike w:val="0"/>
          <w:sz w:val="22"/>
          <w:u w:val="single"/>
        </w:rPr>
        <w:t xml:space="preserve"> gets Democrats off their back feet and </w:t>
      </w:r>
      <w:r>
        <w:rPr>
          <w:b/>
          <w:i w:val="0"/>
          <w:smallCaps w:val="0"/>
          <w:strike w:val="0"/>
          <w:sz w:val="24"/>
          <w:highlight w:val="cyan"/>
          <w:u w:val="single"/>
        </w:rPr>
        <w:t>articulates goals</w:t>
      </w:r>
      <w:r>
        <w:rPr>
          <w:b w:val="0"/>
          <w:i w:val="0"/>
          <w:smallCaps w:val="0"/>
          <w:strike w:val="0"/>
          <w:sz w:val="22"/>
          <w:u w:val="single"/>
        </w:rPr>
        <w:t xml:space="preserve"> that go </w:t>
      </w:r>
      <w:r>
        <w:rPr>
          <w:b/>
          <w:i w:val="0"/>
          <w:smallCaps w:val="0"/>
          <w:strike w:val="0"/>
          <w:sz w:val="24"/>
          <w:highlight w:val="cyan"/>
          <w:u w:val="single"/>
        </w:rPr>
        <w:t>beyond defeating Trumpism</w:t>
      </w:r>
      <w:r>
        <w:rPr>
          <w:b w:val="0"/>
          <w:i w:val="0"/>
          <w:smallCaps w:val="0"/>
          <w:strike w:val="0"/>
          <w:sz w:val="16"/>
          <w:u w:val="none"/>
        </w:rPr>
        <w:t>.</w:t>
      </w:r>
    </w:p>
    <w:p>
      <w:pPr>
        <w:spacing w:after="60"/>
      </w:pPr>
      <w:r>
        <w:rPr>
          <w:b w:val="0"/>
          <w:i w:val="0"/>
          <w:smallCaps w:val="0"/>
          <w:strike w:val="0"/>
          <w:sz w:val="16"/>
          <w:u w:val="none"/>
        </w:rPr>
        <w:t>Such a plan would address issues meaningful to all Americans — but especially to those Americans who don’t see the powerful impact government can have on their safety, economic security, families and futures. One that offers some Obama-era optimism, that lapsed sense that the country was moving in the right direction and the government exists to serve us.</w:t>
      </w:r>
    </w:p>
    <w:p>
      <w:pPr>
        <w:spacing w:after="60"/>
      </w:pPr>
      <w:r>
        <w:rPr>
          <w:b w:val="0"/>
          <w:i w:val="0"/>
          <w:smallCaps w:val="0"/>
          <w:strike w:val="0"/>
          <w:sz w:val="16"/>
          <w:u w:val="none"/>
        </w:rPr>
        <w:t xml:space="preserve">According to a </w:t>
      </w:r>
      <w:r>
        <w:rPr>
          <w:b w:val="0"/>
          <w:i w:val="0"/>
          <w:smallCaps w:val="0"/>
          <w:strike w:val="0"/>
          <w:sz w:val="16"/>
          <w:u w:val="none"/>
        </w:rPr>
        <w:t>, Americans’ top policy priorities are “strengthening the economy,” “defending against terrorism,” “reducing the influence of money in politics,” “reducing health care costs,” “improving education,” “making social security financially sound,” “dealing with immigration” and “reducing the availability of illegal drugs.”</w:t>
      </w:r>
    </w:p>
    <w:p>
      <w:pPr>
        <w:spacing w:after="60"/>
      </w:pPr>
      <w:r>
        <w:rPr>
          <w:b w:val="0"/>
          <w:i w:val="0"/>
          <w:smallCaps w:val="0"/>
          <w:strike w:val="0"/>
          <w:sz w:val="22"/>
          <w:highlight w:val="cyan"/>
          <w:u w:val="single"/>
        </w:rPr>
        <w:t xml:space="preserve">What are the </w:t>
      </w:r>
      <w:r>
        <w:rPr>
          <w:b/>
          <w:i w:val="0"/>
          <w:smallCaps w:val="0"/>
          <w:strike w:val="0"/>
          <w:sz w:val="24"/>
          <w:highlight w:val="cyan"/>
          <w:u w:val="single"/>
        </w:rPr>
        <w:t>Dem</w:t>
      </w:r>
      <w:r>
        <w:rPr>
          <w:b w:val="0"/>
          <w:i w:val="0"/>
          <w:smallCaps w:val="0"/>
          <w:strike w:val="0"/>
          <w:sz w:val="22"/>
          <w:u w:val="single"/>
        </w:rPr>
        <w:t>ocratic Party</w:t>
      </w:r>
      <w:r>
        <w:rPr>
          <w:b/>
          <w:i w:val="0"/>
          <w:smallCaps w:val="0"/>
          <w:strike w:val="0"/>
          <w:sz w:val="24"/>
          <w:highlight w:val="cyan"/>
          <w:u w:val="single"/>
        </w:rPr>
        <w:t>’s</w:t>
      </w:r>
      <w:r>
        <w:rPr>
          <w:b w:val="0"/>
          <w:i w:val="0"/>
          <w:smallCaps w:val="0"/>
          <w:strike w:val="0"/>
          <w:sz w:val="22"/>
          <w:highlight w:val="cyan"/>
          <w:u w:val="single"/>
        </w:rPr>
        <w:t xml:space="preserve"> </w:t>
      </w:r>
      <w:r>
        <w:rPr>
          <w:b/>
          <w:i w:val="0"/>
          <w:smallCaps w:val="0"/>
          <w:strike w:val="0"/>
          <w:sz w:val="24"/>
          <w:highlight w:val="cyan"/>
          <w:u w:val="single"/>
        </w:rPr>
        <w:t>big</w:t>
      </w:r>
      <w:r>
        <w:rPr>
          <w:b w:val="0"/>
          <w:i w:val="0"/>
          <w:smallCaps w:val="0"/>
          <w:strike w:val="0"/>
          <w:sz w:val="22"/>
          <w:u w:val="single"/>
        </w:rPr>
        <w:t xml:space="preserve">, </w:t>
      </w:r>
      <w:r>
        <w:rPr>
          <w:b/>
          <w:i w:val="0"/>
          <w:smallCaps w:val="0"/>
          <w:strike w:val="0"/>
          <w:sz w:val="24"/>
          <w:u w:val="single"/>
        </w:rPr>
        <w:t xml:space="preserve">bold </w:t>
      </w:r>
      <w:r>
        <w:rPr>
          <w:b/>
          <w:i w:val="0"/>
          <w:smallCaps w:val="0"/>
          <w:strike w:val="0"/>
          <w:sz w:val="24"/>
          <w:highlight w:val="cyan"/>
          <w:u w:val="single"/>
        </w:rPr>
        <w:t>plans</w:t>
      </w:r>
      <w:r>
        <w:rPr>
          <w:b w:val="0"/>
          <w:i w:val="0"/>
          <w:smallCaps w:val="0"/>
          <w:strike w:val="0"/>
          <w:sz w:val="22"/>
          <w:u w:val="single"/>
        </w:rPr>
        <w:t xml:space="preserve"> to address those concerns going into the next election</w:t>
      </w:r>
      <w:r>
        <w:rPr>
          <w:b/>
          <w:i w:val="0"/>
          <w:smallCaps w:val="0"/>
          <w:strike w:val="0"/>
          <w:sz w:val="24"/>
          <w:highlight w:val="cyan"/>
          <w:u w:val="single"/>
        </w:rPr>
        <w:t>?</w:t>
      </w:r>
      <w:r>
        <w:rPr>
          <w:b w:val="0"/>
          <w:i w:val="0"/>
          <w:smallCaps w:val="0"/>
          <w:strike w:val="0"/>
          <w:sz w:val="22"/>
          <w:u w:val="single"/>
        </w:rPr>
        <w:t xml:space="preserve"> On the campaign trail thus far, </w:t>
      </w:r>
      <w:r>
        <w:rPr>
          <w:b w:val="0"/>
          <w:i w:val="0"/>
          <w:smallCaps w:val="0"/>
          <w:strike w:val="0"/>
          <w:sz w:val="22"/>
          <w:highlight w:val="cyan"/>
          <w:u w:val="single"/>
        </w:rPr>
        <w:t>we’ve heard</w:t>
      </w:r>
      <w:r>
        <w:rPr>
          <w:b w:val="0"/>
          <w:i w:val="0"/>
          <w:smallCaps w:val="0"/>
          <w:strike w:val="0"/>
          <w:sz w:val="22"/>
          <w:u w:val="single"/>
        </w:rPr>
        <w:t xml:space="preserve"> </w:t>
      </w:r>
      <w:r>
        <w:rPr>
          <w:b/>
          <w:i w:val="0"/>
          <w:smallCaps w:val="0"/>
          <w:strike w:val="0"/>
          <w:sz w:val="24"/>
          <w:u w:val="single"/>
        </w:rPr>
        <w:t xml:space="preserve">remarkably </w:t>
      </w:r>
      <w:r>
        <w:rPr>
          <w:b/>
          <w:i w:val="0"/>
          <w:smallCaps w:val="0"/>
          <w:strike w:val="0"/>
          <w:sz w:val="24"/>
          <w:highlight w:val="cyan"/>
          <w:u w:val="single"/>
        </w:rPr>
        <w:t>little</w:t>
      </w:r>
      <w:r>
        <w:rPr>
          <w:b w:val="0"/>
          <w:i w:val="0"/>
          <w:smallCaps w:val="0"/>
          <w:strike w:val="0"/>
          <w:sz w:val="22"/>
          <w:highlight w:val="cyan"/>
          <w:u w:val="single"/>
        </w:rPr>
        <w:t xml:space="preserve"> about </w:t>
      </w:r>
      <w:r>
        <w:rPr>
          <w:b/>
          <w:i w:val="0"/>
          <w:smallCaps w:val="0"/>
          <w:strike w:val="0"/>
          <w:sz w:val="24"/>
          <w:highlight w:val="cyan"/>
          <w:u w:val="single"/>
        </w:rPr>
        <w:t>short</w:t>
      </w:r>
      <w:r>
        <w:rPr>
          <w:b w:val="0"/>
          <w:i w:val="0"/>
          <w:smallCaps w:val="0"/>
          <w:strike w:val="0"/>
          <w:sz w:val="22"/>
          <w:highlight w:val="cyan"/>
          <w:u w:val="single"/>
        </w:rPr>
        <w:t xml:space="preserve">- or </w:t>
      </w:r>
      <w:r>
        <w:rPr>
          <w:b/>
          <w:i w:val="0"/>
          <w:smallCaps w:val="0"/>
          <w:strike w:val="0"/>
          <w:sz w:val="24"/>
          <w:highlight w:val="cyan"/>
          <w:u w:val="single"/>
        </w:rPr>
        <w:t>long-term</w:t>
      </w:r>
      <w:r>
        <w:rPr>
          <w:b/>
          <w:i w:val="0"/>
          <w:smallCaps w:val="0"/>
          <w:strike w:val="0"/>
          <w:sz w:val="24"/>
          <w:u w:val="single"/>
        </w:rPr>
        <w:t xml:space="preserve"> plans</w:t>
      </w:r>
      <w:r>
        <w:rPr>
          <w:b w:val="0"/>
          <w:i w:val="0"/>
          <w:smallCaps w:val="0"/>
          <w:strike w:val="0"/>
          <w:sz w:val="22"/>
          <w:u w:val="single"/>
        </w:rPr>
        <w:t xml:space="preserve"> for any of these challenges</w:t>
      </w:r>
      <w:r>
        <w:rPr>
          <w:b w:val="0"/>
          <w:i w:val="0"/>
          <w:smallCaps w:val="0"/>
          <w:strike w:val="0"/>
          <w:sz w:val="16"/>
          <w:u w:val="none"/>
        </w:rPr>
        <w:t>. Instead, we’ve heard about the need to make more people — not just the wealthy and the donor set — feel the effects of policies the Biden administration has already enacted.</w:t>
      </w:r>
    </w:p>
    <w:p>
      <w:pPr>
        <w:spacing w:after="60"/>
      </w:pPr>
      <w:r>
        <w:rPr>
          <w:b w:val="0"/>
          <w:i w:val="0"/>
          <w:smallCaps w:val="0"/>
          <w:strike w:val="0"/>
          <w:sz w:val="16"/>
          <w:u w:val="none"/>
        </w:rPr>
        <w:t>But it’s not enough. Low unemployment rates aren’t meaningful when too many Americans earn abysmal wages, some working multiple jobs with low security just to get by. How meaningful is a booming economy when prices remain high and steep interest rates make it even harder to afford a home? And what plans do we have for homeless people beyond sweeping them off the streets?</w:t>
      </w:r>
    </w:p>
    <w:p>
      <w:pPr>
        <w:spacing w:after="60"/>
      </w:pPr>
      <w:r>
        <w:rPr>
          <w:b w:val="0"/>
          <w:i w:val="0"/>
          <w:smallCaps w:val="0"/>
          <w:strike w:val="0"/>
          <w:sz w:val="16"/>
          <w:u w:val="none"/>
        </w:rPr>
        <w:t xml:space="preserve">There’s also the sorry state of the home we all share. When you combine the desires to “improve the energy system,” “protect the environment” and “deal with climate change,” the environment, broadly speaking, ranks high in that same Pew poll. Yet the environment was </w:t>
      </w:r>
      <w:r>
        <w:rPr>
          <w:b w:val="0"/>
          <w:i w:val="0"/>
          <w:smallCaps w:val="0"/>
          <w:strike w:val="0"/>
          <w:sz w:val="16"/>
          <w:u w:val="none"/>
        </w:rPr>
        <w:t xml:space="preserve"> during the first presidential debate.</w:t>
      </w:r>
    </w:p>
    <w:p>
      <w:pPr>
        <w:spacing w:after="60"/>
      </w:pPr>
      <w:r>
        <w:rPr>
          <w:b/>
          <w:i w:val="0"/>
          <w:smallCaps w:val="0"/>
          <w:strike w:val="0"/>
          <w:sz w:val="24"/>
          <w:u w:val="single"/>
        </w:rPr>
        <w:t>Incremental</w:t>
      </w:r>
      <w:r>
        <w:rPr>
          <w:b w:val="0"/>
          <w:i w:val="0"/>
          <w:smallCaps w:val="0"/>
          <w:strike w:val="0"/>
          <w:sz w:val="22"/>
          <w:u w:val="single"/>
        </w:rPr>
        <w:t xml:space="preserve"> changes to large-scale problems </w:t>
      </w:r>
      <w:r>
        <w:rPr>
          <w:b/>
          <w:i w:val="0"/>
          <w:smallCaps w:val="0"/>
          <w:strike w:val="0"/>
          <w:sz w:val="24"/>
          <w:u w:val="single"/>
        </w:rPr>
        <w:t>aren’t enough</w:t>
      </w:r>
      <w:r>
        <w:rPr>
          <w:b w:val="0"/>
          <w:i w:val="0"/>
          <w:smallCaps w:val="0"/>
          <w:strike w:val="0"/>
          <w:sz w:val="22"/>
          <w:u w:val="single"/>
        </w:rPr>
        <w:t xml:space="preserve">. We need </w:t>
      </w:r>
      <w:r>
        <w:rPr>
          <w:b/>
          <w:i w:val="0"/>
          <w:smallCaps w:val="0"/>
          <w:strike w:val="0"/>
          <w:sz w:val="24"/>
          <w:u w:val="single"/>
        </w:rPr>
        <w:t>big</w:t>
      </w:r>
      <w:r>
        <w:rPr>
          <w:b w:val="0"/>
          <w:i w:val="0"/>
          <w:smallCaps w:val="0"/>
          <w:strike w:val="0"/>
          <w:sz w:val="22"/>
          <w:u w:val="single"/>
        </w:rPr>
        <w:t xml:space="preserve">, </w:t>
      </w:r>
      <w:r>
        <w:rPr>
          <w:b/>
          <w:i w:val="0"/>
          <w:smallCaps w:val="0"/>
          <w:strike w:val="0"/>
          <w:sz w:val="24"/>
          <w:u w:val="single"/>
        </w:rPr>
        <w:t>innovative ideas</w:t>
      </w:r>
      <w:r>
        <w:rPr>
          <w:b w:val="0"/>
          <w:i w:val="0"/>
          <w:smallCaps w:val="0"/>
          <w:strike w:val="0"/>
          <w:sz w:val="22"/>
          <w:u w:val="single"/>
        </w:rPr>
        <w:t xml:space="preserve"> to build a fairer and more equitable system</w:t>
      </w:r>
      <w:r>
        <w:rPr>
          <w:b w:val="0"/>
          <w:i w:val="0"/>
          <w:smallCaps w:val="0"/>
          <w:strike w:val="0"/>
          <w:sz w:val="16"/>
          <w:u w:val="none"/>
        </w:rPr>
        <w:t xml:space="preserve">. At a time of appalling income inequality, tax rates remain low for wealthy Americans and large corporations. When it comes to </w:t>
      </w:r>
      <w:r>
        <w:rPr>
          <w:b w:val="0"/>
          <w:i w:val="0"/>
          <w:smallCaps w:val="0"/>
          <w:strike w:val="0"/>
          <w:sz w:val="16"/>
          <w:u w:val="none"/>
        </w:rPr>
        <w:t>bettering</w:t>
      </w:r>
      <w:r>
        <w:rPr>
          <w:b w:val="0"/>
          <w:i w:val="0"/>
          <w:smallCaps w:val="0"/>
          <w:strike w:val="0"/>
          <w:sz w:val="16"/>
          <w:u w:val="none"/>
        </w:rPr>
        <w:t xml:space="preserve"> the world, billionaires and private foundations dictate the agenda far more than a government intended to represent the public interest.</w:t>
      </w:r>
    </w:p>
    <w:p>
      <w:pPr>
        <w:spacing w:after="60"/>
      </w:pPr>
      <w:r>
        <w:rPr>
          <w:b w:val="0"/>
          <w:i w:val="0"/>
          <w:smallCaps w:val="0"/>
          <w:strike w:val="0"/>
          <w:sz w:val="16"/>
          <w:u w:val="none"/>
        </w:rPr>
        <w:t xml:space="preserve">Last week’s </w:t>
      </w:r>
      <w:r>
        <w:rPr>
          <w:b w:val="0"/>
          <w:i w:val="0"/>
          <w:smallCaps w:val="0"/>
          <w:strike w:val="0"/>
          <w:sz w:val="16"/>
          <w:u w:val="none"/>
        </w:rPr>
        <w:t xml:space="preserve"> is only the latest manifestation of our country’s galling record on gun violence. At his most recent news conference, President Biden had a good line with “</w:t>
      </w:r>
      <w:r>
        <w:rPr>
          <w:b w:val="0"/>
          <w:i w:val="0"/>
          <w:smallCaps w:val="0"/>
          <w:strike w:val="0"/>
          <w:sz w:val="16"/>
          <w:u w:val="none"/>
        </w:rPr>
        <w:t xml:space="preserve">.” But we need more than </w:t>
      </w:r>
      <w:r>
        <w:rPr>
          <w:b w:val="0"/>
          <w:i w:val="0"/>
          <w:smallCaps w:val="0"/>
          <w:strike w:val="0"/>
          <w:sz w:val="16"/>
          <w:u w:val="none"/>
        </w:rPr>
        <w:t xml:space="preserve"> slogans. We need a real plan to end gun violence — and no doubt, Americans’ professed desire to reduce the </w:t>
      </w:r>
      <w:r>
        <w:rPr>
          <w:b w:val="0"/>
          <w:i w:val="0"/>
          <w:smallCaps w:val="0"/>
          <w:strike w:val="0"/>
          <w:sz w:val="16"/>
          <w:u w:val="none"/>
        </w:rPr>
        <w:t xml:space="preserve"> reflects a desire to reduce </w:t>
      </w:r>
      <w:r>
        <w:rPr>
          <w:b w:val="0"/>
          <w:i w:val="0"/>
          <w:smallCaps w:val="0"/>
          <w:strike w:val="0"/>
          <w:sz w:val="16"/>
          <w:u w:val="none"/>
        </w:rPr>
        <w:t>, along with the paralyzing grip of the pharmaceutical industry, Big Tech, oil and gas, and insurance.</w:t>
      </w:r>
    </w:p>
    <w:p>
      <w:pPr>
        <w:spacing w:after="60"/>
      </w:pPr>
      <w:r>
        <w:rPr>
          <w:b w:val="0"/>
          <w:i w:val="0"/>
          <w:smallCaps w:val="0"/>
          <w:strike w:val="0"/>
          <w:sz w:val="16"/>
          <w:u w:val="none"/>
        </w:rPr>
        <w:t>Curbing the influence of those industries while passing legislation to streamline and bolster the federal government’s key regulatory agencies — the F.D.A., the I.R.S., the F.T.C., the E.P.A. — would go a long way toward prioritizing the needs of citizens over corporations.</w:t>
      </w:r>
    </w:p>
    <w:p>
      <w:pPr>
        <w:spacing w:after="60"/>
      </w:pPr>
      <w:r>
        <w:rPr>
          <w:b w:val="0"/>
          <w:i w:val="0"/>
          <w:smallCaps w:val="0"/>
          <w:strike w:val="0"/>
          <w:sz w:val="16"/>
          <w:u w:val="none"/>
        </w:rPr>
        <w:t xml:space="preserve">Then there are the issues that don’t necessarily rank high in polls, but which are critical to the country’s health. </w:t>
      </w:r>
      <w:r>
        <w:rPr>
          <w:b w:val="0"/>
          <w:i w:val="0"/>
          <w:smallCaps w:val="0"/>
          <w:strike w:val="0"/>
          <w:sz w:val="22"/>
          <w:u w:val="single"/>
        </w:rPr>
        <w:t xml:space="preserve">Too many of these </w:t>
      </w:r>
      <w:r>
        <w:rPr>
          <w:b w:val="0"/>
          <w:i w:val="0"/>
          <w:smallCaps w:val="0"/>
          <w:strike w:val="0"/>
          <w:sz w:val="22"/>
          <w:highlight w:val="cyan"/>
          <w:u w:val="single"/>
        </w:rPr>
        <w:t>challenges have</w:t>
      </w:r>
      <w:r>
        <w:rPr>
          <w:b w:val="0"/>
          <w:i w:val="0"/>
          <w:smallCaps w:val="0"/>
          <w:strike w:val="0"/>
          <w:sz w:val="22"/>
          <w:u w:val="single"/>
        </w:rPr>
        <w:t xml:space="preserve"> simply </w:t>
      </w:r>
      <w:r>
        <w:rPr>
          <w:b/>
          <w:i w:val="0"/>
          <w:smallCaps w:val="0"/>
          <w:strike w:val="0"/>
          <w:sz w:val="24"/>
          <w:highlight w:val="cyan"/>
          <w:u w:val="single"/>
        </w:rPr>
        <w:t>fallen off the public’s radar</w:t>
      </w:r>
      <w:r>
        <w:rPr>
          <w:b w:val="0"/>
          <w:i w:val="0"/>
          <w:smallCaps w:val="0"/>
          <w:strike w:val="0"/>
          <w:sz w:val="22"/>
          <w:highlight w:val="cyan"/>
          <w:u w:val="single"/>
        </w:rPr>
        <w:t xml:space="preserve"> and</w:t>
      </w:r>
      <w:r>
        <w:rPr>
          <w:b w:val="0"/>
          <w:i w:val="0"/>
          <w:smallCaps w:val="0"/>
          <w:strike w:val="0"/>
          <w:sz w:val="22"/>
          <w:u w:val="single"/>
        </w:rPr>
        <w:t xml:space="preserve"> conscience, perhaps a </w:t>
      </w:r>
      <w:r>
        <w:rPr>
          <w:b w:val="0"/>
          <w:i w:val="0"/>
          <w:smallCaps w:val="0"/>
          <w:strike w:val="0"/>
          <w:sz w:val="22"/>
          <w:highlight w:val="cyan"/>
          <w:u w:val="single"/>
        </w:rPr>
        <w:t>reflect</w:t>
      </w:r>
      <w:r>
        <w:rPr>
          <w:b w:val="0"/>
          <w:i w:val="0"/>
          <w:smallCaps w:val="0"/>
          <w:strike w:val="0"/>
          <w:sz w:val="22"/>
          <w:u w:val="single"/>
        </w:rPr>
        <w:t xml:space="preserve">ion of a </w:t>
      </w:r>
      <w:r>
        <w:rPr>
          <w:b/>
          <w:i w:val="0"/>
          <w:smallCaps w:val="0"/>
          <w:strike w:val="0"/>
          <w:sz w:val="24"/>
          <w:highlight w:val="cyan"/>
          <w:u w:val="single"/>
        </w:rPr>
        <w:t>lack of trust</w:t>
      </w:r>
      <w:r>
        <w:rPr>
          <w:b w:val="0"/>
          <w:i w:val="0"/>
          <w:smallCaps w:val="0"/>
          <w:strike w:val="0"/>
          <w:sz w:val="22"/>
          <w:highlight w:val="cyan"/>
          <w:u w:val="single"/>
        </w:rPr>
        <w:t xml:space="preserve"> and </w:t>
      </w:r>
      <w:r>
        <w:rPr>
          <w:b/>
          <w:i w:val="0"/>
          <w:smallCaps w:val="0"/>
          <w:strike w:val="0"/>
          <w:sz w:val="24"/>
          <w:highlight w:val="cyan"/>
          <w:u w:val="single"/>
        </w:rPr>
        <w:t>hope</w:t>
      </w:r>
      <w:r>
        <w:rPr>
          <w:b w:val="0"/>
          <w:i w:val="0"/>
          <w:smallCaps w:val="0"/>
          <w:strike w:val="0"/>
          <w:sz w:val="22"/>
          <w:u w:val="single"/>
        </w:rPr>
        <w:t xml:space="preserve"> in the government </w:t>
      </w:r>
      <w:r>
        <w:rPr>
          <w:b w:val="0"/>
          <w:i w:val="0"/>
          <w:smallCaps w:val="0"/>
          <w:strike w:val="0"/>
          <w:sz w:val="22"/>
          <w:highlight w:val="cyan"/>
          <w:u w:val="single"/>
        </w:rPr>
        <w:t>to attend to the</w:t>
      </w:r>
      <w:r>
        <w:rPr>
          <w:b w:val="0"/>
          <w:i w:val="0"/>
          <w:smallCaps w:val="0"/>
          <w:strike w:val="0"/>
          <w:sz w:val="22"/>
          <w:u w:val="single"/>
        </w:rPr>
        <w:t xml:space="preserve"> country’s </w:t>
      </w:r>
      <w:r>
        <w:rPr>
          <w:b/>
          <w:i w:val="0"/>
          <w:smallCaps w:val="0"/>
          <w:strike w:val="0"/>
          <w:sz w:val="24"/>
          <w:u w:val="single"/>
        </w:rPr>
        <w:t>biggest</w:t>
      </w:r>
      <w:r>
        <w:rPr>
          <w:b w:val="0"/>
          <w:i w:val="0"/>
          <w:smallCaps w:val="0"/>
          <w:strike w:val="0"/>
          <w:sz w:val="22"/>
          <w:u w:val="single"/>
        </w:rPr>
        <w:t xml:space="preserve"> and </w:t>
      </w:r>
      <w:r>
        <w:rPr>
          <w:b/>
          <w:i w:val="0"/>
          <w:smallCaps w:val="0"/>
          <w:strike w:val="0"/>
          <w:sz w:val="24"/>
          <w:u w:val="single"/>
        </w:rPr>
        <w:t xml:space="preserve">most </w:t>
      </w:r>
      <w:r>
        <w:rPr>
          <w:b/>
          <w:i w:val="0"/>
          <w:smallCaps w:val="0"/>
          <w:strike w:val="0"/>
          <w:sz w:val="24"/>
          <w:highlight w:val="cyan"/>
          <w:u w:val="single"/>
        </w:rPr>
        <w:t>intractable problems</w:t>
      </w:r>
      <w:r>
        <w:rPr>
          <w:b w:val="0"/>
          <w:i w:val="0"/>
          <w:smallCaps w:val="0"/>
          <w:strike w:val="0"/>
          <w:sz w:val="16"/>
          <w:u w:val="none"/>
        </w:rPr>
        <w:t>.</w:t>
      </w:r>
    </w:p>
    <w:p>
      <w:pPr>
        <w:spacing w:after="60"/>
      </w:pPr>
      <w:r>
        <w:rPr>
          <w:b w:val="0"/>
          <w:i w:val="0"/>
          <w:smallCaps w:val="0"/>
          <w:strike w:val="0"/>
          <w:sz w:val="16"/>
          <w:u w:val="none"/>
        </w:rPr>
        <w:t xml:space="preserve">One out of every five prisoners in the world lives in this country, according to </w:t>
      </w:r>
      <w:r>
        <w:rPr>
          <w:b w:val="0"/>
          <w:i w:val="0"/>
          <w:smallCaps w:val="0"/>
          <w:strike w:val="0"/>
          <w:sz w:val="16"/>
          <w:u w:val="none"/>
        </w:rPr>
        <w:t xml:space="preserve"> by the Prison Policy Initiative. Nearly </w:t>
      </w:r>
      <w:r>
        <w:rPr>
          <w:b w:val="0"/>
          <w:i w:val="0"/>
          <w:smallCaps w:val="0"/>
          <w:strike w:val="0"/>
          <w:sz w:val="16"/>
          <w:u w:val="none"/>
        </w:rPr>
        <w:t xml:space="preserve"> Americans is in prison or jail, with many more juveniles and adults caught up in a dysfunctional, punitive and discriminatory justice system. When was the last time Democrats proposed a comprehensive plan for prison reform, recidivism reduction and re-entry programs? Small, local and private efforts can never have the reach or impact of a powerful federal initiative. We all pay for the ideological skew of our justice system.</w:t>
      </w:r>
    </w:p>
    <w:p>
      <w:pPr>
        <w:spacing w:after="60"/>
      </w:pPr>
      <w:r>
        <w:rPr>
          <w:b w:val="0"/>
          <w:i w:val="0"/>
          <w:smallCaps w:val="0"/>
          <w:strike w:val="0"/>
          <w:sz w:val="22"/>
          <w:u w:val="single"/>
        </w:rPr>
        <w:t xml:space="preserve">We also need </w:t>
      </w:r>
      <w:r>
        <w:rPr>
          <w:b/>
          <w:i w:val="0"/>
          <w:smallCaps w:val="0"/>
          <w:strike w:val="0"/>
          <w:sz w:val="24"/>
          <w:u w:val="single"/>
        </w:rPr>
        <w:t>better ideas</w:t>
      </w:r>
      <w:r>
        <w:rPr>
          <w:b w:val="0"/>
          <w:i w:val="0"/>
          <w:smallCaps w:val="0"/>
          <w:strike w:val="0"/>
          <w:sz w:val="16"/>
          <w:u w:val="none"/>
        </w:rPr>
        <w:t xml:space="preserve"> </w:t>
      </w:r>
      <w:r>
        <w:rPr>
          <w:b w:val="0"/>
          <w:i w:val="0"/>
          <w:smallCaps w:val="0"/>
          <w:strike w:val="0"/>
          <w:sz w:val="16"/>
          <w:u w:val="none"/>
        </w:rPr>
        <w:t>around</w:t>
      </w:r>
      <w:r>
        <w:rPr>
          <w:b w:val="0"/>
          <w:i w:val="0"/>
          <w:smallCaps w:val="0"/>
          <w:strike w:val="0"/>
          <w:sz w:val="16"/>
          <w:u w:val="none"/>
        </w:rPr>
        <w:t xml:space="preserve"> education, from early childhood to the public school system, from vocational schools to community colleges. The best public universities should be tuition-free, </w:t>
      </w:r>
      <w:r>
        <w:rPr>
          <w:b w:val="0"/>
          <w:i w:val="0"/>
          <w:smallCaps w:val="0"/>
          <w:strike w:val="0"/>
          <w:sz w:val="16"/>
          <w:u w:val="none"/>
        </w:rPr>
        <w:t>well funded</w:t>
      </w:r>
      <w:r>
        <w:rPr>
          <w:b w:val="0"/>
          <w:i w:val="0"/>
          <w:smallCaps w:val="0"/>
          <w:strike w:val="0"/>
          <w:sz w:val="16"/>
          <w:u w:val="none"/>
        </w:rPr>
        <w:t xml:space="preserve"> and focused not merely on training employees but also on educating citizens. We talk a lot about </w:t>
      </w:r>
      <w:r>
        <w:rPr>
          <w:b w:val="0"/>
          <w:i w:val="0"/>
          <w:smallCaps w:val="0"/>
          <w:strike w:val="0"/>
          <w:sz w:val="16"/>
          <w:u w:val="none"/>
        </w:rPr>
        <w:t xml:space="preserve"> who feel overwhelmingly anxious, stressed, helpless and pessimistic. We’ve told them all about what to fear. But what reason have we given them to feel empowered and optimistic?</w:t>
      </w:r>
    </w:p>
    <w:p>
      <w:pPr>
        <w:spacing w:after="60"/>
      </w:pPr>
      <w:r>
        <w:rPr>
          <w:b w:val="0"/>
          <w:i w:val="0"/>
          <w:smallCaps w:val="0"/>
          <w:strike w:val="0"/>
          <w:sz w:val="16"/>
          <w:u w:val="none"/>
        </w:rPr>
        <w:t xml:space="preserve">There is a lot more that could be added to this list, which doesn’t even touch on foreign policy. And </w:t>
      </w:r>
      <w:r>
        <w:rPr>
          <w:b/>
          <w:i w:val="0"/>
          <w:smallCaps w:val="0"/>
          <w:strike w:val="0"/>
          <w:sz w:val="24"/>
          <w:highlight w:val="cyan"/>
          <w:u w:val="single"/>
        </w:rPr>
        <w:t>Dem</w:t>
      </w:r>
      <w:r>
        <w:rPr>
          <w:b w:val="0"/>
          <w:i w:val="0"/>
          <w:smallCaps w:val="0"/>
          <w:strike w:val="0"/>
          <w:sz w:val="22"/>
          <w:u w:val="single"/>
        </w:rPr>
        <w:t>ocrat</w:t>
      </w:r>
      <w:r>
        <w:rPr>
          <w:b/>
          <w:i w:val="0"/>
          <w:smallCaps w:val="0"/>
          <w:strike w:val="0"/>
          <w:sz w:val="24"/>
          <w:highlight w:val="cyan"/>
          <w:u w:val="single"/>
        </w:rPr>
        <w:t>s</w:t>
      </w:r>
      <w:r>
        <w:rPr>
          <w:b w:val="0"/>
          <w:i w:val="0"/>
          <w:smallCaps w:val="0"/>
          <w:strike w:val="0"/>
          <w:sz w:val="22"/>
          <w:highlight w:val="cyan"/>
          <w:u w:val="single"/>
        </w:rPr>
        <w:t xml:space="preserve"> will</w:t>
      </w:r>
      <w:r>
        <w:rPr>
          <w:b w:val="0"/>
          <w:i w:val="0"/>
          <w:smallCaps w:val="0"/>
          <w:strike w:val="0"/>
          <w:sz w:val="22"/>
          <w:u w:val="single"/>
        </w:rPr>
        <w:t xml:space="preserve"> of course </w:t>
      </w:r>
      <w:r>
        <w:rPr>
          <w:b/>
          <w:i w:val="0"/>
          <w:smallCaps w:val="0"/>
          <w:strike w:val="0"/>
          <w:sz w:val="24"/>
          <w:highlight w:val="cyan"/>
          <w:u w:val="single"/>
        </w:rPr>
        <w:t>quibble over</w:t>
      </w:r>
      <w:r>
        <w:rPr>
          <w:b/>
          <w:i w:val="0"/>
          <w:smallCaps w:val="0"/>
          <w:strike w:val="0"/>
          <w:sz w:val="24"/>
          <w:u w:val="single"/>
        </w:rPr>
        <w:t xml:space="preserve"> the </w:t>
      </w:r>
      <w:r>
        <w:rPr>
          <w:b/>
          <w:i w:val="0"/>
          <w:smallCaps w:val="0"/>
          <w:strike w:val="0"/>
          <w:sz w:val="24"/>
          <w:highlight w:val="cyan"/>
          <w:u w:val="single"/>
        </w:rPr>
        <w:t>particulars</w:t>
      </w:r>
      <w:r>
        <w:rPr>
          <w:b w:val="0"/>
          <w:i w:val="0"/>
          <w:smallCaps w:val="0"/>
          <w:strike w:val="0"/>
          <w:sz w:val="22"/>
          <w:highlight w:val="cyan"/>
          <w:u w:val="single"/>
        </w:rPr>
        <w:t xml:space="preserve"> of</w:t>
      </w:r>
      <w:r>
        <w:rPr>
          <w:b w:val="0"/>
          <w:i w:val="0"/>
          <w:smallCaps w:val="0"/>
          <w:strike w:val="0"/>
          <w:sz w:val="22"/>
          <w:u w:val="single"/>
        </w:rPr>
        <w:t xml:space="preserve"> what a blueprint for </w:t>
      </w:r>
      <w:r>
        <w:rPr>
          <w:b w:val="0"/>
          <w:i w:val="0"/>
          <w:smallCaps w:val="0"/>
          <w:strike w:val="0"/>
          <w:sz w:val="22"/>
          <w:highlight w:val="cyan"/>
          <w:u w:val="single"/>
        </w:rPr>
        <w:t>2025</w:t>
      </w:r>
      <w:r>
        <w:rPr>
          <w:b w:val="0"/>
          <w:i w:val="0"/>
          <w:smallCaps w:val="0"/>
          <w:strike w:val="0"/>
          <w:sz w:val="22"/>
          <w:u w:val="single"/>
        </w:rPr>
        <w:t xml:space="preserve"> and beyond will look like. </w:t>
      </w:r>
      <w:r>
        <w:rPr>
          <w:b w:val="0"/>
          <w:i w:val="0"/>
          <w:smallCaps w:val="0"/>
          <w:strike w:val="0"/>
          <w:sz w:val="22"/>
          <w:highlight w:val="cyan"/>
          <w:u w:val="single"/>
        </w:rPr>
        <w:t xml:space="preserve">But without </w:t>
      </w:r>
      <w:r>
        <w:rPr>
          <w:b/>
          <w:i w:val="0"/>
          <w:smallCaps w:val="0"/>
          <w:strike w:val="0"/>
          <w:sz w:val="24"/>
          <w:highlight w:val="cyan"/>
          <w:u w:val="single"/>
        </w:rPr>
        <w:t>laying out ambitious ideas</w:t>
      </w:r>
      <w:r>
        <w:rPr>
          <w:b w:val="0"/>
          <w:i w:val="0"/>
          <w:smallCaps w:val="0"/>
          <w:strike w:val="0"/>
          <w:sz w:val="22"/>
          <w:highlight w:val="cyan"/>
          <w:u w:val="single"/>
        </w:rPr>
        <w:t xml:space="preserve"> we have </w:t>
      </w:r>
      <w:r>
        <w:rPr>
          <w:b/>
          <w:i w:val="0"/>
          <w:smallCaps w:val="0"/>
          <w:strike w:val="0"/>
          <w:sz w:val="24"/>
          <w:highlight w:val="cyan"/>
          <w:u w:val="single"/>
        </w:rPr>
        <w:t>nothing</w:t>
      </w:r>
      <w:r>
        <w:rPr>
          <w:b w:val="0"/>
          <w:i w:val="0"/>
          <w:smallCaps w:val="0"/>
          <w:strike w:val="0"/>
          <w:sz w:val="22"/>
          <w:u w:val="single"/>
        </w:rPr>
        <w:t xml:space="preserve"> to look forward to </w:t>
      </w:r>
      <w:r>
        <w:rPr>
          <w:b w:val="0"/>
          <w:i w:val="0"/>
          <w:smallCaps w:val="0"/>
          <w:strike w:val="0"/>
          <w:sz w:val="22"/>
          <w:highlight w:val="cyan"/>
          <w:u w:val="single"/>
        </w:rPr>
        <w:t xml:space="preserve">other than </w:t>
      </w:r>
      <w:r>
        <w:rPr>
          <w:b/>
          <w:i w:val="0"/>
          <w:smallCaps w:val="0"/>
          <w:strike w:val="0"/>
          <w:sz w:val="24"/>
          <w:highlight w:val="cyan"/>
          <w:u w:val="single"/>
        </w:rPr>
        <w:t>defeating Trump</w:t>
      </w:r>
      <w:r>
        <w:rPr>
          <w:b w:val="0"/>
          <w:i w:val="0"/>
          <w:smallCaps w:val="0"/>
          <w:strike w:val="0"/>
          <w:sz w:val="22"/>
          <w:u w:val="single"/>
        </w:rPr>
        <w:t>ism</w:t>
      </w:r>
      <w:r>
        <w:rPr>
          <w:b w:val="0"/>
          <w:i w:val="0"/>
          <w:smallCaps w:val="0"/>
          <w:strike w:val="0"/>
          <w:sz w:val="16"/>
          <w:u w:val="none"/>
        </w:rPr>
        <w:t xml:space="preserve">. The motivation there is fear of what could happen rather than enthusiasm for what should happen. </w:t>
      </w:r>
      <w:r>
        <w:rPr>
          <w:b w:val="0"/>
          <w:i w:val="0"/>
          <w:smallCaps w:val="0"/>
          <w:strike w:val="0"/>
          <w:sz w:val="22"/>
          <w:u w:val="single"/>
        </w:rPr>
        <w:t xml:space="preserve">To get the electorate excited about </w:t>
      </w:r>
      <w:r>
        <w:rPr>
          <w:b w:val="0"/>
          <w:i w:val="0"/>
          <w:smallCaps w:val="0"/>
          <w:strike w:val="0"/>
          <w:sz w:val="22"/>
          <w:highlight w:val="cyan"/>
          <w:u w:val="single"/>
        </w:rPr>
        <w:t xml:space="preserve">a </w:t>
      </w:r>
      <w:r>
        <w:rPr>
          <w:b/>
          <w:i w:val="0"/>
          <w:smallCaps w:val="0"/>
          <w:strike w:val="0"/>
          <w:sz w:val="24"/>
          <w:highlight w:val="cyan"/>
          <w:u w:val="single"/>
        </w:rPr>
        <w:t>Dem</w:t>
      </w:r>
      <w:r>
        <w:rPr>
          <w:b w:val="0"/>
          <w:i w:val="0"/>
          <w:smallCaps w:val="0"/>
          <w:strike w:val="0"/>
          <w:sz w:val="22"/>
          <w:u w:val="single"/>
        </w:rPr>
        <w:t xml:space="preserve">ocratic </w:t>
      </w:r>
      <w:r>
        <w:rPr>
          <w:b/>
          <w:i w:val="0"/>
          <w:smallCaps w:val="0"/>
          <w:strike w:val="0"/>
          <w:sz w:val="24"/>
          <w:highlight w:val="cyan"/>
          <w:u w:val="single"/>
        </w:rPr>
        <w:t>future</w:t>
      </w:r>
      <w:r>
        <w:rPr>
          <w:b w:val="0"/>
          <w:i w:val="0"/>
          <w:smallCaps w:val="0"/>
          <w:strike w:val="0"/>
          <w:sz w:val="22"/>
          <w:highlight w:val="cyan"/>
          <w:u w:val="single"/>
        </w:rPr>
        <w:t xml:space="preserve"> requires </w:t>
      </w:r>
      <w:r>
        <w:rPr>
          <w:b/>
          <w:i w:val="0"/>
          <w:smallCaps w:val="0"/>
          <w:strike w:val="0"/>
          <w:sz w:val="24"/>
          <w:highlight w:val="cyan"/>
          <w:u w:val="single"/>
        </w:rPr>
        <w:t>more than that</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