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There’s </w:t>
      </w:r>
      <w:r>
        <w:rPr>
          <w:b/>
          <w:i w:val="0"/>
          <w:smallCaps w:val="0"/>
          <w:strike w:val="0"/>
          <w:sz w:val="26"/>
          <w:u w:val="single"/>
        </w:rPr>
        <w:t>no chance</w:t>
      </w:r>
      <w:r>
        <w:rPr>
          <w:b/>
          <w:i w:val="0"/>
          <w:smallCaps w:val="0"/>
          <w:strike w:val="0"/>
          <w:sz w:val="26"/>
          <w:u w:val="none"/>
        </w:rPr>
        <w:t xml:space="preserve"> that </w:t>
      </w:r>
      <w:r>
        <w:rPr>
          <w:b/>
          <w:i w:val="0"/>
          <w:smallCaps w:val="0"/>
          <w:strike w:val="0"/>
          <w:sz w:val="26"/>
          <w:u w:val="single"/>
        </w:rPr>
        <w:t>anything</w:t>
      </w:r>
      <w:r>
        <w:rPr>
          <w:b/>
          <w:i w:val="0"/>
          <w:smallCaps w:val="0"/>
          <w:strike w:val="0"/>
          <w:sz w:val="26"/>
          <w:u w:val="none"/>
        </w:rPr>
        <w:t xml:space="preserve"> we do could </w:t>
      </w:r>
      <w:r>
        <w:rPr>
          <w:b/>
          <w:i w:val="0"/>
          <w:smallCaps w:val="0"/>
          <w:strike w:val="0"/>
          <w:sz w:val="26"/>
          <w:u w:val="single"/>
        </w:rPr>
        <w:t>possibly</w:t>
      </w:r>
      <w:r>
        <w:rPr>
          <w:b/>
          <w:i w:val="0"/>
          <w:smallCaps w:val="0"/>
          <w:strike w:val="0"/>
          <w:sz w:val="26"/>
          <w:u w:val="none"/>
        </w:rPr>
        <w:t xml:space="preserve"> destroy the Universe</w:t>
      </w:r>
    </w:p>
    <w:p>
      <w:pPr>
        <w:spacing w:after="80"/>
      </w:pPr>
      <w:r>
        <w:rPr>
          <w:b w:val="0"/>
          <w:i w:val="0"/>
          <w:smallCaps w:val="0"/>
          <w:strike w:val="0"/>
          <w:u w:val="none"/>
        </w:rPr>
        <w:t xml:space="preserve">Dr. Tom </w:t>
      </w:r>
      <w:r>
        <w:rPr>
          <w:b/>
          <w:i w:val="0"/>
          <w:smallCaps w:val="0"/>
          <w:strike w:val="0"/>
          <w:sz w:val="26"/>
          <w:u w:val="none"/>
        </w:rPr>
        <w:t>Head 14</w:t>
      </w:r>
      <w:r>
        <w:rPr>
          <w:b w:val="0"/>
          <w:i w:val="0"/>
          <w:smallCaps w:val="0"/>
          <w:strike w:val="0"/>
          <w:u w:val="none"/>
        </w:rPr>
        <w:t>, PhD from Edith Cowan University, M.A. in Humanities from California State University, Dominguez Hills, M.Th. Student in Practical Theology, University of South Africa, expected 2022, Author of Conversations with Carl Sagan, Author of World History 101, BA from Excelsior College, Author or Coauthor of 29 Nonfiction Books, Columnist, Scriptwriter, Research Paralegal, “Why We Can’t Accidentally Destroy the Universe”, Mysterious Universe, 9/15/2014, https://mysteriousuniverse.org/2014/09/why-we-cant-accidentally-destroy-the-universe/</w:t>
      </w:r>
    </w:p>
    <w:p>
      <w:pPr>
        <w:spacing w:after="60"/>
      </w:pPr>
      <w:r>
        <w:rPr>
          <w:b w:val="0"/>
          <w:i w:val="0"/>
          <w:smallCaps w:val="0"/>
          <w:strike w:val="0"/>
          <w:sz w:val="16"/>
          <w:u w:val="none"/>
        </w:rPr>
        <w:t xml:space="preserve">Stephen </w:t>
      </w:r>
      <w:r>
        <w:rPr>
          <w:b w:val="0"/>
          <w:i w:val="0"/>
          <w:smallCaps w:val="0"/>
          <w:strike w:val="0"/>
          <w:sz w:val="22"/>
          <w:u w:val="single"/>
        </w:rPr>
        <w:t>Hawking’s recent remarks regarding the possibility that our descendants might one day destroy the universe by disrupting the Higgs field with a</w:t>
      </w:r>
      <w:r>
        <w:rPr>
          <w:b w:val="0"/>
          <w:i w:val="0"/>
          <w:smallCaps w:val="0"/>
          <w:strike w:val="0"/>
          <w:sz w:val="16"/>
          <w:u w:val="none"/>
        </w:rPr>
        <w:t xml:space="preserve"> larger-than-Earth </w:t>
      </w:r>
      <w:r>
        <w:rPr>
          <w:b w:val="0"/>
          <w:i w:val="0"/>
          <w:smallCaps w:val="0"/>
          <w:strike w:val="0"/>
          <w:sz w:val="22"/>
          <w:u w:val="single"/>
        </w:rPr>
        <w:t xml:space="preserve">supercollider has gotten people thinking: </w:t>
      </w:r>
      <w:r>
        <w:rPr>
          <w:b w:val="0"/>
          <w:i w:val="0"/>
          <w:smallCaps w:val="0"/>
          <w:strike w:val="0"/>
          <w:sz w:val="22"/>
          <w:highlight w:val="cyan"/>
          <w:u w:val="single"/>
        </w:rPr>
        <w:t>is there anything we could do</w:t>
      </w:r>
      <w:r>
        <w:rPr>
          <w:b w:val="0"/>
          <w:i w:val="0"/>
          <w:smallCaps w:val="0"/>
          <w:strike w:val="0"/>
          <w:sz w:val="22"/>
          <w:u w:val="single"/>
        </w:rPr>
        <w:t xml:space="preserve"> now </w:t>
      </w:r>
      <w:r>
        <w:rPr>
          <w:b w:val="0"/>
          <w:i w:val="0"/>
          <w:smallCaps w:val="0"/>
          <w:strike w:val="0"/>
          <w:sz w:val="22"/>
          <w:highlight w:val="cyan"/>
          <w:u w:val="single"/>
        </w:rPr>
        <w:t>that</w:t>
      </w:r>
      <w:r>
        <w:rPr>
          <w:b w:val="0"/>
          <w:i w:val="0"/>
          <w:smallCaps w:val="0"/>
          <w:strike w:val="0"/>
          <w:sz w:val="22"/>
          <w:u w:val="single"/>
        </w:rPr>
        <w:t xml:space="preserve"> would </w:t>
      </w:r>
      <w:r>
        <w:rPr>
          <w:b w:val="0"/>
          <w:i w:val="0"/>
          <w:smallCaps w:val="0"/>
          <w:strike w:val="0"/>
          <w:sz w:val="22"/>
          <w:highlight w:val="cyan"/>
          <w:u w:val="single"/>
        </w:rPr>
        <w:t>destroy the universe?</w:t>
      </w:r>
    </w:p>
    <w:p>
      <w:pPr>
        <w:spacing w:after="60"/>
      </w:pPr>
      <w:r>
        <w:rPr>
          <w:b w:val="0"/>
          <w:i w:val="0"/>
          <w:smallCaps w:val="0"/>
          <w:strike w:val="0"/>
          <w:sz w:val="22"/>
          <w:u w:val="single"/>
        </w:rPr>
        <w:t xml:space="preserve">The answer to that question is, </w:t>
      </w:r>
      <w:r>
        <w:rPr>
          <w:b w:val="0"/>
          <w:i w:val="0"/>
          <w:smallCaps w:val="0"/>
          <w:strike w:val="0"/>
          <w:sz w:val="22"/>
          <w:u w:val="single"/>
        </w:rPr>
        <w:t>by</w:t>
      </w:r>
      <w:r>
        <w:rPr>
          <w:b w:val="0"/>
          <w:i w:val="0"/>
          <w:smallCaps w:val="0"/>
          <w:strike w:val="0"/>
          <w:sz w:val="22"/>
          <w:u w:val="single"/>
        </w:rPr>
        <w:t xml:space="preserve"> all appearances, a </w:t>
      </w:r>
      <w:r>
        <w:rPr>
          <w:b w:val="0"/>
          <w:i w:val="0"/>
          <w:smallCaps w:val="0"/>
          <w:strike w:val="0"/>
          <w:sz w:val="22"/>
          <w:u w:val="single"/>
        </w:rPr>
        <w:t>pretty clear</w:t>
      </w:r>
      <w:r>
        <w:rPr>
          <w:b w:val="0"/>
          <w:i w:val="0"/>
          <w:smallCaps w:val="0"/>
          <w:strike w:val="0"/>
          <w:sz w:val="22"/>
          <w:u w:val="single"/>
        </w:rPr>
        <w:t xml:space="preserve"> </w:t>
      </w:r>
      <w:r>
        <w:rPr>
          <w:b/>
          <w:i w:val="0"/>
          <w:smallCaps w:val="0"/>
          <w:strike w:val="0"/>
          <w:sz w:val="24"/>
          <w:highlight w:val="cyan"/>
          <w:u w:val="single"/>
        </w:rPr>
        <w:t>no</w:t>
      </w:r>
      <w:r>
        <w:rPr>
          <w:b w:val="0"/>
          <w:i w:val="0"/>
          <w:smallCaps w:val="0"/>
          <w:strike w:val="0"/>
          <w:sz w:val="22"/>
          <w:u w:val="single"/>
        </w:rPr>
        <w:t>. Here are two good reasons why:</w:t>
      </w:r>
    </w:p>
    <w:p>
      <w:pPr>
        <w:spacing w:after="60"/>
      </w:pPr>
      <w:r>
        <w:rPr>
          <w:b w:val="0"/>
          <w:i w:val="0"/>
          <w:smallCaps w:val="0"/>
          <w:strike w:val="0"/>
          <w:sz w:val="22"/>
          <w:highlight w:val="cyan"/>
          <w:u w:val="single"/>
        </w:rPr>
        <w:t xml:space="preserve">1. The universe is </w:t>
      </w:r>
      <w:r>
        <w:rPr>
          <w:b/>
          <w:i w:val="0"/>
          <w:smallCaps w:val="0"/>
          <w:strike w:val="0"/>
          <w:sz w:val="24"/>
          <w:highlight w:val="cyan"/>
          <w:u w:val="single"/>
        </w:rPr>
        <w:t xml:space="preserve">really, </w:t>
      </w:r>
      <w:r>
        <w:rPr>
          <w:b/>
          <w:i w:val="0"/>
          <w:smallCaps w:val="0"/>
          <w:strike w:val="0"/>
          <w:sz w:val="24"/>
          <w:highlight w:val="cyan"/>
          <w:u w:val="single"/>
        </w:rPr>
        <w:t>really durable</w:t>
      </w:r>
      <w:r>
        <w:rPr>
          <w:b w:val="0"/>
          <w:i w:val="0"/>
          <w:smallCaps w:val="0"/>
          <w:strike w:val="0"/>
          <w:sz w:val="22"/>
          <w:u w:val="single"/>
        </w:rPr>
        <w:t>.</w:t>
      </w:r>
    </w:p>
    <w:p>
      <w:pPr>
        <w:spacing w:after="60"/>
      </w:pPr>
      <w:r>
        <w:rPr>
          <w:b w:val="0"/>
          <w:i w:val="0"/>
          <w:smallCaps w:val="0"/>
          <w:strike w:val="0"/>
          <w:sz w:val="22"/>
          <w:u w:val="single"/>
        </w:rPr>
        <w:t xml:space="preserve">Last April, astronomers witnessed </w:t>
      </w:r>
      <w:r>
        <w:rPr>
          <w:b w:val="0"/>
          <w:i w:val="0"/>
          <w:smallCaps w:val="0"/>
          <w:strike w:val="0"/>
          <w:sz w:val="22"/>
          <w:highlight w:val="cyan"/>
          <w:u w:val="single"/>
        </w:rPr>
        <w:t>gamma-ray burst</w:t>
      </w:r>
      <w:r>
        <w:rPr>
          <w:b w:val="0"/>
          <w:i w:val="0"/>
          <w:smallCaps w:val="0"/>
          <w:strike w:val="0"/>
          <w:sz w:val="16"/>
          <w:u w:val="none"/>
        </w:rPr>
        <w:t xml:space="preserve"> (GRB) 130427A and, short of being bigger than other gamma ray bursts they’d observed, it wasn’t particularly remarkable: just </w:t>
      </w:r>
      <w:r>
        <w:rPr>
          <w:b w:val="0"/>
          <w:i w:val="0"/>
          <w:smallCaps w:val="0"/>
          <w:strike w:val="0"/>
          <w:sz w:val="22"/>
          <w:highlight w:val="cyan"/>
          <w:u w:val="single"/>
        </w:rPr>
        <w:t>a star</w:t>
      </w:r>
      <w:r>
        <w:rPr>
          <w:b w:val="0"/>
          <w:i w:val="0"/>
          <w:smallCaps w:val="0"/>
          <w:strike w:val="0"/>
          <w:sz w:val="22"/>
          <w:u w:val="single"/>
        </w:rPr>
        <w:t xml:space="preserve"> 20 to </w:t>
      </w:r>
      <w:r>
        <w:rPr>
          <w:b w:val="0"/>
          <w:i w:val="0"/>
          <w:smallCaps w:val="0"/>
          <w:strike w:val="0"/>
          <w:sz w:val="22"/>
          <w:highlight w:val="cyan"/>
          <w:u w:val="single"/>
        </w:rPr>
        <w:t>30 times the Sun</w:t>
      </w:r>
      <w:r>
        <w:rPr>
          <w:b w:val="0"/>
          <w:i w:val="0"/>
          <w:smallCaps w:val="0"/>
          <w:strike w:val="0"/>
          <w:sz w:val="22"/>
          <w:u w:val="single"/>
        </w:rPr>
        <w:t xml:space="preserve">’s mass collapsing and </w:t>
      </w:r>
      <w:r>
        <w:rPr>
          <w:b w:val="0"/>
          <w:i w:val="0"/>
          <w:smallCaps w:val="0"/>
          <w:strike w:val="0"/>
          <w:sz w:val="22"/>
          <w:highlight w:val="cyan"/>
          <w:u w:val="single"/>
        </w:rPr>
        <w:t>exploding</w:t>
      </w:r>
      <w:r>
        <w:rPr>
          <w:b w:val="0"/>
          <w:i w:val="0"/>
          <w:smallCaps w:val="0"/>
          <w:strike w:val="0"/>
          <w:sz w:val="22"/>
          <w:u w:val="single"/>
        </w:rPr>
        <w:t xml:space="preserve"> in a way we can’t fully understand, </w:t>
      </w:r>
      <w:r>
        <w:rPr>
          <w:b w:val="0"/>
          <w:i w:val="0"/>
          <w:smallCaps w:val="0"/>
          <w:strike w:val="0"/>
          <w:sz w:val="22"/>
          <w:highlight w:val="cyan"/>
          <w:u w:val="single"/>
        </w:rPr>
        <w:t>creating a black hole</w:t>
      </w:r>
      <w:r>
        <w:rPr>
          <w:b w:val="0"/>
          <w:i w:val="0"/>
          <w:smallCaps w:val="0"/>
          <w:strike w:val="0"/>
          <w:sz w:val="22"/>
          <w:u w:val="single"/>
        </w:rPr>
        <w:t xml:space="preserve"> and outshining local objects from millions of light years away. This sort of thing </w:t>
      </w:r>
      <w:r>
        <w:rPr>
          <w:b w:val="0"/>
          <w:i w:val="0"/>
          <w:smallCaps w:val="0"/>
          <w:strike w:val="0"/>
          <w:sz w:val="22"/>
          <w:highlight w:val="cyan"/>
          <w:u w:val="single"/>
        </w:rPr>
        <w:t>happens</w:t>
      </w:r>
      <w:r>
        <w:rPr>
          <w:b w:val="0"/>
          <w:i w:val="0"/>
          <w:smallCaps w:val="0"/>
          <w:strike w:val="0"/>
          <w:sz w:val="22"/>
          <w:u w:val="single"/>
        </w:rPr>
        <w:t xml:space="preserve"> fairly </w:t>
      </w:r>
      <w:r>
        <w:rPr>
          <w:b/>
          <w:i w:val="0"/>
          <w:smallCaps w:val="0"/>
          <w:strike w:val="0"/>
          <w:sz w:val="24"/>
          <w:highlight w:val="cyan"/>
          <w:u w:val="single"/>
        </w:rPr>
        <w:t>regularly</w:t>
      </w:r>
      <w:r>
        <w:rPr>
          <w:b w:val="0"/>
          <w:i w:val="0"/>
          <w:smallCaps w:val="0"/>
          <w:strike w:val="0"/>
          <w:sz w:val="22"/>
          <w:u w:val="single"/>
        </w:rPr>
        <w:t xml:space="preserve"> all over the </w:t>
      </w:r>
      <w:r>
        <w:rPr>
          <w:b w:val="0"/>
          <w:i w:val="0"/>
          <w:smallCaps w:val="0"/>
          <w:strike w:val="0"/>
          <w:sz w:val="22"/>
          <w:u w:val="single"/>
        </w:rPr>
        <w:t>universe, and</w:t>
      </w:r>
      <w:r>
        <w:rPr>
          <w:b w:val="0"/>
          <w:i w:val="0"/>
          <w:smallCaps w:val="0"/>
          <w:strike w:val="0"/>
          <w:sz w:val="22"/>
          <w:u w:val="single"/>
        </w:rPr>
        <w:t xml:space="preserve"> was presumably more common for most of the universe’s history.</w:t>
      </w:r>
    </w:p>
    <w:p>
      <w:pPr>
        <w:spacing w:after="60"/>
      </w:pPr>
      <w:r>
        <w:rPr>
          <w:b w:val="0"/>
          <w:i w:val="0"/>
          <w:smallCaps w:val="0"/>
          <w:strike w:val="0"/>
          <w:sz w:val="22"/>
          <w:u w:val="single"/>
        </w:rPr>
        <w:t xml:space="preserve">Although </w:t>
      </w:r>
      <w:r>
        <w:rPr>
          <w:b w:val="0"/>
          <w:i w:val="0"/>
          <w:smallCaps w:val="0"/>
          <w:strike w:val="0"/>
          <w:sz w:val="22"/>
          <w:highlight w:val="cyan"/>
          <w:u w:val="single"/>
        </w:rPr>
        <w:t>these</w:t>
      </w:r>
      <w:r>
        <w:rPr>
          <w:b w:val="0"/>
          <w:i w:val="0"/>
          <w:smallCaps w:val="0"/>
          <w:strike w:val="0"/>
          <w:sz w:val="22"/>
          <w:u w:val="single"/>
        </w:rPr>
        <w:t xml:space="preserve"> gamma-ray bursts </w:t>
      </w:r>
      <w:r>
        <w:rPr>
          <w:b w:val="0"/>
          <w:i w:val="0"/>
          <w:smallCaps w:val="0"/>
          <w:strike w:val="0"/>
          <w:sz w:val="22"/>
          <w:highlight w:val="cyan"/>
          <w:u w:val="single"/>
        </w:rPr>
        <w:t xml:space="preserve">occur on a </w:t>
      </w:r>
      <w:r>
        <w:rPr>
          <w:b/>
          <w:i w:val="0"/>
          <w:smallCaps w:val="0"/>
          <w:strike w:val="0"/>
          <w:sz w:val="24"/>
          <w:highlight w:val="cyan"/>
          <w:u w:val="single"/>
        </w:rPr>
        <w:t>scale</w:t>
      </w:r>
      <w:r>
        <w:rPr>
          <w:b w:val="0"/>
          <w:i w:val="0"/>
          <w:smallCaps w:val="0"/>
          <w:strike w:val="0"/>
          <w:sz w:val="22"/>
          <w:u w:val="single"/>
        </w:rPr>
        <w:t xml:space="preserve"> and </w:t>
      </w:r>
      <w:r>
        <w:rPr>
          <w:b w:val="0"/>
          <w:i w:val="0"/>
          <w:smallCaps w:val="0"/>
          <w:strike w:val="0"/>
          <w:sz w:val="22"/>
          <w:highlight w:val="cyan"/>
          <w:u w:val="single"/>
        </w:rPr>
        <w:t>with</w:t>
      </w:r>
      <w:r>
        <w:rPr>
          <w:b w:val="0"/>
          <w:i w:val="0"/>
          <w:smallCaps w:val="0"/>
          <w:strike w:val="0"/>
          <w:sz w:val="22"/>
          <w:u w:val="single"/>
        </w:rPr>
        <w:t xml:space="preserve"> a </w:t>
      </w:r>
      <w:r>
        <w:rPr>
          <w:b/>
          <w:i w:val="0"/>
          <w:smallCaps w:val="0"/>
          <w:strike w:val="0"/>
          <w:sz w:val="24"/>
          <w:highlight w:val="cyan"/>
          <w:u w:val="single"/>
        </w:rPr>
        <w:t>power</w:t>
      </w:r>
      <w:r>
        <w:rPr>
          <w:b w:val="0"/>
          <w:i w:val="0"/>
          <w:smallCaps w:val="0"/>
          <w:strike w:val="0"/>
          <w:sz w:val="22"/>
          <w:highlight w:val="cyan"/>
          <w:u w:val="single"/>
        </w:rPr>
        <w:t xml:space="preserve"> that </w:t>
      </w:r>
      <w:r>
        <w:rPr>
          <w:b/>
          <w:i w:val="0"/>
          <w:smallCaps w:val="0"/>
          <w:strike w:val="0"/>
          <w:sz w:val="24"/>
          <w:highlight w:val="cyan"/>
          <w:u w:val="single"/>
        </w:rPr>
        <w:t>exponentially exceeds</w:t>
      </w:r>
      <w:r>
        <w:rPr>
          <w:b/>
          <w:i w:val="0"/>
          <w:smallCaps w:val="0"/>
          <w:strike w:val="0"/>
          <w:sz w:val="24"/>
          <w:u w:val="single"/>
        </w:rPr>
        <w:t xml:space="preserve"> anything humanity can produce</w:t>
      </w:r>
      <w:r>
        <w:rPr>
          <w:b w:val="0"/>
          <w:i w:val="0"/>
          <w:smallCaps w:val="0"/>
          <w:strike w:val="0"/>
          <w:sz w:val="22"/>
          <w:u w:val="single"/>
        </w:rPr>
        <w:t xml:space="preserve"> (</w:t>
      </w:r>
      <w:r>
        <w:rPr>
          <w:b/>
          <w:i w:val="0"/>
          <w:smallCaps w:val="0"/>
          <w:strike w:val="0"/>
          <w:sz w:val="24"/>
          <w:u w:val="single"/>
        </w:rPr>
        <w:t xml:space="preserve">and </w:t>
      </w:r>
      <w:r>
        <w:rPr>
          <w:b/>
          <w:i w:val="0"/>
          <w:smallCaps w:val="0"/>
          <w:strike w:val="0"/>
          <w:sz w:val="24"/>
          <w:highlight w:val="cyan"/>
          <w:u w:val="single"/>
        </w:rPr>
        <w:t xml:space="preserve">anything humanity is likely to produce for a very long </w:t>
      </w:r>
      <w:r>
        <w:rPr>
          <w:b/>
          <w:i w:val="0"/>
          <w:smallCaps w:val="0"/>
          <w:strike w:val="0"/>
          <w:sz w:val="24"/>
          <w:highlight w:val="cyan"/>
          <w:u w:val="single"/>
        </w:rPr>
        <w:t>time</w:t>
      </w:r>
      <w:r>
        <w:rPr>
          <w:b w:val="0"/>
          <w:i w:val="0"/>
          <w:smallCaps w:val="0"/>
          <w:strike w:val="0"/>
          <w:sz w:val="22"/>
          <w:highlight w:val="cyan"/>
          <w:u w:val="single"/>
        </w:rPr>
        <w:t xml:space="preserve">), they </w:t>
      </w:r>
      <w:r>
        <w:rPr>
          <w:b/>
          <w:i w:val="0"/>
          <w:smallCaps w:val="0"/>
          <w:strike w:val="0"/>
          <w:sz w:val="28"/>
          <w:highlight w:val="cyan"/>
          <w:u w:val="single"/>
        </w:rPr>
        <w:t>don’t</w:t>
      </w:r>
      <w:r>
        <w:rPr>
          <w:b/>
          <w:i w:val="0"/>
          <w:smallCaps w:val="0"/>
          <w:strike w:val="0"/>
          <w:sz w:val="28"/>
          <w:u w:val="single"/>
        </w:rPr>
        <w:t xml:space="preserve"> appear to </w:t>
      </w:r>
      <w:r>
        <w:rPr>
          <w:b/>
          <w:i w:val="0"/>
          <w:smallCaps w:val="0"/>
          <w:strike w:val="0"/>
          <w:sz w:val="28"/>
          <w:highlight w:val="cyan"/>
          <w:u w:val="single"/>
        </w:rPr>
        <w:t>do any</w:t>
      </w:r>
      <w:r>
        <w:rPr>
          <w:b/>
          <w:i w:val="0"/>
          <w:smallCaps w:val="0"/>
          <w:strike w:val="0"/>
          <w:sz w:val="28"/>
          <w:u w:val="single"/>
        </w:rPr>
        <w:t xml:space="preserve"> tangible </w:t>
      </w:r>
      <w:r>
        <w:rPr>
          <w:b/>
          <w:i w:val="0"/>
          <w:smallCaps w:val="0"/>
          <w:strike w:val="0"/>
          <w:sz w:val="28"/>
          <w:highlight w:val="cyan"/>
          <w:u w:val="single"/>
        </w:rPr>
        <w:t>harm</w:t>
      </w:r>
      <w:r>
        <w:rPr>
          <w:b w:val="0"/>
          <w:i w:val="0"/>
          <w:smallCaps w:val="0"/>
          <w:strike w:val="0"/>
          <w:sz w:val="28"/>
          <w:u w:val="single"/>
        </w:rPr>
        <w:t xml:space="preserve"> </w:t>
      </w:r>
      <w:r>
        <w:rPr>
          <w:b w:val="0"/>
          <w:i w:val="0"/>
          <w:smallCaps w:val="0"/>
          <w:strike w:val="0"/>
          <w:sz w:val="22"/>
          <w:u w:val="single"/>
        </w:rPr>
        <w:t>to the structure of the universe itself.</w:t>
      </w:r>
    </w:p>
    <w:p>
      <w:pPr>
        <w:spacing w:after="60"/>
      </w:pPr>
      <w:r>
        <w:rPr>
          <w:b w:val="0"/>
          <w:i w:val="0"/>
          <w:smallCaps w:val="0"/>
          <w:strike w:val="0"/>
          <w:sz w:val="22"/>
          <w:highlight w:val="cyan"/>
          <w:u w:val="single"/>
        </w:rPr>
        <w:t>2. We don’t have</w:t>
      </w:r>
      <w:r>
        <w:rPr>
          <w:b w:val="0"/>
          <w:i w:val="0"/>
          <w:smallCaps w:val="0"/>
          <w:strike w:val="0"/>
          <w:sz w:val="22"/>
          <w:u w:val="single"/>
        </w:rPr>
        <w:t xml:space="preserve"> the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to do anything the</w:t>
      </w:r>
      <w:r>
        <w:rPr>
          <w:b w:val="0"/>
          <w:i w:val="0"/>
          <w:smallCaps w:val="0"/>
          <w:strike w:val="0"/>
          <w:sz w:val="22"/>
          <w:u w:val="single"/>
        </w:rPr>
        <w:t xml:space="preserve"> natural </w:t>
      </w:r>
      <w:r>
        <w:rPr>
          <w:b w:val="0"/>
          <w:i w:val="0"/>
          <w:smallCaps w:val="0"/>
          <w:strike w:val="0"/>
          <w:sz w:val="22"/>
          <w:highlight w:val="cyan"/>
          <w:u w:val="single"/>
        </w:rPr>
        <w:t>world isn’t already doing</w:t>
      </w:r>
      <w:r>
        <w:rPr>
          <w:b w:val="0"/>
          <w:i w:val="0"/>
          <w:smallCaps w:val="0"/>
          <w:strike w:val="0"/>
          <w:sz w:val="22"/>
          <w:u w:val="single"/>
        </w:rPr>
        <w:t xml:space="preserve">. </w:t>
      </w:r>
    </w:p>
    <w:p>
      <w:pPr>
        <w:spacing w:after="60"/>
      </w:pPr>
      <w:r>
        <w:rPr>
          <w:b w:val="0"/>
          <w:i w:val="0"/>
          <w:smallCaps w:val="0"/>
          <w:strike w:val="0"/>
          <w:sz w:val="22"/>
          <w:u w:val="single"/>
        </w:rPr>
        <w:t xml:space="preserve">If we can’t endanger the universe with raw explosive power, </w:t>
      </w:r>
      <w:r>
        <w:rPr>
          <w:b w:val="0"/>
          <w:i w:val="0"/>
          <w:smallCaps w:val="0"/>
          <w:strike w:val="0"/>
          <w:sz w:val="22"/>
          <w:u w:val="single"/>
        </w:rPr>
        <w:t>can we can</w:t>
      </w:r>
      <w:r>
        <w:rPr>
          <w:b w:val="0"/>
          <w:i w:val="0"/>
          <w:smallCaps w:val="0"/>
          <w:strike w:val="0"/>
          <w:sz w:val="22"/>
          <w:u w:val="single"/>
        </w:rPr>
        <w:t xml:space="preserve"> endanger it by tinkering with the natural order of things? Maybe, if we ever figure out how, but </w:t>
      </w:r>
      <w:r>
        <w:rPr>
          <w:b w:val="0"/>
          <w:i w:val="0"/>
          <w:smallCaps w:val="0"/>
          <w:strike w:val="0"/>
          <w:sz w:val="22"/>
          <w:highlight w:val="cyan"/>
          <w:u w:val="single"/>
        </w:rPr>
        <w:t>everything humanity has</w:t>
      </w:r>
      <w:r>
        <w:rPr>
          <w:b w:val="0"/>
          <w:i w:val="0"/>
          <w:smallCaps w:val="0"/>
          <w:strike w:val="0"/>
          <w:sz w:val="22"/>
          <w:u w:val="single"/>
        </w:rPr>
        <w:t xml:space="preserve"> ever </w:t>
      </w:r>
      <w:r>
        <w:rPr>
          <w:b w:val="0"/>
          <w:i w:val="0"/>
          <w:smallCaps w:val="0"/>
          <w:strike w:val="0"/>
          <w:sz w:val="22"/>
          <w:highlight w:val="cyan"/>
          <w:u w:val="single"/>
        </w:rPr>
        <w:t>done</w:t>
      </w:r>
      <w:r>
        <w:rPr>
          <w:b w:val="0"/>
          <w:i w:val="0"/>
          <w:smallCaps w:val="0"/>
          <w:strike w:val="0"/>
          <w:sz w:val="22"/>
          <w:u w:val="single"/>
        </w:rPr>
        <w:t xml:space="preserve"> so far </w:t>
      </w:r>
      <w:r>
        <w:rPr>
          <w:b w:val="0"/>
          <w:i w:val="0"/>
          <w:smallCaps w:val="0"/>
          <w:strike w:val="0"/>
          <w:sz w:val="22"/>
          <w:highlight w:val="cyan"/>
          <w:u w:val="single"/>
        </w:rPr>
        <w:t xml:space="preserve">has </w:t>
      </w:r>
      <w:r>
        <w:rPr>
          <w:b/>
          <w:i w:val="0"/>
          <w:smallCaps w:val="0"/>
          <w:strike w:val="0"/>
          <w:sz w:val="24"/>
          <w:highlight w:val="cyan"/>
          <w:u w:val="single"/>
        </w:rPr>
        <w:t>fallen well within</w:t>
      </w:r>
      <w:r>
        <w:rPr>
          <w:b/>
          <w:i w:val="0"/>
          <w:smallCaps w:val="0"/>
          <w:strike w:val="0"/>
          <w:sz w:val="24"/>
          <w:u w:val="single"/>
        </w:rPr>
        <w:t xml:space="preserve"> the parameters of </w:t>
      </w:r>
      <w:r>
        <w:rPr>
          <w:b/>
          <w:i w:val="0"/>
          <w:smallCaps w:val="0"/>
          <w:strike w:val="0"/>
          <w:sz w:val="24"/>
          <w:highlight w:val="cyan"/>
          <w:u w:val="single"/>
        </w:rPr>
        <w:t>the natural order</w:t>
      </w:r>
      <w:r>
        <w:rPr>
          <w:b w:val="0"/>
          <w:i w:val="0"/>
          <w:smallCaps w:val="0"/>
          <w:strike w:val="0"/>
          <w:sz w:val="24"/>
          <w:u w:val="single"/>
        </w:rPr>
        <w:t xml:space="preserve"> </w:t>
      </w:r>
      <w:r>
        <w:rPr>
          <w:b w:val="0"/>
          <w:i w:val="0"/>
          <w:smallCaps w:val="0"/>
          <w:strike w:val="0"/>
          <w:sz w:val="22"/>
          <w:u w:val="single"/>
        </w:rPr>
        <w:t>of things.</w:t>
      </w:r>
    </w:p>
    <w:p>
      <w:pPr>
        <w:spacing w:after="60"/>
      </w:pPr>
      <w:r>
        <w:rPr>
          <w:b w:val="0"/>
          <w:i w:val="0"/>
          <w:smallCaps w:val="0"/>
          <w:strike w:val="0"/>
          <w:sz w:val="22"/>
          <w:u w:val="single"/>
        </w:rPr>
        <w:t xml:space="preserve">Even nuclear </w:t>
      </w:r>
      <w:r>
        <w:rPr>
          <w:b w:val="0"/>
          <w:i w:val="0"/>
          <w:smallCaps w:val="0"/>
          <w:strike w:val="0"/>
          <w:sz w:val="22"/>
          <w:highlight w:val="cyan"/>
          <w:u w:val="single"/>
        </w:rPr>
        <w:t>fission</w:t>
      </w:r>
      <w:r>
        <w:rPr>
          <w:b w:val="0"/>
          <w:i w:val="0"/>
          <w:smallCaps w:val="0"/>
          <w:strike w:val="0"/>
          <w:sz w:val="16"/>
          <w:u w:val="none"/>
        </w:rPr>
        <w:t xml:space="preserve">, the go-to example of humanity harnessing the power of the gods, </w:t>
      </w:r>
      <w:r>
        <w:rPr>
          <w:b w:val="0"/>
          <w:i w:val="0"/>
          <w:smallCaps w:val="0"/>
          <w:strike w:val="0"/>
          <w:sz w:val="22"/>
          <w:highlight w:val="cyan"/>
          <w:u w:val="single"/>
        </w:rPr>
        <w:t>is nothing new</w:t>
      </w:r>
      <w:r>
        <w:rPr>
          <w:b w:val="0"/>
          <w:i w:val="0"/>
          <w:smallCaps w:val="0"/>
          <w:strike w:val="0"/>
          <w:sz w:val="22"/>
          <w:u w:val="single"/>
        </w:rPr>
        <w:t xml:space="preserve">; it occurred naturally in 17 underground sites in West Africa two billion years ago, no Manhattan Project needed. And the </w:t>
      </w:r>
      <w:r>
        <w:rPr>
          <w:b/>
          <w:i w:val="0"/>
          <w:smallCaps w:val="0"/>
          <w:strike w:val="0"/>
          <w:sz w:val="24"/>
          <w:highlight w:val="cyan"/>
          <w:u w:val="single"/>
        </w:rPr>
        <w:t>L</w:t>
      </w:r>
      <w:r>
        <w:rPr>
          <w:b w:val="0"/>
          <w:i w:val="0"/>
          <w:smallCaps w:val="0"/>
          <w:strike w:val="0"/>
          <w:sz w:val="16"/>
          <w:u w:val="none"/>
        </w:rPr>
        <w:t xml:space="preserve">arge </w:t>
      </w:r>
      <w:r>
        <w:rPr>
          <w:b/>
          <w:i w:val="0"/>
          <w:smallCaps w:val="0"/>
          <w:strike w:val="0"/>
          <w:sz w:val="24"/>
          <w:highlight w:val="cyan"/>
          <w:u w:val="single"/>
        </w:rPr>
        <w:t>H</w:t>
      </w:r>
      <w:r>
        <w:rPr>
          <w:b w:val="0"/>
          <w:i w:val="0"/>
          <w:smallCaps w:val="0"/>
          <w:strike w:val="0"/>
          <w:sz w:val="16"/>
          <w:u w:val="none"/>
        </w:rPr>
        <w:t xml:space="preserve">adron </w:t>
      </w:r>
      <w:r>
        <w:rPr>
          <w:b/>
          <w:i w:val="0"/>
          <w:smallCaps w:val="0"/>
          <w:strike w:val="0"/>
          <w:sz w:val="24"/>
          <w:highlight w:val="cyan"/>
          <w:u w:val="single"/>
        </w:rPr>
        <w:t>C</w:t>
      </w:r>
      <w:r>
        <w:rPr>
          <w:b w:val="0"/>
          <w:i w:val="0"/>
          <w:smallCaps w:val="0"/>
          <w:strike w:val="0"/>
          <w:sz w:val="16"/>
          <w:u w:val="none"/>
        </w:rPr>
        <w:t xml:space="preserve">ollider, wonderful though it is, </w:t>
      </w:r>
      <w:r>
        <w:rPr>
          <w:b w:val="0"/>
          <w:i w:val="0"/>
          <w:smallCaps w:val="0"/>
          <w:strike w:val="0"/>
          <w:sz w:val="22"/>
          <w:u w:val="single"/>
        </w:rPr>
        <w:t xml:space="preserve">just </w:t>
      </w:r>
      <w:r>
        <w:rPr>
          <w:b w:val="0"/>
          <w:i w:val="0"/>
          <w:smallCaps w:val="0"/>
          <w:strike w:val="0"/>
          <w:sz w:val="22"/>
          <w:highlight w:val="cyan"/>
          <w:u w:val="single"/>
        </w:rPr>
        <w:t>stimulates</w:t>
      </w:r>
      <w:r>
        <w:rPr>
          <w:b w:val="0"/>
          <w:i w:val="0"/>
          <w:smallCaps w:val="0"/>
          <w:strike w:val="0"/>
          <w:sz w:val="22"/>
          <w:u w:val="single"/>
        </w:rPr>
        <w:t xml:space="preserve"> weak</w:t>
      </w:r>
      <w:r>
        <w:rPr>
          <w:b w:val="0"/>
          <w:i w:val="0"/>
          <w:smallCaps w:val="0"/>
          <w:strike w:val="0"/>
          <w:sz w:val="22"/>
          <w:u w:val="single"/>
        </w:rPr>
        <w:t xml:space="preserve">, observable </w:t>
      </w:r>
      <w:r>
        <w:rPr>
          <w:b w:val="0"/>
          <w:i w:val="0"/>
          <w:smallCaps w:val="0"/>
          <w:strike w:val="0"/>
          <w:sz w:val="22"/>
          <w:u w:val="single"/>
        </w:rPr>
        <w:t xml:space="preserve">versions of </w:t>
      </w:r>
      <w:r>
        <w:rPr>
          <w:b w:val="0"/>
          <w:i w:val="0"/>
          <w:smallCaps w:val="0"/>
          <w:strike w:val="0"/>
          <w:sz w:val="22"/>
          <w:highlight w:val="cyan"/>
          <w:u w:val="single"/>
        </w:rPr>
        <w:t>processes</w:t>
      </w:r>
      <w:r>
        <w:rPr>
          <w:b w:val="0"/>
          <w:i w:val="0"/>
          <w:smallCaps w:val="0"/>
          <w:strike w:val="0"/>
          <w:sz w:val="22"/>
          <w:u w:val="single"/>
        </w:rPr>
        <w:t xml:space="preserve"> that </w:t>
      </w:r>
      <w:r>
        <w:rPr>
          <w:b w:val="0"/>
          <w:i w:val="0"/>
          <w:smallCaps w:val="0"/>
          <w:strike w:val="0"/>
          <w:sz w:val="22"/>
          <w:highlight w:val="cyan"/>
          <w:u w:val="single"/>
        </w:rPr>
        <w:t>natural</w:t>
      </w:r>
      <w:r>
        <w:rPr>
          <w:b w:val="0"/>
          <w:i w:val="0"/>
          <w:smallCaps w:val="0"/>
          <w:strike w:val="0"/>
          <w:sz w:val="22"/>
          <w:u w:val="single"/>
        </w:rPr>
        <w:t xml:space="preserve">ly occur </w:t>
      </w:r>
      <w:r>
        <w:rPr>
          <w:b w:val="0"/>
          <w:i w:val="0"/>
          <w:smallCaps w:val="0"/>
          <w:strike w:val="0"/>
          <w:sz w:val="22"/>
          <w:highlight w:val="cyan"/>
          <w:u w:val="single"/>
        </w:rPr>
        <w:t>in</w:t>
      </w:r>
      <w:r>
        <w:rPr>
          <w:b w:val="0"/>
          <w:i w:val="0"/>
          <w:smallCaps w:val="0"/>
          <w:strike w:val="0"/>
          <w:sz w:val="22"/>
          <w:u w:val="single"/>
        </w:rPr>
        <w:t xml:space="preserve"> local </w:t>
      </w:r>
      <w:r>
        <w:rPr>
          <w:b w:val="0"/>
          <w:i w:val="0"/>
          <w:smallCaps w:val="0"/>
          <w:strike w:val="0"/>
          <w:sz w:val="22"/>
          <w:highlight w:val="cyan"/>
          <w:u w:val="single"/>
        </w:rPr>
        <w:t>space</w:t>
      </w:r>
      <w:r>
        <w:rPr>
          <w:b w:val="0"/>
          <w:i w:val="0"/>
          <w:smallCaps w:val="0"/>
          <w:strike w:val="0"/>
          <w:sz w:val="22"/>
          <w:u w:val="single"/>
        </w:rPr>
        <w:t xml:space="preserve"> on a regular basis. There is,</w:t>
      </w:r>
      <w:r>
        <w:rPr>
          <w:b w:val="0"/>
          <w:i w:val="0"/>
          <w:smallCaps w:val="0"/>
          <w:strike w:val="0"/>
          <w:sz w:val="16"/>
          <w:u w:val="none"/>
        </w:rPr>
        <w:t xml:space="preserve"> in the words of Ecclesiastes, </w:t>
      </w:r>
      <w:r>
        <w:rPr>
          <w:b w:val="0"/>
          <w:i w:val="0"/>
          <w:smallCaps w:val="0"/>
          <w:strike w:val="0"/>
          <w:sz w:val="22"/>
          <w:u w:val="single"/>
        </w:rPr>
        <w:t xml:space="preserve">nothing new under the Sun. All we’re ultimately doing is rearranging our environment, much like other nestmaking animals do; we have yet to create anything that is, in a cosmic sense, out of the ordinary. And as </w:t>
      </w:r>
      <w:r>
        <w:rPr>
          <w:b w:val="0"/>
          <w:i w:val="0"/>
          <w:smallCaps w:val="0"/>
          <w:strike w:val="0"/>
          <w:sz w:val="22"/>
          <w:highlight w:val="cyan"/>
          <w:u w:val="single"/>
        </w:rPr>
        <w:t xml:space="preserve">the universe is </w:t>
      </w:r>
      <w:r>
        <w:rPr>
          <w:b/>
          <w:i w:val="0"/>
          <w:smallCaps w:val="0"/>
          <w:strike w:val="0"/>
          <w:sz w:val="24"/>
          <w:highlight w:val="cyan"/>
          <w:u w:val="single"/>
        </w:rPr>
        <w:t>unlikely to be destroyed</w:t>
      </w:r>
      <w:r>
        <w:rPr>
          <w:b w:val="0"/>
          <w:i w:val="0"/>
          <w:smallCaps w:val="0"/>
          <w:strike w:val="0"/>
          <w:sz w:val="24"/>
          <w:highlight w:val="cyan"/>
          <w:u w:val="single"/>
        </w:rPr>
        <w:t xml:space="preserve"> </w:t>
      </w:r>
      <w:r>
        <w:rPr>
          <w:b w:val="0"/>
          <w:i w:val="0"/>
          <w:smallCaps w:val="0"/>
          <w:strike w:val="0"/>
          <w:sz w:val="22"/>
          <w:highlight w:val="cyan"/>
          <w:u w:val="single"/>
        </w:rPr>
        <w:t>by something</w:t>
      </w:r>
      <w:r>
        <w:rPr>
          <w:b w:val="0"/>
          <w:i w:val="0"/>
          <w:smallCaps w:val="0"/>
          <w:strike w:val="0"/>
          <w:sz w:val="22"/>
          <w:u w:val="single"/>
        </w:rPr>
        <w:t xml:space="preserve"> that </w:t>
      </w:r>
      <w:r>
        <w:rPr>
          <w:b w:val="0"/>
          <w:i w:val="0"/>
          <w:smallCaps w:val="0"/>
          <w:strike w:val="0"/>
          <w:sz w:val="22"/>
          <w:highlight w:val="cyan"/>
          <w:u w:val="single"/>
        </w:rPr>
        <w:t>it ordinarily produces</w:t>
      </w:r>
      <w:r>
        <w:rPr>
          <w:b w:val="0"/>
          <w:i w:val="0"/>
          <w:smallCaps w:val="0"/>
          <w:strike w:val="0"/>
          <w:sz w:val="22"/>
          <w:u w:val="single"/>
        </w:rPr>
        <w:t xml:space="preserve"> on its own, </w:t>
      </w:r>
      <w:r>
        <w:rPr>
          <w:b/>
          <w:i w:val="0"/>
          <w:smallCaps w:val="0"/>
          <w:strike w:val="0"/>
          <w:sz w:val="24"/>
          <w:highlight w:val="cyan"/>
          <w:u w:val="single"/>
        </w:rPr>
        <w:t>it should be safe</w:t>
      </w:r>
      <w:r>
        <w:rPr>
          <w:b w:val="0"/>
          <w:i w:val="0"/>
          <w:smallCaps w:val="0"/>
          <w:strike w:val="0"/>
          <w:sz w:val="22"/>
          <w:u w:val="single"/>
        </w:rPr>
        <w:t xml:space="preserve"> from us </w:t>
      </w:r>
      <w:r>
        <w:rPr>
          <w:b w:val="0"/>
          <w:i w:val="0"/>
          <w:smallCaps w:val="0"/>
          <w:strike w:val="0"/>
          <w:sz w:val="22"/>
          <w:highlight w:val="cyan"/>
          <w:u w:val="single"/>
        </w:rPr>
        <w:t xml:space="preserve">for a </w:t>
      </w:r>
      <w:r>
        <w:rPr>
          <w:b/>
          <w:i w:val="0"/>
          <w:smallCaps w:val="0"/>
          <w:strike w:val="0"/>
          <w:sz w:val="24"/>
          <w:highlight w:val="cyan"/>
          <w:u w:val="single"/>
        </w:rPr>
        <w:t>long time</w:t>
      </w:r>
      <w:r>
        <w:rPr>
          <w:b/>
          <w:i w:val="0"/>
          <w:smallCaps w:val="0"/>
          <w:strike w:val="0"/>
          <w:sz w:val="24"/>
          <w:u w:val="single"/>
        </w:rPr>
        <w:t xml:space="preserve"> to come</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