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Catastrophe </w:t>
      </w:r>
      <w:r>
        <w:rPr>
          <w:b/>
          <w:i w:val="0"/>
          <w:smallCaps w:val="0"/>
          <w:strike w:val="0"/>
          <w:sz w:val="26"/>
          <w:u w:val="single"/>
        </w:rPr>
        <w:t>here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can’t reach</w:t>
      </w:r>
      <w:r>
        <w:rPr>
          <w:b/>
          <w:i w:val="0"/>
          <w:smallCaps w:val="0"/>
          <w:strike w:val="0"/>
          <w:sz w:val="26"/>
          <w:u w:val="none"/>
        </w:rPr>
        <w:t xml:space="preserve"> other parts of a </w:t>
      </w:r>
      <w:r>
        <w:rPr>
          <w:b/>
          <w:i w:val="0"/>
          <w:smallCaps w:val="0"/>
          <w:strike w:val="0"/>
          <w:sz w:val="26"/>
          <w:u w:val="single"/>
        </w:rPr>
        <w:t>massive space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Taksh </w:t>
      </w:r>
      <w:r>
        <w:rPr>
          <w:b/>
          <w:i w:val="0"/>
          <w:smallCaps w:val="0"/>
          <w:strike w:val="0"/>
          <w:sz w:val="26"/>
          <w:u w:val="none"/>
        </w:rPr>
        <w:t>Jyoti 15</w:t>
      </w:r>
      <w:r>
        <w:rPr>
          <w:b w:val="0"/>
          <w:i w:val="0"/>
          <w:smallCaps w:val="0"/>
          <w:strike w:val="0"/>
          <w:u w:val="none"/>
        </w:rPr>
        <w:t xml:space="preserve">, Studied at KCPS, “Is It Possible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Destroy The Universe?”, Quora, 8/24/2015, https://www.quora.com/Is-it-possible-to-destroy-the-universe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Theoretically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 practical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humans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 not have the energy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enough to destroy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universe .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nuclear weapons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earth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can't even destroy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Jupiter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there can be many natural events that can cause the extinction of the </w:t>
      </w:r>
      <w:r>
        <w:rPr>
          <w:b w:val="0"/>
          <w:i w:val="0"/>
          <w:smallCaps w:val="0"/>
          <w:strike w:val="0"/>
          <w:u w:val="none"/>
        </w:rPr>
        <w:t>universe 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First</w:t>
      </w:r>
      <w:r>
        <w:rPr>
          <w:b w:val="0"/>
          <w:i w:val="0"/>
          <w:smallCaps w:val="0"/>
          <w:strike w:val="0"/>
          <w:u w:val="none"/>
        </w:rPr>
        <w:t xml:space="preserve"> of them can be a super </w:t>
      </w:r>
      <w:r>
        <w:rPr>
          <w:b w:val="0"/>
          <w:i w:val="0"/>
          <w:smallCaps w:val="0"/>
          <w:strike w:val="0"/>
          <w:u w:val="none"/>
        </w:rPr>
        <w:t>super</w:t>
      </w:r>
      <w:r>
        <w:rPr>
          <w:b w:val="0"/>
          <w:i w:val="0"/>
          <w:smallCaps w:val="0"/>
          <w:strike w:val="0"/>
          <w:u w:val="none"/>
        </w:rPr>
        <w:t xml:space="preserve"> massive black </w:t>
      </w:r>
      <w:r>
        <w:rPr>
          <w:b w:val="0"/>
          <w:i w:val="0"/>
          <w:smallCaps w:val="0"/>
          <w:strike w:val="0"/>
          <w:u w:val="none"/>
        </w:rPr>
        <w:t>holes 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Secondly there can be collisions of galaxies but the likelihood of it happening is very </w:t>
      </w:r>
      <w:r>
        <w:rPr>
          <w:b w:val="0"/>
          <w:i w:val="0"/>
          <w:smallCaps w:val="0"/>
          <w:strike w:val="0"/>
          <w:u w:val="none"/>
        </w:rPr>
        <w:t>rare 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important thing to know is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universe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apocalypse in part</w:t>
      </w:r>
      <w:r>
        <w:rPr>
          <w:b/>
          <w:i w:val="0"/>
          <w:smallCaps w:val="0"/>
          <w:strike w:val="0"/>
          <w:sz w:val="24"/>
          <w:u w:val="single"/>
        </w:rPr>
        <w:t xml:space="preserve"> of the universe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will not affect the other end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Scientists have a belief that once the universe stops expanding it will start contracting to the single point from where all it </w:t>
      </w:r>
      <w:r>
        <w:rPr>
          <w:b w:val="0"/>
          <w:i w:val="0"/>
          <w:smallCaps w:val="0"/>
          <w:strike w:val="0"/>
          <w:u w:val="none"/>
        </w:rPr>
        <w:t>began ,</w:t>
      </w:r>
      <w:r>
        <w:rPr>
          <w:b w:val="0"/>
          <w:i w:val="0"/>
          <w:smallCaps w:val="0"/>
          <w:strike w:val="0"/>
          <w:u w:val="none"/>
        </w:rPr>
        <w:t xml:space="preserve"> that is the reverse of big bang.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