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is the </w:t>
      </w:r>
      <w:r>
        <w:rPr>
          <w:b/>
          <w:i w:val="0"/>
          <w:smallCaps w:val="0"/>
          <w:strike w:val="0"/>
          <w:sz w:val="26"/>
          <w:u w:val="single"/>
        </w:rPr>
        <w:t>worst possible impact</w:t>
      </w:r>
      <w:r>
        <w:rPr>
          <w:b/>
          <w:i w:val="0"/>
          <w:smallCaps w:val="0"/>
          <w:strike w:val="0"/>
          <w:sz w:val="26"/>
          <w:u w:val="none"/>
        </w:rPr>
        <w:t xml:space="preserve"> by eradicating all current and possible value---it’s </w:t>
      </w:r>
      <w:r>
        <w:rPr>
          <w:b/>
          <w:i w:val="0"/>
          <w:smallCaps w:val="0"/>
          <w:strike w:val="0"/>
          <w:sz w:val="26"/>
          <w:u w:val="single"/>
        </w:rPr>
        <w:t>profoundly evil</w:t>
      </w:r>
      <w:r>
        <w:rPr>
          <w:b/>
          <w:i w:val="0"/>
          <w:smallCaps w:val="0"/>
          <w:strike w:val="0"/>
          <w:sz w:val="26"/>
          <w:u w:val="none"/>
        </w:rPr>
        <w:t xml:space="preserve">, even if they win </w:t>
      </w:r>
      <w:r>
        <w:rPr>
          <w:b/>
          <w:i w:val="0"/>
          <w:smallCaps w:val="0"/>
          <w:strike w:val="0"/>
          <w:sz w:val="26"/>
          <w:u w:val="single"/>
        </w:rPr>
        <w:t>all</w:t>
      </w:r>
      <w:r>
        <w:rPr>
          <w:b/>
          <w:i w:val="0"/>
          <w:smallCaps w:val="0"/>
          <w:strike w:val="0"/>
          <w:sz w:val="26"/>
          <w:u w:val="none"/>
        </w:rPr>
        <w:t xml:space="preserve"> of</w:t>
      </w:r>
      <w:r>
        <w:rPr>
          <w:b/>
          <w:i w:val="0"/>
          <w:smallCaps w:val="0"/>
          <w:strike w:val="0"/>
          <w:sz w:val="26"/>
          <w:u w:val="none"/>
        </w:rPr>
        <w:t xml:space="preserve"> their arguments</w:t>
      </w:r>
    </w:p>
    <w:p>
      <w:pPr>
        <w:spacing w:after="80"/>
      </w:pPr>
      <w:r>
        <w:rPr>
          <w:b w:val="0"/>
          <w:i w:val="0"/>
          <w:smallCaps w:val="0"/>
          <w:strike w:val="0"/>
          <w:u w:val="none"/>
        </w:rPr>
        <w:t xml:space="preserve">Phil </w:t>
      </w:r>
      <w:r>
        <w:rPr>
          <w:b/>
          <w:i w:val="0"/>
          <w:smallCaps w:val="0"/>
          <w:strike w:val="0"/>
          <w:sz w:val="26"/>
          <w:u w:val="none"/>
        </w:rPr>
        <w:t>Torres 20</w:t>
      </w:r>
      <w:r>
        <w:rPr>
          <w:b w:val="0"/>
          <w:i w:val="0"/>
          <w:smallCaps w:val="0"/>
          <w:strike w:val="0"/>
          <w:u w:val="none"/>
        </w:rPr>
        <w:t xml:space="preserve">, Affiliate Scholar at the Institute for Ethics and Emerging Technologies, Founder of the X-Risks Institute, Writer Appearing in Skeptic, Free Inquiry, Bulletin of the Atomic Scientists, Salon, Truthout, Erkenntnis, </w:t>
      </w:r>
      <w:r>
        <w:rPr>
          <w:b w:val="0"/>
          <w:i w:val="0"/>
          <w:smallCaps w:val="0"/>
          <w:strike w:val="0"/>
          <w:u w:val="none"/>
        </w:rPr>
        <w:t>Metaphilosophy</w:t>
      </w:r>
      <w:r>
        <w:rPr>
          <w:b w:val="0"/>
          <w:i w:val="0"/>
          <w:smallCaps w:val="0"/>
          <w:strike w:val="0"/>
          <w:u w:val="none"/>
        </w:rPr>
        <w:t>, “Can Anti-Natalists Oppose Human Extinction? The Harm-Benefit Asymmetry, Person-Uploading, and Human Enhancement”, South African Journal of Philosophy, Volume 39, Issue 3, p. 8-10 [language modified]</w:t>
      </w:r>
    </w:p>
    <w:p>
      <w:pPr>
        <w:spacing w:after="60"/>
      </w:pPr>
      <w:r>
        <w:rPr>
          <w:b w:val="0"/>
          <w:i w:val="0"/>
          <w:smallCaps w:val="0"/>
          <w:strike w:val="0"/>
          <w:sz w:val="16"/>
          <w:u w:val="none"/>
        </w:rPr>
        <w:t xml:space="preserve">But claiming that there should not be any more people does not imply that the population should be zero. As already stated: </w:t>
      </w:r>
      <w:r>
        <w:rPr>
          <w:b w:val="0"/>
          <w:i w:val="0"/>
          <w:smallCaps w:val="0"/>
          <w:strike w:val="0"/>
          <w:sz w:val="22"/>
          <w:highlight w:val="cyan"/>
          <w:u w:val="single"/>
        </w:rPr>
        <w:t xml:space="preserve">life-extension </w:t>
      </w:r>
      <w:r>
        <w:rPr>
          <w:b/>
          <w:i w:val="0"/>
          <w:smallCaps w:val="0"/>
          <w:strike w:val="0"/>
          <w:sz w:val="24"/>
          <w:highlight w:val="cyan"/>
          <w:u w:val="single"/>
        </w:rPr>
        <w:t>tech</w:t>
      </w:r>
      <w:r>
        <w:rPr>
          <w:b w:val="0"/>
          <w:i w:val="0"/>
          <w:smallCaps w:val="0"/>
          <w:strike w:val="0"/>
          <w:sz w:val="22"/>
          <w:u w:val="single"/>
        </w:rPr>
        <w:t xml:space="preserve">nologies </w:t>
      </w:r>
      <w:r>
        <w:rPr>
          <w:b w:val="0"/>
          <w:i w:val="0"/>
          <w:smallCaps w:val="0"/>
          <w:strike w:val="0"/>
          <w:sz w:val="22"/>
          <w:highlight w:val="cyan"/>
          <w:u w:val="single"/>
        </w:rPr>
        <w:t>could enable</w:t>
      </w:r>
      <w:r>
        <w:rPr>
          <w:b w:val="0"/>
          <w:i w:val="0"/>
          <w:smallCaps w:val="0"/>
          <w:strike w:val="0"/>
          <w:sz w:val="22"/>
          <w:u w:val="single"/>
        </w:rPr>
        <w:t xml:space="preserve"> people to live indefinitely long lives – that is, to attain</w:t>
      </w:r>
      <w:r>
        <w:rPr>
          <w:b w:val="0"/>
          <w:i w:val="0"/>
          <w:smallCaps w:val="0"/>
          <w:strike w:val="0"/>
          <w:sz w:val="16"/>
          <w:u w:val="none"/>
        </w:rPr>
        <w:t xml:space="preserve"> what I call </w:t>
      </w:r>
      <w:r>
        <w:rPr>
          <w:b/>
          <w:i w:val="0"/>
          <w:smallCaps w:val="0"/>
          <w:strike w:val="0"/>
          <w:sz w:val="24"/>
          <w:highlight w:val="cyan"/>
          <w:u w:val="single"/>
        </w:rPr>
        <w:t>“functional immortality”</w:t>
      </w:r>
      <w:r>
        <w:rPr>
          <w:b w:val="0"/>
          <w:i w:val="0"/>
          <w:smallCaps w:val="0"/>
          <w:strike w:val="0"/>
          <w:sz w:val="16"/>
          <w:u w:val="none"/>
        </w:rPr>
        <w:t xml:space="preserve">, whereby one lives until she either succumbs to injury, commits suicide, or perishes due to the heat death of the universe.8 This gestures the “dual policy” at the heart of no-extinction anti-natalism: first, we should stop procreating entirely (anti-natalism), and second, </w:t>
      </w:r>
      <w:r>
        <w:rPr>
          <w:b w:val="0"/>
          <w:i w:val="0"/>
          <w:smallCaps w:val="0"/>
          <w:strike w:val="0"/>
          <w:sz w:val="22"/>
          <w:u w:val="single"/>
        </w:rPr>
        <w:t>we should develop safe and effective life-extension technologies</w:t>
      </w:r>
      <w:r>
        <w:rPr>
          <w:b w:val="0"/>
          <w:i w:val="0"/>
          <w:smallCaps w:val="0"/>
          <w:strike w:val="0"/>
          <w:sz w:val="16"/>
          <w:u w:val="none"/>
        </w:rPr>
        <w:t xml:space="preserve"> (pro-</w:t>
      </w:r>
      <w:r>
        <w:rPr>
          <w:b w:val="0"/>
          <w:i w:val="0"/>
          <w:smallCaps w:val="0"/>
          <w:strike w:val="0"/>
          <w:sz w:val="16"/>
          <w:u w:val="none"/>
        </w:rPr>
        <w:t>immortalism</w:t>
      </w:r>
      <w:r>
        <w:rPr>
          <w:b w:val="0"/>
          <w:i w:val="0"/>
          <w:smallCaps w:val="0"/>
          <w:strike w:val="0"/>
          <w:sz w:val="16"/>
          <w:u w:val="none"/>
        </w:rPr>
        <w:t xml:space="preserve">). This should appeal to Benatar himself given his anti-Epicurean view that death is (often) bad and, as such, one ought to (typically) avoid it. The reason is that, when evaluating an outcome, </w:t>
      </w:r>
      <w:r>
        <w:rPr>
          <w:b w:val="0"/>
          <w:i/>
          <w:smallCaps w:val="0"/>
          <w:strike w:val="0"/>
          <w:sz w:val="16"/>
          <w:u w:val="none"/>
        </w:rPr>
        <w:t>any</w:t>
      </w:r>
      <w:r>
        <w:rPr>
          <w:b w:val="0"/>
          <w:i w:val="0"/>
          <w:smallCaps w:val="0"/>
          <w:strike w:val="0"/>
          <w:sz w:val="16"/>
          <w:u w:val="none"/>
        </w:rPr>
        <w:t xml:space="preserve"> harm at all “will be decisive”. Since “we (usually) have an interest in continuing to exist…death may be thought of as a harm, even though coming into existence is also a harm” (Benatar 2006, 213). This links to an important distinction between “lives worth starting” and “lives worth continuing”. </w:t>
      </w:r>
      <w:r>
        <w:rPr>
          <w:b w:val="0"/>
          <w:i w:val="0"/>
          <w:smallCaps w:val="0"/>
          <w:strike w:val="0"/>
          <w:sz w:val="22"/>
          <w:u w:val="single"/>
        </w:rPr>
        <w:t xml:space="preserve">Although life is much worse than most of us </w:t>
      </w:r>
      <w:r>
        <w:rPr>
          <w:b w:val="0"/>
          <w:i w:val="0"/>
          <w:smallCaps w:val="0"/>
          <w:strike w:val="0"/>
          <w:sz w:val="22"/>
          <w:u w:val="single"/>
        </w:rPr>
        <w:t>realise</w:t>
      </w:r>
      <w:r>
        <w:rPr>
          <w:b w:val="0"/>
          <w:i w:val="0"/>
          <w:smallCaps w:val="0"/>
          <w:strike w:val="0"/>
          <w:sz w:val="22"/>
          <w:u w:val="single"/>
        </w:rPr>
        <w:t xml:space="preserve">, many </w:t>
      </w:r>
      <w:r>
        <w:rPr>
          <w:b w:val="0"/>
          <w:i w:val="0"/>
          <w:smallCaps w:val="0"/>
          <w:strike w:val="0"/>
          <w:sz w:val="22"/>
          <w:highlight w:val="cyan"/>
          <w:u w:val="single"/>
        </w:rPr>
        <w:t xml:space="preserve">lives are not </w:t>
      </w:r>
      <w:r>
        <w:rPr>
          <w:b w:val="0"/>
          <w:i/>
          <w:smallCaps w:val="0"/>
          <w:strike w:val="0"/>
          <w:sz w:val="22"/>
          <w:highlight w:val="cyan"/>
          <w:u w:val="single"/>
        </w:rPr>
        <w:t>so bad</w:t>
      </w:r>
      <w:r>
        <w:rPr>
          <w:b w:val="0"/>
          <w:i w:val="0"/>
          <w:smallCaps w:val="0"/>
          <w:strike w:val="0"/>
          <w:sz w:val="22"/>
          <w:highlight w:val="cyan"/>
          <w:u w:val="single"/>
        </w:rPr>
        <w:t xml:space="preserve"> as to warrant suicide</w:t>
      </w:r>
      <w:r>
        <w:rPr>
          <w:b w:val="0"/>
          <w:i w:val="0"/>
          <w:smallCaps w:val="0"/>
          <w:strike w:val="0"/>
          <w:sz w:val="22"/>
          <w:u w:val="single"/>
        </w:rPr>
        <w:t xml:space="preserve">. Thus, they are </w:t>
      </w:r>
      <w:r>
        <w:rPr>
          <w:b/>
          <w:i w:val="0"/>
          <w:smallCaps w:val="0"/>
          <w:strike w:val="0"/>
          <w:sz w:val="24"/>
          <w:u w:val="single"/>
        </w:rPr>
        <w:t>worth continuing</w:t>
      </w:r>
      <w:r>
        <w:rPr>
          <w:b w:val="0"/>
          <w:i w:val="0"/>
          <w:smallCaps w:val="0"/>
          <w:strike w:val="0"/>
          <w:sz w:val="22"/>
          <w:u w:val="single"/>
        </w:rPr>
        <w:t xml:space="preserve"> </w:t>
      </w:r>
      <w:r>
        <w:rPr>
          <w:b/>
          <w:i w:val="0"/>
          <w:smallCaps w:val="0"/>
          <w:strike w:val="0"/>
          <w:sz w:val="24"/>
          <w:u w:val="single"/>
        </w:rPr>
        <w:t>even though they were not worth starting</w:t>
      </w:r>
      <w:r>
        <w:rPr>
          <w:b w:val="0"/>
          <w:i w:val="0"/>
          <w:smallCaps w:val="0"/>
          <w:strike w:val="0"/>
          <w:sz w:val="22"/>
          <w:u w:val="single"/>
        </w:rPr>
        <w:t xml:space="preserve">, much like a movie that is </w:t>
      </w:r>
      <w:r>
        <w:rPr>
          <w:b/>
          <w:i w:val="0"/>
          <w:smallCaps w:val="0"/>
          <w:strike w:val="0"/>
          <w:sz w:val="24"/>
          <w:u w:val="single"/>
        </w:rPr>
        <w:t>worth finishing</w:t>
      </w:r>
      <w:r>
        <w:rPr>
          <w:b w:val="0"/>
          <w:i w:val="0"/>
          <w:smallCaps w:val="0"/>
          <w:strike w:val="0"/>
          <w:sz w:val="22"/>
          <w:u w:val="single"/>
        </w:rPr>
        <w:t xml:space="preserve"> but </w:t>
      </w:r>
      <w:r>
        <w:rPr>
          <w:b/>
          <w:i w:val="0"/>
          <w:smallCaps w:val="0"/>
          <w:strike w:val="0"/>
          <w:sz w:val="24"/>
          <w:u w:val="single"/>
        </w:rPr>
        <w:t>not having started</w:t>
      </w:r>
      <w:r>
        <w:rPr>
          <w:b w:val="0"/>
          <w:i w:val="0"/>
          <w:smallCaps w:val="0"/>
          <w:strike w:val="0"/>
          <w:sz w:val="16"/>
          <w:u w:val="none"/>
        </w:rPr>
        <w:t>. (If only you had known the movie was bad, you would have stayed home rather than venturing out to the theatre.)</w:t>
      </w:r>
    </w:p>
    <w:p>
      <w:pPr>
        <w:spacing w:after="60"/>
      </w:pPr>
      <w:r>
        <w:rPr>
          <w:b w:val="0"/>
          <w:i w:val="0"/>
          <w:smallCaps w:val="0"/>
          <w:strike w:val="0"/>
          <w:sz w:val="22"/>
          <w:u w:val="single"/>
        </w:rPr>
        <w:t xml:space="preserve">But </w:t>
      </w:r>
      <w:r>
        <w:rPr>
          <w:b/>
          <w:i w:val="0"/>
          <w:smallCaps w:val="0"/>
          <w:strike w:val="0"/>
          <w:sz w:val="24"/>
          <w:u w:val="single"/>
        </w:rPr>
        <w:t>just as</w:t>
      </w:r>
      <w:r>
        <w:rPr>
          <w:b w:val="0"/>
          <w:i w:val="0"/>
          <w:smallCaps w:val="0"/>
          <w:strike w:val="0"/>
          <w:sz w:val="22"/>
          <w:u w:val="single"/>
        </w:rPr>
        <w:t xml:space="preserve"> there are human lives worth continuing, there are arguments for why </w:t>
      </w:r>
      <w:r>
        <w:rPr>
          <w:b/>
          <w:i w:val="0"/>
          <w:smallCaps w:val="0"/>
          <w:strike w:val="0"/>
          <w:sz w:val="24"/>
          <w:u w:val="single"/>
        </w:rPr>
        <w:t>human existence is worth continuing</w:t>
      </w:r>
      <w:r>
        <w:rPr>
          <w:b w:val="0"/>
          <w:i w:val="0"/>
          <w:smallCaps w:val="0"/>
          <w:strike w:val="0"/>
          <w:sz w:val="22"/>
          <w:u w:val="single"/>
        </w:rPr>
        <w:t xml:space="preserve">, </w:t>
      </w:r>
      <w:r>
        <w:rPr>
          <w:b/>
          <w:i w:val="0"/>
          <w:smallCaps w:val="0"/>
          <w:strike w:val="0"/>
          <w:sz w:val="24"/>
          <w:u w:val="single"/>
        </w:rPr>
        <w:t>even if</w:t>
      </w:r>
      <w:r>
        <w:rPr>
          <w:b w:val="0"/>
          <w:i w:val="0"/>
          <w:smallCaps w:val="0"/>
          <w:strike w:val="0"/>
          <w:sz w:val="22"/>
          <w:u w:val="single"/>
        </w:rPr>
        <w:t xml:space="preserve"> it would have been better for our evolutionary lineage never to have been. The strongest argument against human extinction</w:t>
      </w:r>
      <w:r>
        <w:rPr>
          <w:b w:val="0"/>
          <w:i w:val="0"/>
          <w:smallCaps w:val="0"/>
          <w:strike w:val="0"/>
          <w:sz w:val="16"/>
          <w:u w:val="none"/>
        </w:rPr>
        <w:t xml:space="preserve">, if sound, </w:t>
      </w:r>
      <w:r>
        <w:rPr>
          <w:b w:val="0"/>
          <w:i w:val="0"/>
          <w:smallCaps w:val="0"/>
          <w:strike w:val="0"/>
          <w:sz w:val="22"/>
          <w:u w:val="single"/>
        </w:rPr>
        <w:t xml:space="preserve">comes from </w:t>
      </w:r>
      <w:r>
        <w:rPr>
          <w:b/>
          <w:i w:val="0"/>
          <w:smallCaps w:val="0"/>
          <w:strike w:val="0"/>
          <w:sz w:val="24"/>
          <w:u w:val="single"/>
        </w:rPr>
        <w:t>total utilitarianism</w:t>
      </w:r>
      <w:r>
        <w:rPr>
          <w:b w:val="0"/>
          <w:i w:val="0"/>
          <w:smallCaps w:val="0"/>
          <w:strike w:val="0"/>
          <w:sz w:val="16"/>
          <w:u w:val="none"/>
        </w:rPr>
        <w:t xml:space="preserve">. The first to articulate this idea was Henry Sidgwick [1874] 1962, although more recent versions proceed by calculating how many people could come to populate Earth or our future light cone, with some claiming that </w:t>
      </w:r>
      <w:r>
        <w:rPr>
          <w:b w:val="0"/>
          <w:i w:val="0"/>
          <w:smallCaps w:val="0"/>
          <w:strike w:val="0"/>
          <w:sz w:val="22"/>
          <w:u w:val="single"/>
        </w:rPr>
        <w:t xml:space="preserve">up to </w:t>
      </w:r>
      <w:r>
        <w:rPr>
          <w:b w:val="0"/>
          <w:i w:val="0"/>
          <w:smallCaps w:val="0"/>
          <w:strike w:val="0"/>
          <w:sz w:val="22"/>
          <w:highlight w:val="cyan"/>
          <w:u w:val="single"/>
        </w:rPr>
        <w:t>10^46</w:t>
      </w:r>
      <w:r>
        <w:rPr>
          <w:b w:val="0"/>
          <w:i w:val="0"/>
          <w:smallCaps w:val="0"/>
          <w:strike w:val="0"/>
          <w:sz w:val="22"/>
          <w:u w:val="single"/>
        </w:rPr>
        <w:t xml:space="preserve"> “human </w:t>
      </w:r>
      <w:r>
        <w:rPr>
          <w:b w:val="0"/>
          <w:i w:val="0"/>
          <w:smallCaps w:val="0"/>
          <w:strike w:val="0"/>
          <w:sz w:val="22"/>
          <w:highlight w:val="cyan"/>
          <w:u w:val="single"/>
        </w:rPr>
        <w:t>lifetimes” could exist per century</w:t>
      </w:r>
      <w:r>
        <w:rPr>
          <w:b w:val="0"/>
          <w:i w:val="0"/>
          <w:smallCaps w:val="0"/>
          <w:strike w:val="0"/>
          <w:sz w:val="22"/>
          <w:u w:val="single"/>
        </w:rPr>
        <w:t xml:space="preserve"> within our galactic supercluster</w:t>
      </w:r>
      <w:r>
        <w:rPr>
          <w:b w:val="0"/>
          <w:i w:val="0"/>
          <w:smallCaps w:val="0"/>
          <w:strike w:val="0"/>
          <w:sz w:val="16"/>
          <w:u w:val="none"/>
        </w:rPr>
        <w:t xml:space="preserve"> (Ćirković 2002). </w:t>
      </w:r>
      <w:r>
        <w:rPr>
          <w:b w:val="0"/>
          <w:i w:val="0"/>
          <w:smallCaps w:val="0"/>
          <w:strike w:val="0"/>
          <w:sz w:val="22"/>
          <w:u w:val="single"/>
        </w:rPr>
        <w:t xml:space="preserve">Since </w:t>
      </w:r>
      <w:r>
        <w:rPr>
          <w:b w:val="0"/>
          <w:i w:val="0"/>
          <w:smallCaps w:val="0"/>
          <w:strike w:val="0"/>
          <w:sz w:val="22"/>
          <w:highlight w:val="cyan"/>
          <w:u w:val="single"/>
        </w:rPr>
        <w:t>people are the</w:t>
      </w:r>
      <w:r>
        <w:rPr>
          <w:b w:val="0"/>
          <w:i w:val="0"/>
          <w:smallCaps w:val="0"/>
          <w:strike w:val="0"/>
          <w:sz w:val="22"/>
          <w:u w:val="single"/>
        </w:rPr>
        <w:t xml:space="preserve"> </w:t>
      </w:r>
      <w:r>
        <w:rPr>
          <w:b/>
          <w:i w:val="0"/>
          <w:smallCaps w:val="0"/>
          <w:strike w:val="0"/>
          <w:sz w:val="24"/>
          <w:highlight w:val="cyan"/>
          <w:u w:val="single"/>
        </w:rPr>
        <w:t>substrate</w:t>
      </w:r>
      <w:r>
        <w:rPr>
          <w:b w:val="0"/>
          <w:i w:val="0"/>
          <w:smallCaps w:val="0"/>
          <w:strike w:val="0"/>
          <w:sz w:val="22"/>
          <w:u w:val="single"/>
        </w:rPr>
        <w:t xml:space="preserve"> or </w:t>
      </w:r>
      <w:r>
        <w:rPr>
          <w:b/>
          <w:i w:val="0"/>
          <w:smallCaps w:val="0"/>
          <w:strike w:val="0"/>
          <w:sz w:val="24"/>
          <w:u w:val="single"/>
        </w:rPr>
        <w:t>“containers”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well-being (or </w:t>
      </w:r>
      <w:r>
        <w:rPr>
          <w:b/>
          <w:i w:val="0"/>
          <w:smallCaps w:val="0"/>
          <w:strike w:val="0"/>
          <w:sz w:val="24"/>
          <w:highlight w:val="cyan"/>
          <w:u w:val="single"/>
        </w:rPr>
        <w:t>value</w:t>
      </w:r>
      <w:r>
        <w:rPr>
          <w:b w:val="0"/>
          <w:i w:val="0"/>
          <w:smallCaps w:val="0"/>
          <w:strike w:val="0"/>
          <w:sz w:val="22"/>
          <w:u w:val="single"/>
        </w:rPr>
        <w:t xml:space="preserve">), the more people </w:t>
      </w:r>
      <w:r>
        <w:rPr>
          <w:b w:val="0"/>
          <w:i w:val="0"/>
          <w:smallCaps w:val="0"/>
          <w:strike w:val="0"/>
          <w:sz w:val="22"/>
          <w:highlight w:val="cyan"/>
          <w:u w:val="single"/>
        </w:rPr>
        <w:t>there are</w:t>
      </w:r>
      <w:r>
        <w:rPr>
          <w:b w:val="0"/>
          <w:i w:val="0"/>
          <w:smallCaps w:val="0"/>
          <w:strike w:val="0"/>
          <w:sz w:val="22"/>
          <w:u w:val="single"/>
        </w:rPr>
        <w:t xml:space="preserve"> with </w:t>
      </w:r>
      <w:r>
        <w:rPr>
          <w:b/>
          <w:i w:val="0"/>
          <w:smallCaps w:val="0"/>
          <w:strike w:val="0"/>
          <w:sz w:val="24"/>
          <w:highlight w:val="cyan"/>
          <w:u w:val="single"/>
        </w:rPr>
        <w:t>net positive</w:t>
      </w:r>
      <w:r>
        <w:rPr>
          <w:b w:val="0"/>
          <w:i w:val="0"/>
          <w:smallCaps w:val="0"/>
          <w:strike w:val="0"/>
          <w:sz w:val="22"/>
          <w:u w:val="single"/>
        </w:rPr>
        <w:t xml:space="preserve"> amounts of </w:t>
      </w:r>
      <w:r>
        <w:rPr>
          <w:b w:val="0"/>
          <w:i w:val="0"/>
          <w:smallCaps w:val="0"/>
          <w:strike w:val="0"/>
          <w:sz w:val="22"/>
          <w:highlight w:val="cyan"/>
          <w:u w:val="single"/>
        </w:rPr>
        <w:t>well-being</w:t>
      </w:r>
      <w:r>
        <w:rPr>
          <w:b w:val="0"/>
          <w:i w:val="0"/>
          <w:smallCaps w:val="0"/>
          <w:strike w:val="0"/>
          <w:sz w:val="22"/>
          <w:u w:val="single"/>
        </w:rPr>
        <w:t xml:space="preserve">, the </w:t>
      </w:r>
      <w:r>
        <w:rPr>
          <w:b/>
          <w:i w:val="0"/>
          <w:smallCaps w:val="0"/>
          <w:strike w:val="0"/>
          <w:sz w:val="24"/>
          <w:u w:val="single"/>
        </w:rPr>
        <w:t>better things will go</w:t>
      </w:r>
      <w:r>
        <w:rPr>
          <w:b w:val="0"/>
          <w:i w:val="0"/>
          <w:smallCaps w:val="0"/>
          <w:strike w:val="0"/>
          <w:sz w:val="22"/>
          <w:u w:val="single"/>
        </w:rPr>
        <w:t xml:space="preserve"> from the “point of view of the universe”</w:t>
      </w:r>
      <w:r>
        <w:rPr>
          <w:b w:val="0"/>
          <w:i w:val="0"/>
          <w:smallCaps w:val="0"/>
          <w:strike w:val="0"/>
          <w:sz w:val="16"/>
          <w:u w:val="none"/>
        </w:rPr>
        <w:t xml:space="preserve">. But creating new lives is incompatible with anti-natalism, so this line of argumentation is a non-starter in the present context. There is, however, an alternative approach that focuses not on the total number of people but on the quality of their lives – rather than merely “lives not so bad as to warrant suicide”, </w:t>
      </w:r>
      <w:r>
        <w:rPr>
          <w:b w:val="0"/>
          <w:i w:val="0"/>
          <w:smallCaps w:val="0"/>
          <w:strike w:val="0"/>
          <w:sz w:val="22"/>
          <w:u w:val="single"/>
        </w:rPr>
        <w:t xml:space="preserve">there could exist </w:t>
      </w:r>
      <w:r>
        <w:rPr>
          <w:b/>
          <w:i w:val="0"/>
          <w:smallCaps w:val="0"/>
          <w:strike w:val="0"/>
          <w:sz w:val="24"/>
          <w:highlight w:val="cyan"/>
          <w:u w:val="single"/>
        </w:rPr>
        <w:t>future</w:t>
      </w:r>
      <w:r>
        <w:rPr>
          <w:b w:val="0"/>
          <w:i w:val="0"/>
          <w:smallCaps w:val="0"/>
          <w:strike w:val="0"/>
          <w:sz w:val="22"/>
          <w:u w:val="single"/>
        </w:rPr>
        <w:t xml:space="preserve"> life </w:t>
      </w:r>
      <w:r>
        <w:rPr>
          <w:b w:val="0"/>
          <w:i w:val="0"/>
          <w:smallCaps w:val="0"/>
          <w:strike w:val="0"/>
          <w:sz w:val="22"/>
          <w:highlight w:val="cyan"/>
          <w:u w:val="single"/>
        </w:rPr>
        <w:t>conditions</w:t>
      </w:r>
      <w:r>
        <w:rPr>
          <w:b w:val="0"/>
          <w:i w:val="0"/>
          <w:smallCaps w:val="0"/>
          <w:strike w:val="0"/>
          <w:sz w:val="22"/>
          <w:u w:val="single"/>
        </w:rPr>
        <w:t xml:space="preserve"> that </w:t>
      </w:r>
      <w:r>
        <w:rPr>
          <w:b w:val="0"/>
          <w:i w:val="0"/>
          <w:smallCaps w:val="0"/>
          <w:strike w:val="0"/>
          <w:sz w:val="22"/>
          <w:highlight w:val="cyan"/>
          <w:u w:val="single"/>
        </w:rPr>
        <w:t xml:space="preserve">are </w:t>
      </w:r>
      <w:r>
        <w:rPr>
          <w:b/>
          <w:i w:val="0"/>
          <w:smallCaps w:val="0"/>
          <w:strike w:val="0"/>
          <w:sz w:val="24"/>
          <w:highlight w:val="cyan"/>
          <w:u w:val="single"/>
        </w:rPr>
        <w:t>extremely good</w:t>
      </w:r>
      <w:r>
        <w:rPr>
          <w:b w:val="0"/>
          <w:i w:val="0"/>
          <w:smallCaps w:val="0"/>
          <w:strike w:val="0"/>
          <w:sz w:val="22"/>
          <w:highlight w:val="cyan"/>
          <w:u w:val="single"/>
        </w:rPr>
        <w:t xml:space="preserve"> and</w:t>
      </w:r>
      <w:r>
        <w:rPr>
          <w:b w:val="0"/>
          <w:i w:val="0"/>
          <w:smallCaps w:val="0"/>
          <w:strike w:val="0"/>
          <w:sz w:val="22"/>
          <w:u w:val="single"/>
        </w:rPr>
        <w:t xml:space="preserve"> hence </w:t>
      </w:r>
      <w:r>
        <w:rPr>
          <w:b/>
          <w:i w:val="0"/>
          <w:smallCaps w:val="0"/>
          <w:strike w:val="0"/>
          <w:sz w:val="24"/>
          <w:u w:val="single"/>
        </w:rPr>
        <w:t xml:space="preserve">very </w:t>
      </w:r>
      <w:r>
        <w:rPr>
          <w:b/>
          <w:i w:val="0"/>
          <w:smallCaps w:val="0"/>
          <w:strike w:val="0"/>
          <w:sz w:val="24"/>
          <w:u w:val="single"/>
        </w:rPr>
        <w:t xml:space="preserve">much </w:t>
      </w:r>
      <w:r>
        <w:rPr>
          <w:b/>
          <w:i w:val="0"/>
          <w:smallCaps w:val="0"/>
          <w:strike w:val="0"/>
          <w:sz w:val="24"/>
          <w:highlight w:val="cyan"/>
          <w:u w:val="single"/>
        </w:rPr>
        <w:t>worth continuing</w:t>
      </w:r>
      <w:r>
        <w:rPr>
          <w:b w:val="0"/>
          <w:i w:val="0"/>
          <w:smallCaps w:val="0"/>
          <w:strike w:val="0"/>
          <w:sz w:val="16"/>
          <w:u w:val="none"/>
        </w:rPr>
        <w:t>.</w:t>
      </w:r>
    </w:p>
    <w:p>
      <w:pPr>
        <w:spacing w:after="60"/>
      </w:pPr>
      <w:r>
        <w:rPr>
          <w:b w:val="0"/>
          <w:i w:val="0"/>
          <w:smallCaps w:val="0"/>
          <w:strike w:val="0"/>
          <w:sz w:val="22"/>
          <w:u w:val="single"/>
        </w:rPr>
        <w:t xml:space="preserve">Why believe that life in the future could </w:t>
      </w:r>
      <w:r>
        <w:rPr>
          <w:b/>
          <w:i w:val="0"/>
          <w:smallCaps w:val="0"/>
          <w:strike w:val="0"/>
          <w:sz w:val="24"/>
          <w:u w:val="single"/>
        </w:rPr>
        <w:t>improve</w:t>
      </w:r>
      <w:r>
        <w:rPr>
          <w:b w:val="0"/>
          <w:i w:val="0"/>
          <w:smallCaps w:val="0"/>
          <w:strike w:val="0"/>
          <w:sz w:val="22"/>
          <w:u w:val="single"/>
        </w:rPr>
        <w:t>? There are at least two reasons. First</w:t>
      </w:r>
      <w:r>
        <w:rPr>
          <w:b w:val="0"/>
          <w:i w:val="0"/>
          <w:smallCaps w:val="0"/>
          <w:strike w:val="0"/>
          <w:sz w:val="16"/>
          <w:u w:val="none"/>
        </w:rPr>
        <w:t xml:space="preserve">, there is at least some evidence that </w:t>
      </w:r>
      <w:r>
        <w:rPr>
          <w:b/>
          <w:i w:val="0"/>
          <w:smallCaps w:val="0"/>
          <w:strike w:val="0"/>
          <w:sz w:val="24"/>
          <w:highlight w:val="cyan"/>
          <w:u w:val="single"/>
        </w:rPr>
        <w:t>violence</w:t>
      </w:r>
      <w:r>
        <w:rPr>
          <w:b/>
          <w:i w:val="0"/>
          <w:smallCaps w:val="0"/>
          <w:strike w:val="0"/>
          <w:sz w:val="24"/>
          <w:u w:val="single"/>
        </w:rPr>
        <w:t xml:space="preserve"> has </w:t>
      </w:r>
      <w:r>
        <w:rPr>
          <w:b/>
          <w:i w:val="0"/>
          <w:smallCaps w:val="0"/>
          <w:strike w:val="0"/>
          <w:sz w:val="24"/>
          <w:highlight w:val="cyan"/>
          <w:u w:val="single"/>
        </w:rPr>
        <w:t>declined</w:t>
      </w:r>
      <w:r>
        <w:rPr>
          <w:b w:val="0"/>
          <w:i w:val="0"/>
          <w:smallCaps w:val="0"/>
          <w:strike w:val="0"/>
          <w:sz w:val="22"/>
          <w:highlight w:val="cyan"/>
          <w:u w:val="single"/>
        </w:rPr>
        <w:t xml:space="preserve"> over</w:t>
      </w:r>
      <w:r>
        <w:rPr>
          <w:b w:val="0"/>
          <w:i w:val="0"/>
          <w:smallCaps w:val="0"/>
          <w:strike w:val="0"/>
          <w:sz w:val="22"/>
          <w:u w:val="single"/>
        </w:rPr>
        <w:t xml:space="preserve"> the past several </w:t>
      </w:r>
      <w:r>
        <w:rPr>
          <w:b w:val="0"/>
          <w:i w:val="0"/>
          <w:smallCaps w:val="0"/>
          <w:strike w:val="0"/>
          <w:sz w:val="22"/>
          <w:highlight w:val="cyan"/>
          <w:u w:val="single"/>
        </w:rPr>
        <w:t>centuries</w:t>
      </w:r>
      <w:r>
        <w:rPr>
          <w:b w:val="0"/>
          <w:i w:val="0"/>
          <w:smallCaps w:val="0"/>
          <w:strike w:val="0"/>
          <w:sz w:val="22"/>
          <w:u w:val="single"/>
        </w:rPr>
        <w:t>, if not longer</w:t>
      </w:r>
      <w:r>
        <w:rPr>
          <w:b w:val="0"/>
          <w:i w:val="0"/>
          <w:smallCaps w:val="0"/>
          <w:strike w:val="0"/>
          <w:sz w:val="16"/>
          <w:u w:val="none"/>
        </w:rPr>
        <w:t xml:space="preserve"> (see Ferguson 2012 for criticisms). Since the middle of the twentieth century, the </w:t>
      </w:r>
      <w:r>
        <w:rPr>
          <w:b w:val="0"/>
          <w:i w:val="0"/>
          <w:smallCaps w:val="0"/>
          <w:strike w:val="0"/>
          <w:sz w:val="22"/>
          <w:highlight w:val="cyan"/>
          <w:u w:val="single"/>
        </w:rPr>
        <w:t>rights</w:t>
      </w:r>
      <w:r>
        <w:rPr>
          <w:b w:val="0"/>
          <w:i w:val="0"/>
          <w:smallCaps w:val="0"/>
          <w:strike w:val="0"/>
          <w:sz w:val="16"/>
          <w:u w:val="none"/>
        </w:rPr>
        <w:t xml:space="preserve"> of many groups </w:t>
      </w:r>
      <w:r>
        <w:rPr>
          <w:b w:val="0"/>
          <w:i w:val="0"/>
          <w:smallCaps w:val="0"/>
          <w:strike w:val="0"/>
          <w:sz w:val="22"/>
          <w:u w:val="single"/>
        </w:rPr>
        <w:t>has</w:t>
      </w:r>
      <w:r>
        <w:rPr>
          <w:b w:val="0"/>
          <w:i w:val="0"/>
          <w:smallCaps w:val="0"/>
          <w:strike w:val="0"/>
          <w:sz w:val="22"/>
          <w:u w:val="single"/>
        </w:rPr>
        <w:t xml:space="preserve"> </w:t>
      </w:r>
      <w:r>
        <w:rPr>
          <w:b w:val="0"/>
          <w:i w:val="0"/>
          <w:smallCaps w:val="0"/>
          <w:strike w:val="0"/>
          <w:sz w:val="22"/>
          <w:highlight w:val="cyan"/>
          <w:u w:val="single"/>
        </w:rPr>
        <w:t>expanded</w:t>
      </w:r>
      <w:r>
        <w:rPr>
          <w:b w:val="0"/>
          <w:i w:val="0"/>
          <w:smallCaps w:val="0"/>
          <w:strike w:val="0"/>
          <w:sz w:val="16"/>
          <w:u w:val="none"/>
        </w:rPr>
        <w:t xml:space="preserve"> in the West, </w:t>
      </w:r>
      <w:r>
        <w:rPr>
          <w:b w:val="0"/>
          <w:i w:val="0"/>
          <w:smallCaps w:val="0"/>
          <w:strike w:val="0"/>
          <w:sz w:val="22"/>
          <w:u w:val="single"/>
        </w:rPr>
        <w:t>including women, minorities, LGBTQ people, and non-human animals – a process driven</w:t>
      </w:r>
      <w:r>
        <w:rPr>
          <w:b w:val="0"/>
          <w:i w:val="0"/>
          <w:smallCaps w:val="0"/>
          <w:strike w:val="0"/>
          <w:sz w:val="16"/>
          <w:u w:val="none"/>
        </w:rPr>
        <w:t xml:space="preserve"> by what Steven Pinker (2011) names </w:t>
      </w:r>
      <w:r>
        <w:rPr>
          <w:b w:val="0"/>
          <w:i w:val="0"/>
          <w:smallCaps w:val="0"/>
          <w:strike w:val="0"/>
          <w:sz w:val="22"/>
          <w:highlight w:val="cyan"/>
          <w:u w:val="single"/>
        </w:rPr>
        <w:t xml:space="preserve">the </w:t>
      </w:r>
      <w:r>
        <w:rPr>
          <w:b/>
          <w:i w:val="0"/>
          <w:smallCaps w:val="0"/>
          <w:strike w:val="0"/>
          <w:sz w:val="24"/>
          <w:highlight w:val="cyan"/>
          <w:u w:val="single"/>
        </w:rPr>
        <w:t>“moral Flynn effect”</w:t>
      </w:r>
      <w:r>
        <w:rPr>
          <w:b w:val="0"/>
          <w:i w:val="0"/>
          <w:smallCaps w:val="0"/>
          <w:strike w:val="0"/>
          <w:sz w:val="22"/>
          <w:u w:val="single"/>
        </w:rPr>
        <w:t xml:space="preserve">. If this trend continues, we should </w:t>
      </w:r>
      <w:r>
        <w:rPr>
          <w:b w:val="0"/>
          <w:i w:val="0"/>
          <w:smallCaps w:val="0"/>
          <w:strike w:val="0"/>
          <w:sz w:val="22"/>
          <w:highlight w:val="cyan"/>
          <w:u w:val="single"/>
        </w:rPr>
        <w:t>expect the world to become</w:t>
      </w:r>
      <w:r>
        <w:rPr>
          <w:b w:val="0"/>
          <w:i w:val="0"/>
          <w:smallCaps w:val="0"/>
          <w:strike w:val="0"/>
          <w:sz w:val="22"/>
          <w:u w:val="single"/>
        </w:rPr>
        <w:t xml:space="preserve"> even </w:t>
      </w:r>
      <w:r>
        <w:rPr>
          <w:b/>
          <w:i w:val="0"/>
          <w:smallCaps w:val="0"/>
          <w:strike w:val="0"/>
          <w:sz w:val="24"/>
          <w:u w:val="single"/>
        </w:rPr>
        <w:t xml:space="preserve">more </w:t>
      </w:r>
      <w:r>
        <w:rPr>
          <w:b/>
          <w:i w:val="0"/>
          <w:smallCaps w:val="0"/>
          <w:strike w:val="0"/>
          <w:sz w:val="24"/>
          <w:highlight w:val="cyan"/>
          <w:u w:val="single"/>
        </w:rPr>
        <w:t>peaceable and tolerant</w:t>
      </w:r>
      <w:r>
        <w:rPr>
          <w:b w:val="0"/>
          <w:i w:val="0"/>
          <w:smallCaps w:val="0"/>
          <w:strike w:val="0"/>
          <w:sz w:val="16"/>
          <w:u w:val="none"/>
        </w:rPr>
        <w:t xml:space="preserve"> in the future; as Martin Luther King Jr. (1958) </w:t>
      </w:r>
      <w:r>
        <w:rPr>
          <w:b w:val="0"/>
          <w:i w:val="0"/>
          <w:smallCaps w:val="0"/>
          <w:strike w:val="0"/>
          <w:sz w:val="16"/>
          <w:u w:val="none"/>
        </w:rPr>
        <w:t>hypothesised</w:t>
      </w:r>
      <w:r>
        <w:rPr>
          <w:b w:val="0"/>
          <w:i w:val="0"/>
          <w:smallCaps w:val="0"/>
          <w:strike w:val="0"/>
          <w:sz w:val="16"/>
          <w:u w:val="none"/>
        </w:rPr>
        <w:t xml:space="preserve">, “the arc of the moral universe is long, but it bends toward justice”. </w:t>
      </w:r>
      <w:r>
        <w:rPr>
          <w:b w:val="0"/>
          <w:i w:val="0"/>
          <w:smallCaps w:val="0"/>
          <w:strike w:val="0"/>
          <w:sz w:val="22"/>
          <w:u w:val="single"/>
        </w:rPr>
        <w:t>Second</w:t>
      </w:r>
      <w:r>
        <w:rPr>
          <w:b w:val="0"/>
          <w:i w:val="0"/>
          <w:smallCaps w:val="0"/>
          <w:strike w:val="0"/>
          <w:sz w:val="16"/>
          <w:u w:val="none"/>
        </w:rPr>
        <w:t xml:space="preserve">, some transhumanists argue that </w:t>
      </w:r>
      <w:r>
        <w:rPr>
          <w:b w:val="0"/>
          <w:i w:val="0"/>
          <w:smallCaps w:val="0"/>
          <w:strike w:val="0"/>
          <w:sz w:val="22"/>
          <w:highlight w:val="cyan"/>
          <w:u w:val="single"/>
        </w:rPr>
        <w:t>radical</w:t>
      </w:r>
      <w:r>
        <w:rPr>
          <w:b w:val="0"/>
          <w:i w:val="0"/>
          <w:smallCaps w:val="0"/>
          <w:strike w:val="0"/>
          <w:sz w:val="22"/>
          <w:u w:val="single"/>
        </w:rPr>
        <w:t xml:space="preserve"> </w:t>
      </w:r>
      <w:r>
        <w:rPr>
          <w:b/>
          <w:i w:val="0"/>
          <w:smallCaps w:val="0"/>
          <w:strike w:val="0"/>
          <w:sz w:val="24"/>
          <w:u w:val="single"/>
        </w:rPr>
        <w:t xml:space="preserve">human </w:t>
      </w:r>
      <w:r>
        <w:rPr>
          <w:b/>
          <w:i w:val="0"/>
          <w:smallCaps w:val="0"/>
          <w:strike w:val="0"/>
          <w:sz w:val="24"/>
          <w:highlight w:val="cyan"/>
          <w:u w:val="single"/>
        </w:rPr>
        <w:t>enhancements</w:t>
      </w:r>
      <w:r>
        <w:rPr>
          <w:b w:val="0"/>
          <w:i w:val="0"/>
          <w:smallCaps w:val="0"/>
          <w:strike w:val="0"/>
          <w:sz w:val="22"/>
          <w:highlight w:val="cyan"/>
          <w:u w:val="single"/>
        </w:rPr>
        <w:t xml:space="preserve"> could</w:t>
      </w:r>
      <w:r>
        <w:rPr>
          <w:b w:val="0"/>
          <w:i w:val="0"/>
          <w:smallCaps w:val="0"/>
          <w:strike w:val="0"/>
          <w:sz w:val="22"/>
          <w:u w:val="single"/>
        </w:rPr>
        <w:t xml:space="preserve"> significantly improve the human condition by </w:t>
      </w:r>
      <w:r>
        <w:rPr>
          <w:b/>
          <w:i w:val="0"/>
          <w:smallCaps w:val="0"/>
          <w:strike w:val="0"/>
          <w:sz w:val="24"/>
          <w:highlight w:val="cyan"/>
          <w:u w:val="single"/>
        </w:rPr>
        <w:t>augment</w:t>
      </w:r>
      <w:r>
        <w:rPr>
          <w:b w:val="0"/>
          <w:i w:val="0"/>
          <w:smallCaps w:val="0"/>
          <w:strike w:val="0"/>
          <w:sz w:val="22"/>
          <w:u w:val="single"/>
        </w:rPr>
        <w:t xml:space="preserve">ing </w:t>
      </w:r>
      <w:r>
        <w:rPr>
          <w:b w:val="0"/>
          <w:i w:val="0"/>
          <w:smallCaps w:val="0"/>
          <w:strike w:val="0"/>
          <w:sz w:val="22"/>
          <w:highlight w:val="cyan"/>
          <w:u w:val="single"/>
        </w:rPr>
        <w:t>core</w:t>
      </w:r>
      <w:r>
        <w:rPr>
          <w:b w:val="0"/>
          <w:i w:val="0"/>
          <w:smallCaps w:val="0"/>
          <w:strike w:val="0"/>
          <w:sz w:val="22"/>
          <w:u w:val="single"/>
        </w:rPr>
        <w:t xml:space="preserve"> human </w:t>
      </w:r>
      <w:r>
        <w:rPr>
          <w:b w:val="0"/>
          <w:i w:val="0"/>
          <w:smallCaps w:val="0"/>
          <w:strike w:val="0"/>
          <w:sz w:val="22"/>
          <w:highlight w:val="cyan"/>
          <w:u w:val="single"/>
        </w:rPr>
        <w:t>capacities</w:t>
      </w:r>
      <w:r>
        <w:rPr>
          <w:b w:val="0"/>
          <w:i w:val="0"/>
          <w:smallCaps w:val="0"/>
          <w:strike w:val="0"/>
          <w:sz w:val="22"/>
          <w:u w:val="single"/>
        </w:rPr>
        <w:t xml:space="preserve"> like cognition, emotion, wisdom, and morality</w:t>
      </w:r>
      <w:r>
        <w:rPr>
          <w:b w:val="0"/>
          <w:i w:val="0"/>
          <w:smallCaps w:val="0"/>
          <w:strike w:val="0"/>
          <w:sz w:val="16"/>
          <w:u w:val="none"/>
        </w:rPr>
        <w:t xml:space="preserve"> (Bostrom 2008; Persson and Savulescu 2012). Transhumanist philosophers tell us that such </w:t>
      </w:r>
      <w:r>
        <w:rPr>
          <w:b w:val="0"/>
          <w:i w:val="0"/>
          <w:smallCaps w:val="0"/>
          <w:strike w:val="0"/>
          <w:sz w:val="22"/>
          <w:u w:val="single"/>
        </w:rPr>
        <w:t xml:space="preserve">enhancements could </w:t>
      </w:r>
      <w:r>
        <w:rPr>
          <w:b w:val="0"/>
          <w:i w:val="0"/>
          <w:smallCaps w:val="0"/>
          <w:strike w:val="0"/>
          <w:sz w:val="22"/>
          <w:highlight w:val="cyan"/>
          <w:u w:val="single"/>
        </w:rPr>
        <w:t xml:space="preserve">create a </w:t>
      </w:r>
      <w:r>
        <w:rPr>
          <w:b/>
          <w:i w:val="0"/>
          <w:smallCaps w:val="0"/>
          <w:strike w:val="0"/>
          <w:sz w:val="24"/>
          <w:highlight w:val="cyan"/>
          <w:u w:val="single"/>
        </w:rPr>
        <w:t>posthuman condition</w:t>
      </w:r>
      <w:r>
        <w:rPr>
          <w:b w:val="0"/>
          <w:i w:val="0"/>
          <w:smallCaps w:val="0"/>
          <w:strike w:val="0"/>
          <w:sz w:val="22"/>
          <w:u w:val="single"/>
        </w:rPr>
        <w:t xml:space="preserve"> that is </w:t>
      </w:r>
      <w:r>
        <w:rPr>
          <w:b/>
          <w:i w:val="0"/>
          <w:smallCaps w:val="0"/>
          <w:strike w:val="0"/>
          <w:sz w:val="24"/>
          <w:highlight w:val="cyan"/>
          <w:u w:val="single"/>
        </w:rPr>
        <w:t>far superior</w:t>
      </w:r>
      <w:r>
        <w:rPr>
          <w:b w:val="0"/>
          <w:i w:val="0"/>
          <w:smallCaps w:val="0"/>
          <w:strike w:val="0"/>
          <w:sz w:val="16"/>
          <w:u w:val="none"/>
        </w:rPr>
        <w:t xml:space="preserve"> in uncontroversial ways than the present human condition, which is marked by pervasive ignorance, violence, foolishness, and iniquity. </w:t>
      </w:r>
      <w:r>
        <w:rPr>
          <w:b w:val="0"/>
          <w:i w:val="0"/>
          <w:smallCaps w:val="0"/>
          <w:strike w:val="0"/>
          <w:sz w:val="22"/>
          <w:u w:val="single"/>
        </w:rPr>
        <w:t xml:space="preserve">Together, </w:t>
      </w:r>
      <w:r>
        <w:rPr>
          <w:b w:val="0"/>
          <w:i w:val="0"/>
          <w:smallCaps w:val="0"/>
          <w:strike w:val="0"/>
          <w:sz w:val="22"/>
          <w:u w:val="single"/>
        </w:rPr>
        <w:t>these</w:t>
      </w:r>
      <w:r>
        <w:rPr>
          <w:b w:val="0"/>
          <w:i w:val="0"/>
          <w:smallCaps w:val="0"/>
          <w:strike w:val="0"/>
          <w:sz w:val="16"/>
          <w:u w:val="none"/>
        </w:rPr>
        <w:t xml:space="preserve"> two </w:t>
      </w:r>
      <w:r>
        <w:rPr>
          <w:b w:val="0"/>
          <w:i w:val="0"/>
          <w:smallCaps w:val="0"/>
          <w:strike w:val="0"/>
          <w:sz w:val="22"/>
          <w:highlight w:val="cyan"/>
          <w:u w:val="single"/>
        </w:rPr>
        <w:t>trends</w:t>
      </w:r>
      <w:r>
        <w:rPr>
          <w:b w:val="0"/>
          <w:i w:val="0"/>
          <w:smallCaps w:val="0"/>
          <w:strike w:val="0"/>
          <w:sz w:val="22"/>
          <w:u w:val="single"/>
        </w:rPr>
        <w:t xml:space="preserve"> could </w:t>
      </w:r>
      <w:r>
        <w:rPr>
          <w:b/>
          <w:i w:val="0"/>
          <w:smallCaps w:val="0"/>
          <w:strike w:val="0"/>
          <w:sz w:val="24"/>
          <w:highlight w:val="cyan"/>
          <w:u w:val="single"/>
        </w:rPr>
        <w:t>greatly decrease</w:t>
      </w:r>
      <w:r>
        <w:rPr>
          <w:b w:val="0"/>
          <w:i w:val="0"/>
          <w:smallCaps w:val="0"/>
          <w:strike w:val="0"/>
          <w:sz w:val="22"/>
          <w:u w:val="single"/>
        </w:rPr>
        <w:t xml:space="preserve"> the “magnitude”</w:t>
      </w:r>
      <w:r>
        <w:rPr>
          <w:b w:val="0"/>
          <w:i w:val="0"/>
          <w:smallCaps w:val="0"/>
          <w:strike w:val="0"/>
          <w:sz w:val="16"/>
          <w:u w:val="none"/>
        </w:rPr>
        <w:t xml:space="preserve">, to borrow Benatar’s term, </w:t>
      </w:r>
      <w:r>
        <w:rPr>
          <w:b w:val="0"/>
          <w:i w:val="0"/>
          <w:smallCaps w:val="0"/>
          <w:strike w:val="0"/>
          <w:sz w:val="22"/>
          <w:u w:val="single"/>
        </w:rPr>
        <w:t xml:space="preserve">of </w:t>
      </w:r>
      <w:r>
        <w:rPr>
          <w:b w:val="0"/>
          <w:i w:val="0"/>
          <w:smallCaps w:val="0"/>
          <w:strike w:val="0"/>
          <w:sz w:val="22"/>
          <w:highlight w:val="cyan"/>
          <w:u w:val="single"/>
        </w:rPr>
        <w:t>harm in the world</w:t>
      </w:r>
      <w:r>
        <w:rPr>
          <w:b w:val="0"/>
          <w:i w:val="0"/>
          <w:smallCaps w:val="0"/>
          <w:strike w:val="0"/>
          <w:sz w:val="16"/>
          <w:u w:val="none"/>
        </w:rPr>
        <w:t>. In doing so, they would yield a future situation marked by far more well-being than there is today, which is good from a total (and average) utilitarian perspective.</w:t>
      </w:r>
    </w:p>
    <w:p>
      <w:pPr>
        <w:spacing w:after="60"/>
      </w:pPr>
      <w:r>
        <w:rPr>
          <w:b/>
          <w:i w:val="0"/>
          <w:smallCaps w:val="0"/>
          <w:strike w:val="0"/>
          <w:sz w:val="24"/>
          <w:u w:val="single"/>
        </w:rPr>
        <w:t>But</w:t>
      </w:r>
      <w:r>
        <w:rPr>
          <w:b w:val="0"/>
          <w:i w:val="0"/>
          <w:smallCaps w:val="0"/>
          <w:strike w:val="0"/>
          <w:sz w:val="22"/>
          <w:u w:val="single"/>
        </w:rPr>
        <w:t xml:space="preserve"> one </w:t>
      </w:r>
      <w:r>
        <w:rPr>
          <w:b/>
          <w:i w:val="0"/>
          <w:smallCaps w:val="0"/>
          <w:strike w:val="0"/>
          <w:sz w:val="24"/>
          <w:u w:val="single"/>
        </w:rPr>
        <w:t>need not embrace</w:t>
      </w:r>
      <w:r>
        <w:rPr>
          <w:b w:val="0"/>
          <w:i w:val="0"/>
          <w:smallCaps w:val="0"/>
          <w:strike w:val="0"/>
          <w:sz w:val="22"/>
          <w:u w:val="single"/>
        </w:rPr>
        <w:t xml:space="preserve"> utilitarianism to </w:t>
      </w:r>
      <w:r>
        <w:rPr>
          <w:b/>
          <w:i w:val="0"/>
          <w:smallCaps w:val="0"/>
          <w:strike w:val="0"/>
          <w:sz w:val="24"/>
          <w:u w:val="single"/>
        </w:rPr>
        <w:t>strongly oppose</w:t>
      </w:r>
      <w:r>
        <w:rPr>
          <w:b w:val="0"/>
          <w:i w:val="0"/>
          <w:smallCaps w:val="0"/>
          <w:strike w:val="0"/>
          <w:sz w:val="22"/>
          <w:u w:val="single"/>
        </w:rPr>
        <w:t xml:space="preserve"> human extinction</w:t>
      </w:r>
      <w:r>
        <w:rPr>
          <w:b w:val="0"/>
          <w:i w:val="0"/>
          <w:smallCaps w:val="0"/>
          <w:strike w:val="0"/>
          <w:sz w:val="16"/>
          <w:u w:val="none"/>
        </w:rPr>
        <w:t xml:space="preserve">. I have elsewhere explored these arguments in </w:t>
      </w:r>
      <w:r>
        <w:rPr>
          <w:b w:val="0"/>
          <w:i w:val="0"/>
          <w:smallCaps w:val="0"/>
          <w:strike w:val="0"/>
          <w:sz w:val="16"/>
          <w:u w:val="none"/>
        </w:rPr>
        <w:t>great detail</w:t>
      </w:r>
      <w:r>
        <w:rPr>
          <w:b w:val="0"/>
          <w:i w:val="0"/>
          <w:smallCaps w:val="0"/>
          <w:strike w:val="0"/>
          <w:sz w:val="16"/>
          <w:u w:val="none"/>
        </w:rPr>
        <w:t xml:space="preserve">, so I will here offer only some brief summaries, directing readers to my prior work. The point is to underline that there are multiple lines of argumentation that (a) are compatible with </w:t>
      </w:r>
      <w:r>
        <w:rPr>
          <w:b w:val="0"/>
          <w:i w:val="0"/>
          <w:smallCaps w:val="0"/>
          <w:strike w:val="0"/>
          <w:sz w:val="16"/>
          <w:u w:val="none"/>
        </w:rPr>
        <w:t>Benatarian</w:t>
      </w:r>
      <w:r>
        <w:rPr>
          <w:b w:val="0"/>
          <w:i w:val="0"/>
          <w:smallCaps w:val="0"/>
          <w:strike w:val="0"/>
          <w:sz w:val="16"/>
          <w:u w:val="none"/>
        </w:rPr>
        <w:t xml:space="preserve"> anti-natalism, and (b) independently converge on the conclusion that human extinction, if it were to occur, would constitute an immense tragedy. A few of these are:</w:t>
      </w:r>
    </w:p>
    <w:p>
      <w:pPr>
        <w:spacing w:after="60"/>
      </w:pPr>
      <w:r>
        <w:rPr>
          <w:b w:val="0"/>
          <w:i w:val="0"/>
          <w:smallCaps w:val="0"/>
          <w:strike w:val="0"/>
          <w:sz w:val="16"/>
          <w:u w:val="none"/>
        </w:rPr>
        <w:t>(</w:t>
      </w:r>
      <w:r>
        <w:rPr>
          <w:b w:val="0"/>
          <w:i w:val="0"/>
          <w:smallCaps w:val="0"/>
          <w:strike w:val="0"/>
          <w:sz w:val="16"/>
          <w:u w:val="none"/>
        </w:rPr>
        <w:t>i</w:t>
      </w:r>
      <w:r>
        <w:rPr>
          <w:b w:val="0"/>
          <w:i w:val="0"/>
          <w:smallCaps w:val="0"/>
          <w:strike w:val="0"/>
          <w:sz w:val="16"/>
          <w:u w:val="none"/>
        </w:rPr>
        <w:t xml:space="preserve">) </w:t>
      </w:r>
      <w:r>
        <w:rPr>
          <w:b w:val="0"/>
          <w:i/>
          <w:smallCaps w:val="0"/>
          <w:strike w:val="0"/>
          <w:sz w:val="16"/>
          <w:u w:val="none"/>
        </w:rPr>
        <w:t>The argument from unfinished business</w:t>
      </w:r>
      <w:r>
        <w:rPr>
          <w:b w:val="0"/>
          <w:i w:val="0"/>
          <w:smallCaps w:val="0"/>
          <w:strike w:val="0"/>
          <w:sz w:val="16"/>
          <w:u w:val="none"/>
        </w:rPr>
        <w:t xml:space="preserve">. This states that, to quote Edmund Burke (1790, 359), </w:t>
      </w:r>
      <w:r>
        <w:rPr>
          <w:b w:val="0"/>
          <w:i w:val="0"/>
          <w:smallCaps w:val="0"/>
          <w:strike w:val="0"/>
          <w:sz w:val="16"/>
          <w:u w:val="none"/>
        </w:rPr>
        <w:t>civilisation</w:t>
      </w:r>
      <w:r>
        <w:rPr>
          <w:b w:val="0"/>
          <w:i w:val="0"/>
          <w:smallCaps w:val="0"/>
          <w:strike w:val="0"/>
          <w:sz w:val="16"/>
          <w:u w:val="none"/>
        </w:rPr>
        <w:t xml:space="preserve"> is “a partnership not only between those who are living, but between those who are living, those who are dead, and those who are to be born”. </w:t>
      </w:r>
      <w:r>
        <w:rPr>
          <w:b w:val="0"/>
          <w:i w:val="0"/>
          <w:smallCaps w:val="0"/>
          <w:strike w:val="0"/>
          <w:sz w:val="16"/>
          <w:u w:val="none"/>
        </w:rPr>
        <w:t>That is to say, humanity</w:t>
      </w:r>
      <w:r>
        <w:rPr>
          <w:b w:val="0"/>
          <w:i w:val="0"/>
          <w:smallCaps w:val="0"/>
          <w:strike w:val="0"/>
          <w:sz w:val="16"/>
          <w:u w:val="none"/>
        </w:rPr>
        <w:t xml:space="preserve"> is “building something” over time – a morally better society, a complete scientific picture of the universe, a world with no more scarcity, and so on – such that it </w:t>
      </w:r>
      <w:r>
        <w:rPr>
          <w:b w:val="0"/>
          <w:i w:val="0"/>
          <w:smallCaps w:val="0"/>
          <w:strike w:val="0"/>
          <w:sz w:val="16"/>
          <w:u w:val="none"/>
        </w:rPr>
        <w:t>behoves</w:t>
      </w:r>
      <w:r>
        <w:rPr>
          <w:b w:val="0"/>
          <w:i w:val="0"/>
          <w:smallCaps w:val="0"/>
          <w:strike w:val="0"/>
          <w:sz w:val="16"/>
          <w:u w:val="none"/>
        </w:rPr>
        <w:t xml:space="preserve"> us not to end up being the failing link in the chain of generations.</w:t>
      </w:r>
    </w:p>
    <w:p>
      <w:pPr>
        <w:spacing w:after="60"/>
      </w:pPr>
      <w:r>
        <w:rPr>
          <w:b w:val="0"/>
          <w:i w:val="0"/>
          <w:smallCaps w:val="0"/>
          <w:strike w:val="0"/>
          <w:sz w:val="16"/>
          <w:u w:val="none"/>
        </w:rPr>
        <w:t xml:space="preserve">(ii) </w:t>
      </w:r>
      <w:r>
        <w:rPr>
          <w:b w:val="0"/>
          <w:i/>
          <w:smallCaps w:val="0"/>
          <w:strike w:val="0"/>
          <w:sz w:val="16"/>
          <w:u w:val="none"/>
        </w:rPr>
        <w:t>The argument from cosmic uniqueness</w:t>
      </w:r>
      <w:r>
        <w:rPr>
          <w:b w:val="0"/>
          <w:i w:val="0"/>
          <w:smallCaps w:val="0"/>
          <w:strike w:val="0"/>
          <w:sz w:val="16"/>
          <w:u w:val="none"/>
        </w:rPr>
        <w:t xml:space="preserve">. </w:t>
      </w:r>
      <w:r>
        <w:rPr>
          <w:b w:val="0"/>
          <w:i w:val="0"/>
          <w:smallCaps w:val="0"/>
          <w:strike w:val="0"/>
          <w:sz w:val="22"/>
          <w:u w:val="single"/>
        </w:rPr>
        <w:t>According to a recent study</w:t>
      </w:r>
      <w:r>
        <w:rPr>
          <w:b w:val="0"/>
          <w:i w:val="0"/>
          <w:smallCaps w:val="0"/>
          <w:strike w:val="0"/>
          <w:sz w:val="16"/>
          <w:u w:val="none"/>
        </w:rPr>
        <w:t xml:space="preserve"> that replaces the variables in the Drake equation with probability distributions, </w:t>
      </w:r>
      <w:r>
        <w:rPr>
          <w:b w:val="0"/>
          <w:i w:val="0"/>
          <w:smallCaps w:val="0"/>
          <w:strike w:val="0"/>
          <w:sz w:val="22"/>
          <w:highlight w:val="cyan"/>
          <w:u w:val="single"/>
        </w:rPr>
        <w:t>there is a</w:t>
      </w:r>
      <w:r>
        <w:rPr>
          <w:b w:val="0"/>
          <w:i w:val="0"/>
          <w:smallCaps w:val="0"/>
          <w:strike w:val="0"/>
          <w:sz w:val="22"/>
          <w:u w:val="single"/>
        </w:rPr>
        <w:t xml:space="preserve"> </w:t>
      </w:r>
      <w:r>
        <w:rPr>
          <w:b/>
          <w:i w:val="0"/>
          <w:smallCaps w:val="0"/>
          <w:strike w:val="0"/>
          <w:sz w:val="24"/>
          <w:u w:val="single"/>
        </w:rPr>
        <w:t xml:space="preserve">very </w:t>
      </w:r>
      <w:r>
        <w:rPr>
          <w:b/>
          <w:i w:val="0"/>
          <w:smallCaps w:val="0"/>
          <w:strike w:val="0"/>
          <w:sz w:val="24"/>
          <w:highlight w:val="cyan"/>
          <w:u w:val="single"/>
        </w:rPr>
        <w:t>high probability</w:t>
      </w:r>
      <w:r>
        <w:rPr>
          <w:b w:val="0"/>
          <w:i w:val="0"/>
          <w:smallCaps w:val="0"/>
          <w:strike w:val="0"/>
          <w:sz w:val="22"/>
          <w:u w:val="single"/>
        </w:rPr>
        <w:t xml:space="preserve"> that </w:t>
      </w:r>
      <w:r>
        <w:rPr>
          <w:b w:val="0"/>
          <w:i w:val="0"/>
          <w:smallCaps w:val="0"/>
          <w:strike w:val="0"/>
          <w:sz w:val="22"/>
          <w:highlight w:val="cyan"/>
          <w:u w:val="single"/>
        </w:rPr>
        <w:t xml:space="preserve">we are the </w:t>
      </w:r>
      <w:r>
        <w:rPr>
          <w:b/>
          <w:i w:val="0"/>
          <w:smallCaps w:val="0"/>
          <w:strike w:val="0"/>
          <w:sz w:val="24"/>
          <w:highlight w:val="cyan"/>
          <w:u w:val="single"/>
        </w:rPr>
        <w:t>only</w:t>
      </w:r>
      <w:r>
        <w:rPr>
          <w:b/>
          <w:i w:val="0"/>
          <w:smallCaps w:val="0"/>
          <w:strike w:val="0"/>
          <w:sz w:val="24"/>
          <w:u w:val="single"/>
        </w:rPr>
        <w:t xml:space="preserve"> intelligent </w:t>
      </w:r>
      <w:r>
        <w:rPr>
          <w:b/>
          <w:i w:val="0"/>
          <w:smallCaps w:val="0"/>
          <w:strike w:val="0"/>
          <w:sz w:val="24"/>
          <w:highlight w:val="cyan"/>
          <w:u w:val="single"/>
        </w:rPr>
        <w:t>life forms</w:t>
      </w:r>
      <w:r>
        <w:rPr>
          <w:b w:val="0"/>
          <w:i w:val="0"/>
          <w:smallCaps w:val="0"/>
          <w:strike w:val="0"/>
          <w:sz w:val="22"/>
          <w:highlight w:val="cyan"/>
          <w:u w:val="single"/>
        </w:rPr>
        <w:t xml:space="preserve"> in the</w:t>
      </w:r>
      <w:r>
        <w:rPr>
          <w:b w:val="0"/>
          <w:i w:val="0"/>
          <w:smallCaps w:val="0"/>
          <w:strike w:val="0"/>
          <w:sz w:val="22"/>
          <w:u w:val="single"/>
        </w:rPr>
        <w:t xml:space="preserve"> Milky Way galaxy, if not the visible </w:t>
      </w:r>
      <w:r>
        <w:rPr>
          <w:b/>
          <w:i w:val="0"/>
          <w:smallCaps w:val="0"/>
          <w:strike w:val="0"/>
          <w:sz w:val="24"/>
          <w:highlight w:val="cyan"/>
          <w:u w:val="single"/>
        </w:rPr>
        <w:t>universe</w:t>
      </w:r>
      <w:r>
        <w:rPr>
          <w:b w:val="0"/>
          <w:i w:val="0"/>
          <w:smallCaps w:val="0"/>
          <w:strike w:val="0"/>
          <w:sz w:val="16"/>
          <w:u w:val="none"/>
        </w:rPr>
        <w:t xml:space="preserve"> (Sandberg et al. 2018). To quote Parfit (2017, 437) once more:</w:t>
      </w:r>
    </w:p>
    <w:p>
      <w:pPr>
        <w:spacing w:after="60"/>
      </w:pPr>
      <w:r>
        <w:rPr>
          <w:b w:val="0"/>
          <w:i w:val="0"/>
          <w:smallCaps w:val="0"/>
          <w:strike w:val="0"/>
          <w:sz w:val="16"/>
          <w:u w:val="none"/>
        </w:rPr>
        <w:t>if we are the only rational beings in the Universe…it matters even more whether we shall have descendants or successors during the billions of years in which that would be possible. Some of our successors might live lives and create worlds that…would give us all…reasons to be glad that the Universe exists.</w:t>
      </w:r>
    </w:p>
    <w:p>
      <w:pPr>
        <w:spacing w:after="60"/>
      </w:pPr>
      <w:r>
        <w:rPr>
          <w:b w:val="0"/>
          <w:i w:val="0"/>
          <w:smallCaps w:val="0"/>
          <w:strike w:val="0"/>
          <w:sz w:val="16"/>
          <w:u w:val="none"/>
        </w:rPr>
        <w:t xml:space="preserve">(iii) </w:t>
      </w:r>
      <w:r>
        <w:rPr>
          <w:b w:val="0"/>
          <w:i/>
          <w:smallCaps w:val="0"/>
          <w:strike w:val="0"/>
          <w:sz w:val="22"/>
          <w:u w:val="single"/>
        </w:rPr>
        <w:t>The argument from normative uncertainty</w:t>
      </w:r>
      <w:r>
        <w:rPr>
          <w:b w:val="0"/>
          <w:i w:val="0"/>
          <w:smallCaps w:val="0"/>
          <w:strike w:val="0"/>
          <w:sz w:val="22"/>
          <w:u w:val="single"/>
        </w:rPr>
        <w:t xml:space="preserve">. </w:t>
      </w:r>
      <w:r>
        <w:rPr>
          <w:b w:val="0"/>
          <w:i w:val="0"/>
          <w:smallCaps w:val="0"/>
          <w:strike w:val="0"/>
          <w:sz w:val="22"/>
          <w:highlight w:val="cyan"/>
          <w:u w:val="single"/>
        </w:rPr>
        <w:t>There could be reasons</w:t>
      </w:r>
      <w:r>
        <w:rPr>
          <w:b w:val="0"/>
          <w:i w:val="0"/>
          <w:smallCaps w:val="0"/>
          <w:strike w:val="0"/>
          <w:sz w:val="16"/>
          <w:u w:val="none"/>
        </w:rPr>
        <w:t xml:space="preserve">, whether distinctly moral or not, </w:t>
      </w:r>
      <w:r>
        <w:rPr>
          <w:b w:val="0"/>
          <w:i w:val="0"/>
          <w:smallCaps w:val="0"/>
          <w:strike w:val="0"/>
          <w:sz w:val="22"/>
          <w:u w:val="single"/>
        </w:rPr>
        <w:t xml:space="preserve">for maintaining that human </w:t>
      </w:r>
      <w:r>
        <w:rPr>
          <w:b w:val="0"/>
          <w:i w:val="0"/>
          <w:smallCaps w:val="0"/>
          <w:strike w:val="0"/>
          <w:sz w:val="22"/>
          <w:highlight w:val="cyan"/>
          <w:u w:val="single"/>
        </w:rPr>
        <w:t>extinction would be</w:t>
      </w:r>
      <w:r>
        <w:rPr>
          <w:b w:val="0"/>
          <w:i w:val="0"/>
          <w:smallCaps w:val="0"/>
          <w:strike w:val="0"/>
          <w:sz w:val="22"/>
          <w:u w:val="single"/>
        </w:rPr>
        <w:t xml:space="preserve"> </w:t>
      </w:r>
      <w:r>
        <w:rPr>
          <w:b/>
          <w:i w:val="0"/>
          <w:smallCaps w:val="0"/>
          <w:strike w:val="0"/>
          <w:sz w:val="24"/>
          <w:u w:val="single"/>
        </w:rPr>
        <w:t xml:space="preserve">extremely </w:t>
      </w:r>
      <w:r>
        <w:rPr>
          <w:b/>
          <w:i w:val="0"/>
          <w:smallCaps w:val="0"/>
          <w:strike w:val="0"/>
          <w:sz w:val="24"/>
          <w:highlight w:val="cyan"/>
          <w:u w:val="single"/>
        </w:rPr>
        <w:t>undesirable</w:t>
      </w:r>
      <w:r>
        <w:rPr>
          <w:b w:val="0"/>
          <w:i w:val="0"/>
          <w:smallCaps w:val="0"/>
          <w:strike w:val="0"/>
          <w:sz w:val="22"/>
          <w:highlight w:val="cyan"/>
          <w:u w:val="single"/>
        </w:rPr>
        <w:t>, but</w:t>
      </w:r>
      <w:r>
        <w:rPr>
          <w:b w:val="0"/>
          <w:i w:val="0"/>
          <w:smallCaps w:val="0"/>
          <w:strike w:val="0"/>
          <w:sz w:val="22"/>
          <w:u w:val="single"/>
        </w:rPr>
        <w:t xml:space="preserve"> that the philosophical enterprise from the pre-Socratics to the present has </w:t>
      </w:r>
      <w:r>
        <w:rPr>
          <w:b/>
          <w:i w:val="0"/>
          <w:smallCaps w:val="0"/>
          <w:strike w:val="0"/>
          <w:sz w:val="24"/>
          <w:highlight w:val="cyan"/>
          <w:u w:val="single"/>
        </w:rPr>
        <w:t>not</w:t>
      </w:r>
      <w:r>
        <w:rPr>
          <w:b/>
          <w:i w:val="0"/>
          <w:smallCaps w:val="0"/>
          <w:strike w:val="0"/>
          <w:sz w:val="24"/>
          <w:u w:val="single"/>
        </w:rPr>
        <w:t xml:space="preserve"> yet </w:t>
      </w:r>
      <w:r>
        <w:rPr>
          <w:b/>
          <w:i w:val="0"/>
          <w:smallCaps w:val="0"/>
          <w:strike w:val="0"/>
          <w:sz w:val="24"/>
          <w:highlight w:val="cyan"/>
          <w:u w:val="single"/>
        </w:rPr>
        <w:t>discovered</w:t>
      </w:r>
      <w:r>
        <w:rPr>
          <w:b w:val="0"/>
          <w:i w:val="0"/>
          <w:smallCaps w:val="0"/>
          <w:strike w:val="0"/>
          <w:sz w:val="22"/>
          <w:u w:val="single"/>
        </w:rPr>
        <w:t xml:space="preserve">. This gives us reason to hope that humanity does not go extinct, </w:t>
      </w:r>
      <w:r>
        <w:rPr>
          <w:b/>
          <w:i w:val="0"/>
          <w:smallCaps w:val="0"/>
          <w:strike w:val="0"/>
          <w:sz w:val="24"/>
          <w:u w:val="single"/>
        </w:rPr>
        <w:t>even if</w:t>
      </w:r>
      <w:r>
        <w:rPr>
          <w:b w:val="0"/>
          <w:i w:val="0"/>
          <w:smallCaps w:val="0"/>
          <w:strike w:val="0"/>
          <w:sz w:val="22"/>
          <w:u w:val="single"/>
        </w:rPr>
        <w:t xml:space="preserve"> we believe that it should or that extinction would not ultimately be that bad. </w:t>
      </w:r>
      <w:r>
        <w:rPr>
          <w:b w:val="0"/>
          <w:i w:val="0"/>
          <w:smallCaps w:val="0"/>
          <w:strike w:val="0"/>
          <w:sz w:val="22"/>
          <w:highlight w:val="cyan"/>
          <w:u w:val="single"/>
        </w:rPr>
        <w:t>Tomorrow</w:t>
      </w:r>
      <w:r>
        <w:rPr>
          <w:b w:val="0"/>
          <w:i w:val="0"/>
          <w:smallCaps w:val="0"/>
          <w:strike w:val="0"/>
          <w:sz w:val="22"/>
          <w:u w:val="single"/>
        </w:rPr>
        <w:t>, a young genius could</w:t>
      </w:r>
      <w:r>
        <w:rPr>
          <w:b w:val="0"/>
          <w:i w:val="0"/>
          <w:smallCaps w:val="0"/>
          <w:strike w:val="0"/>
          <w:sz w:val="16"/>
          <w:u w:val="none"/>
        </w:rPr>
        <w:t xml:space="preserve"> flip over a stone to </w:t>
      </w:r>
      <w:r>
        <w:rPr>
          <w:b w:val="0"/>
          <w:i w:val="0"/>
          <w:smallCaps w:val="0"/>
          <w:strike w:val="0"/>
          <w:sz w:val="22"/>
          <w:u w:val="single"/>
        </w:rPr>
        <w:t xml:space="preserve">find </w:t>
      </w:r>
      <w:r>
        <w:rPr>
          <w:b w:val="0"/>
          <w:i w:val="0"/>
          <w:smallCaps w:val="0"/>
          <w:strike w:val="0"/>
          <w:sz w:val="22"/>
          <w:highlight w:val="cyan"/>
          <w:u w:val="single"/>
        </w:rPr>
        <w:t xml:space="preserve">a </w:t>
      </w:r>
      <w:r>
        <w:rPr>
          <w:b/>
          <w:i w:val="0"/>
          <w:smallCaps w:val="0"/>
          <w:strike w:val="0"/>
          <w:sz w:val="24"/>
          <w:highlight w:val="cyan"/>
          <w:u w:val="single"/>
        </w:rPr>
        <w:t>novel insight</w:t>
      </w:r>
      <w:r>
        <w:rPr>
          <w:b w:val="0"/>
          <w:i w:val="0"/>
          <w:smallCaps w:val="0"/>
          <w:strike w:val="0"/>
          <w:sz w:val="22"/>
          <w:u w:val="single"/>
        </w:rPr>
        <w:t xml:space="preserve"> that “</w:t>
      </w:r>
      <w:r>
        <w:rPr>
          <w:b/>
          <w:i w:val="0"/>
          <w:smallCaps w:val="0"/>
          <w:strike w:val="0"/>
          <w:sz w:val="24"/>
          <w:highlight w:val="cyan"/>
          <w:u w:val="single"/>
        </w:rPr>
        <w:t>radically changes</w:t>
      </w:r>
      <w:r>
        <w:rPr>
          <w:b w:val="0"/>
          <w:i w:val="0"/>
          <w:smallCaps w:val="0"/>
          <w:strike w:val="0"/>
          <w:sz w:val="22"/>
          <w:u w:val="single"/>
        </w:rPr>
        <w:t xml:space="preserve"> the </w:t>
      </w:r>
      <w:r>
        <w:rPr>
          <w:b w:val="0"/>
          <w:i w:val="0"/>
          <w:smallCaps w:val="0"/>
          <w:strike w:val="0"/>
          <w:sz w:val="22"/>
          <w:highlight w:val="cyan"/>
          <w:u w:val="single"/>
        </w:rPr>
        <w:t>expected value</w:t>
      </w:r>
      <w:r>
        <w:rPr>
          <w:b w:val="0"/>
          <w:i w:val="0"/>
          <w:smallCaps w:val="0"/>
          <w:strike w:val="0"/>
          <w:sz w:val="22"/>
          <w:u w:val="single"/>
        </w:rPr>
        <w:t xml:space="preserve"> of pursuing some high-level subgoal”</w:t>
      </w:r>
      <w:r>
        <w:rPr>
          <w:b w:val="0"/>
          <w:i w:val="0"/>
          <w:smallCaps w:val="0"/>
          <w:strike w:val="0"/>
          <w:sz w:val="16"/>
          <w:u w:val="none"/>
        </w:rPr>
        <w:t xml:space="preserve"> (Bostrom 2014a).9</w:t>
      </w:r>
    </w:p>
    <w:p>
      <w:pPr>
        <w:spacing w:after="60"/>
      </w:pPr>
      <w:r>
        <w:rPr>
          <w:b w:val="0"/>
          <w:i w:val="0"/>
          <w:smallCaps w:val="0"/>
          <w:strike w:val="0"/>
          <w:sz w:val="16"/>
          <w:u w:val="none"/>
        </w:rPr>
        <w:t xml:space="preserve">(iv) </w:t>
      </w:r>
      <w:r>
        <w:rPr>
          <w:b w:val="0"/>
          <w:i/>
          <w:smallCaps w:val="0"/>
          <w:strike w:val="0"/>
          <w:sz w:val="16"/>
          <w:u w:val="none"/>
        </w:rPr>
        <w:t>The argument from value-</w:t>
      </w:r>
      <w:r>
        <w:rPr>
          <w:b w:val="0"/>
          <w:i/>
          <w:smallCaps w:val="0"/>
          <w:strike w:val="0"/>
          <w:sz w:val="16"/>
          <w:u w:val="none"/>
        </w:rPr>
        <w:t>ladenness</w:t>
      </w:r>
      <w:r>
        <w:rPr>
          <w:b w:val="0"/>
          <w:i w:val="0"/>
          <w:smallCaps w:val="0"/>
          <w:strike w:val="0"/>
          <w:sz w:val="16"/>
          <w:u w:val="none"/>
        </w:rPr>
        <w:t xml:space="preserve">. Samuel Scheffler (2016; 2018) argues that most of us care about the continuation of our evolutionary lineage far more than we </w:t>
      </w:r>
      <w:r>
        <w:rPr>
          <w:b w:val="0"/>
          <w:i w:val="0"/>
          <w:smallCaps w:val="0"/>
          <w:strike w:val="0"/>
          <w:sz w:val="16"/>
          <w:u w:val="none"/>
        </w:rPr>
        <w:t>realise</w:t>
      </w:r>
      <w:r>
        <w:rPr>
          <w:b w:val="0"/>
          <w:i w:val="0"/>
          <w:smallCaps w:val="0"/>
          <w:strike w:val="0"/>
          <w:sz w:val="16"/>
          <w:u w:val="none"/>
        </w:rPr>
        <w:t xml:space="preserve"> – that we have a “love for humanity”. This is supposedly revealed by the putative fact that most of us would become despondent if told, with certitude, that humanity would go extinct several decades after our deaths. As Scheffler writes, referring to future generations, “we have an interest in their survival in part because they matter to us; they do not matter to us solely because we have an interest in their survival” (Scheffler 2018, 57).</w:t>
      </w:r>
    </w:p>
    <w:p>
      <w:pPr>
        <w:spacing w:after="60"/>
      </w:pPr>
      <w:r>
        <w:rPr>
          <w:b w:val="0"/>
          <w:i w:val="0"/>
          <w:smallCaps w:val="0"/>
          <w:strike w:val="0"/>
          <w:sz w:val="16"/>
          <w:u w:val="none"/>
        </w:rPr>
        <w:t xml:space="preserve">(v) </w:t>
      </w:r>
      <w:r>
        <w:rPr>
          <w:b w:val="0"/>
          <w:i/>
          <w:smallCaps w:val="0"/>
          <w:strike w:val="0"/>
          <w:sz w:val="16"/>
          <w:u w:val="none"/>
        </w:rPr>
        <w:t>The argument from final value</w:t>
      </w:r>
      <w:r>
        <w:rPr>
          <w:b w:val="0"/>
          <w:i w:val="0"/>
          <w:smallCaps w:val="0"/>
          <w:strike w:val="0"/>
          <w:sz w:val="16"/>
          <w:u w:val="none"/>
        </w:rPr>
        <w:t xml:space="preserve">. As Johann Frick (2017) observes, people commonly attribute “final value” (when something is valuable for its own sake) to a range of phenomena like languages, species, and cultures. This suggests, he argues, that </w:t>
      </w:r>
      <w:r>
        <w:rPr>
          <w:b w:val="0"/>
          <w:i w:val="0"/>
          <w:smallCaps w:val="0"/>
          <w:strike w:val="0"/>
          <w:sz w:val="22"/>
          <w:highlight w:val="cyan"/>
          <w:u w:val="single"/>
        </w:rPr>
        <w:t>humanity, “with</w:t>
      </w:r>
      <w:r>
        <w:rPr>
          <w:b w:val="0"/>
          <w:i w:val="0"/>
          <w:smallCaps w:val="0"/>
          <w:strike w:val="0"/>
          <w:sz w:val="22"/>
          <w:u w:val="single"/>
        </w:rPr>
        <w:t xml:space="preserve"> its </w:t>
      </w:r>
      <w:r>
        <w:rPr>
          <w:b w:val="0"/>
          <w:i w:val="0"/>
          <w:smallCaps w:val="0"/>
          <w:strike w:val="0"/>
          <w:sz w:val="22"/>
          <w:highlight w:val="cyan"/>
          <w:u w:val="single"/>
        </w:rPr>
        <w:t>unique</w:t>
      </w:r>
      <w:r>
        <w:rPr>
          <w:b w:val="0"/>
          <w:i w:val="0"/>
          <w:smallCaps w:val="0"/>
          <w:strike w:val="0"/>
          <w:sz w:val="22"/>
          <w:u w:val="single"/>
        </w:rPr>
        <w:t xml:space="preserve"> capacities for complex </w:t>
      </w:r>
      <w:r>
        <w:rPr>
          <w:b w:val="0"/>
          <w:i w:val="0"/>
          <w:smallCaps w:val="0"/>
          <w:strike w:val="0"/>
          <w:sz w:val="22"/>
          <w:highlight w:val="cyan"/>
          <w:u w:val="single"/>
        </w:rPr>
        <w:t>language</w:t>
      </w:r>
      <w:r>
        <w:rPr>
          <w:b w:val="0"/>
          <w:i w:val="0"/>
          <w:smallCaps w:val="0"/>
          <w:strike w:val="0"/>
          <w:sz w:val="22"/>
          <w:u w:val="single"/>
        </w:rPr>
        <w:t xml:space="preserve"> use and </w:t>
      </w:r>
      <w:r>
        <w:rPr>
          <w:b w:val="0"/>
          <w:i w:val="0"/>
          <w:smallCaps w:val="0"/>
          <w:strike w:val="0"/>
          <w:sz w:val="22"/>
          <w:highlight w:val="cyan"/>
          <w:u w:val="single"/>
        </w:rPr>
        <w:t>rational thought</w:t>
      </w:r>
      <w:r>
        <w:rPr>
          <w:b w:val="0"/>
          <w:i w:val="0"/>
          <w:smallCaps w:val="0"/>
          <w:strike w:val="0"/>
          <w:sz w:val="22"/>
          <w:u w:val="single"/>
        </w:rPr>
        <w:t xml:space="preserve">, its sensitivity to </w:t>
      </w:r>
      <w:r>
        <w:rPr>
          <w:b w:val="0"/>
          <w:i w:val="0"/>
          <w:smallCaps w:val="0"/>
          <w:strike w:val="0"/>
          <w:sz w:val="22"/>
          <w:highlight w:val="cyan"/>
          <w:u w:val="single"/>
        </w:rPr>
        <w:t>moral reasons</w:t>
      </w:r>
      <w:r>
        <w:rPr>
          <w:b w:val="0"/>
          <w:i w:val="0"/>
          <w:smallCaps w:val="0"/>
          <w:strike w:val="0"/>
          <w:sz w:val="22"/>
          <w:u w:val="single"/>
        </w:rPr>
        <w:t xml:space="preserve">, its ability to produce and appreciate </w:t>
      </w:r>
      <w:r>
        <w:rPr>
          <w:b w:val="0"/>
          <w:i w:val="0"/>
          <w:smallCaps w:val="0"/>
          <w:strike w:val="0"/>
          <w:sz w:val="22"/>
          <w:highlight w:val="cyan"/>
          <w:u w:val="single"/>
        </w:rPr>
        <w:t>art, music, and</w:t>
      </w:r>
      <w:r>
        <w:rPr>
          <w:b w:val="0"/>
          <w:i w:val="0"/>
          <w:smallCaps w:val="0"/>
          <w:strike w:val="0"/>
          <w:sz w:val="22"/>
          <w:u w:val="single"/>
        </w:rPr>
        <w:t xml:space="preserve"> scientific </w:t>
      </w:r>
      <w:r>
        <w:rPr>
          <w:b w:val="0"/>
          <w:i w:val="0"/>
          <w:smallCaps w:val="0"/>
          <w:strike w:val="0"/>
          <w:sz w:val="22"/>
          <w:highlight w:val="cyan"/>
          <w:u w:val="single"/>
        </w:rPr>
        <w:t>knowledge</w:t>
      </w:r>
      <w:r>
        <w:rPr>
          <w:b w:val="0"/>
          <w:i w:val="0"/>
          <w:smallCaps w:val="0"/>
          <w:strike w:val="0"/>
          <w:sz w:val="22"/>
          <w:u w:val="single"/>
        </w:rPr>
        <w:t xml:space="preserve">, its sense of history, and so on, should be deemed to </w:t>
      </w:r>
      <w:r>
        <w:rPr>
          <w:b w:val="0"/>
          <w:i w:val="0"/>
          <w:smallCaps w:val="0"/>
          <w:strike w:val="0"/>
          <w:sz w:val="22"/>
          <w:highlight w:val="cyan"/>
          <w:u w:val="single"/>
        </w:rPr>
        <w:t xml:space="preserve">possess </w:t>
      </w:r>
      <w:r>
        <w:rPr>
          <w:b/>
          <w:i w:val="0"/>
          <w:smallCaps w:val="0"/>
          <w:strike w:val="0"/>
          <w:sz w:val="24"/>
          <w:highlight w:val="cyan"/>
          <w:u w:val="single"/>
        </w:rPr>
        <w:t>final value</w:t>
      </w:r>
      <w:r>
        <w:rPr>
          <w:b w:val="0"/>
          <w:i w:val="0"/>
          <w:smallCaps w:val="0"/>
          <w:strike w:val="0"/>
          <w:sz w:val="22"/>
          <w:u w:val="single"/>
        </w:rPr>
        <w:t>”</w:t>
      </w:r>
      <w:r>
        <w:rPr>
          <w:b w:val="0"/>
          <w:i w:val="0"/>
          <w:smallCaps w:val="0"/>
          <w:strike w:val="0"/>
          <w:sz w:val="16"/>
          <w:u w:val="none"/>
        </w:rPr>
        <w:t xml:space="preserve"> (Frick 2017, 359). Since it would be nonsensical to value things but “see no reason of any kind to sustain them or retain them or preserve them or extend them into the future” (Scheffler 2007, 106), we should conclude that “</w:t>
      </w:r>
      <w:r>
        <w:rPr>
          <w:b w:val="0"/>
          <w:i w:val="0"/>
          <w:smallCaps w:val="0"/>
          <w:strike w:val="0"/>
          <w:sz w:val="22"/>
          <w:highlight w:val="cyan"/>
          <w:u w:val="single"/>
        </w:rPr>
        <w:t>it would be</w:t>
      </w:r>
      <w:r>
        <w:rPr>
          <w:b w:val="0"/>
          <w:i w:val="0"/>
          <w:smallCaps w:val="0"/>
          <w:strike w:val="0"/>
          <w:sz w:val="16"/>
          <w:u w:val="none"/>
        </w:rPr>
        <w:t xml:space="preserve"> very bad, indeed one </w:t>
      </w:r>
      <w:r>
        <w:rPr>
          <w:b w:val="0"/>
          <w:i w:val="0"/>
          <w:smallCaps w:val="0"/>
          <w:strike w:val="0"/>
          <w:sz w:val="22"/>
          <w:u w:val="single"/>
        </w:rPr>
        <w:t xml:space="preserve">of </w:t>
      </w:r>
      <w:r>
        <w:rPr>
          <w:b w:val="0"/>
          <w:i w:val="0"/>
          <w:smallCaps w:val="0"/>
          <w:strike w:val="0"/>
          <w:sz w:val="22"/>
          <w:highlight w:val="cyan"/>
          <w:u w:val="single"/>
        </w:rPr>
        <w:t xml:space="preserve">the </w:t>
      </w:r>
      <w:r>
        <w:rPr>
          <w:b/>
          <w:i w:val="0"/>
          <w:smallCaps w:val="0"/>
          <w:strike w:val="0"/>
          <w:sz w:val="24"/>
          <w:highlight w:val="cyan"/>
          <w:u w:val="single"/>
        </w:rPr>
        <w:t>worst thing</w:t>
      </w:r>
      <w:r>
        <w:rPr>
          <w:b w:val="0"/>
          <w:i w:val="0"/>
          <w:smallCaps w:val="0"/>
          <w:strike w:val="0"/>
          <w:sz w:val="22"/>
          <w:u w:val="single"/>
        </w:rPr>
        <w:t>s</w:t>
      </w:r>
      <w:r>
        <w:rPr>
          <w:b w:val="0"/>
          <w:i w:val="0"/>
          <w:smallCaps w:val="0"/>
          <w:strike w:val="0"/>
          <w:sz w:val="22"/>
          <w:u w:val="single"/>
        </w:rPr>
        <w:t xml:space="preserve"> </w:t>
      </w:r>
      <w:r>
        <w:rPr>
          <w:b w:val="0"/>
          <w:i w:val="0"/>
          <w:smallCaps w:val="0"/>
          <w:strike w:val="0"/>
          <w:sz w:val="22"/>
          <w:highlight w:val="cyan"/>
          <w:u w:val="single"/>
        </w:rPr>
        <w:t>that could</w:t>
      </w:r>
      <w:r>
        <w:rPr>
          <w:b w:val="0"/>
          <w:i w:val="0"/>
          <w:smallCaps w:val="0"/>
          <w:strike w:val="0"/>
          <w:sz w:val="22"/>
          <w:u w:val="single"/>
        </w:rPr>
        <w:t xml:space="preserve"> possibly </w:t>
      </w:r>
      <w:r>
        <w:rPr>
          <w:b w:val="0"/>
          <w:i w:val="0"/>
          <w:smallCaps w:val="0"/>
          <w:strike w:val="0"/>
          <w:sz w:val="22"/>
          <w:highlight w:val="cyan"/>
          <w:u w:val="single"/>
        </w:rPr>
        <w:t>happen</w:t>
      </w:r>
      <w:r>
        <w:rPr>
          <w:b w:val="0"/>
          <w:i w:val="0"/>
          <w:smallCaps w:val="0"/>
          <w:strike w:val="0"/>
          <w:sz w:val="22"/>
          <w:u w:val="single"/>
        </w:rPr>
        <w:t>, if, for preventable reasons, the end came much sooner rather than later”</w:t>
      </w:r>
      <w:r>
        <w:rPr>
          <w:b w:val="0"/>
          <w:i w:val="0"/>
          <w:smallCaps w:val="0"/>
          <w:strike w:val="0"/>
          <w:sz w:val="16"/>
          <w:u w:val="none"/>
        </w:rPr>
        <w:t xml:space="preserve"> (Frick 2017, 344).</w:t>
      </w:r>
    </w:p>
    <w:p>
      <w:pPr>
        <w:spacing w:after="60"/>
      </w:pPr>
      <w:r>
        <w:rPr>
          <w:b w:val="0"/>
          <w:i w:val="0"/>
          <w:smallCaps w:val="0"/>
          <w:strike w:val="0"/>
          <w:sz w:val="16"/>
          <w:u w:val="none"/>
        </w:rPr>
        <w:t xml:space="preserve">(vi) </w:t>
      </w:r>
      <w:r>
        <w:rPr>
          <w:b w:val="0"/>
          <w:i/>
          <w:smallCaps w:val="0"/>
          <w:strike w:val="0"/>
          <w:sz w:val="16"/>
          <w:u w:val="none"/>
        </w:rPr>
        <w:t>The argument from harm reduction in the wild</w:t>
      </w:r>
      <w:r>
        <w:rPr>
          <w:b w:val="0"/>
          <w:i w:val="0"/>
          <w:smallCaps w:val="0"/>
          <w:strike w:val="0"/>
          <w:sz w:val="16"/>
          <w:u w:val="none"/>
        </w:rPr>
        <w:t xml:space="preserve">. </w:t>
      </w:r>
      <w:r>
        <w:rPr>
          <w:b w:val="0"/>
          <w:i w:val="0"/>
          <w:smallCaps w:val="0"/>
          <w:strike w:val="0"/>
          <w:sz w:val="22"/>
          <w:u w:val="single"/>
        </w:rPr>
        <w:t>Some argue</w:t>
      </w:r>
      <w:r>
        <w:rPr>
          <w:b w:val="0"/>
          <w:i w:val="0"/>
          <w:smallCaps w:val="0"/>
          <w:strike w:val="0"/>
          <w:sz w:val="16"/>
          <w:u w:val="none"/>
        </w:rPr>
        <w:t xml:space="preserve"> that </w:t>
      </w:r>
      <w:r>
        <w:rPr>
          <w:b w:val="0"/>
          <w:i w:val="0"/>
          <w:smallCaps w:val="0"/>
          <w:strike w:val="0"/>
          <w:sz w:val="22"/>
          <w:u w:val="single"/>
        </w:rPr>
        <w:t xml:space="preserve">there exists far more pain than pleasure in the </w:t>
      </w:r>
      <w:r>
        <w:rPr>
          <w:b/>
          <w:i w:val="0"/>
          <w:smallCaps w:val="0"/>
          <w:strike w:val="0"/>
          <w:sz w:val="24"/>
          <w:u w:val="single"/>
        </w:rPr>
        <w:t>natural world</w:t>
      </w:r>
      <w:r>
        <w:rPr>
          <w:b w:val="0"/>
          <w:i w:val="0"/>
          <w:smallCaps w:val="0"/>
          <w:strike w:val="0"/>
          <w:sz w:val="22"/>
          <w:u w:val="single"/>
        </w:rPr>
        <w:t>, in part because of r-selected species</w:t>
      </w:r>
      <w:r>
        <w:rPr>
          <w:b w:val="0"/>
          <w:i w:val="0"/>
          <w:smallCaps w:val="0"/>
          <w:strike w:val="0"/>
          <w:sz w:val="16"/>
          <w:u w:val="none"/>
        </w:rPr>
        <w:t xml:space="preserve"> that give birth to tens or hundreds of offspring each reproductive cycle, </w:t>
      </w:r>
      <w:r>
        <w:rPr>
          <w:b w:val="0"/>
          <w:i w:val="0"/>
          <w:smallCaps w:val="0"/>
          <w:strike w:val="0"/>
          <w:sz w:val="22"/>
          <w:u w:val="single"/>
        </w:rPr>
        <w:t xml:space="preserve">only a relative few of which survive. If humanity exists long enough into the future, it could potentially develop ways to </w:t>
      </w:r>
      <w:r>
        <w:rPr>
          <w:b/>
          <w:i w:val="0"/>
          <w:smallCaps w:val="0"/>
          <w:strike w:val="0"/>
          <w:sz w:val="24"/>
          <w:u w:val="single"/>
        </w:rPr>
        <w:t>intervene</w:t>
      </w:r>
      <w:r>
        <w:rPr>
          <w:b w:val="0"/>
          <w:i w:val="0"/>
          <w:smallCaps w:val="0"/>
          <w:strike w:val="0"/>
          <w:sz w:val="22"/>
          <w:u w:val="single"/>
        </w:rPr>
        <w:t xml:space="preserve"> in the ecosystem hierarchy to </w:t>
      </w:r>
      <w:r>
        <w:rPr>
          <w:b/>
          <w:i w:val="0"/>
          <w:smallCaps w:val="0"/>
          <w:strike w:val="0"/>
          <w:sz w:val="24"/>
          <w:u w:val="single"/>
        </w:rPr>
        <w:t>reduce the magnitude of harm</w:t>
      </w:r>
      <w:r>
        <w:rPr>
          <w:b w:val="0"/>
          <w:i w:val="0"/>
          <w:smallCaps w:val="0"/>
          <w:strike w:val="0"/>
          <w:sz w:val="22"/>
          <w:u w:val="single"/>
        </w:rPr>
        <w:t xml:space="preserve"> in the biosphere</w:t>
      </w:r>
      <w:r>
        <w:rPr>
          <w:b w:val="0"/>
          <w:i w:val="0"/>
          <w:smallCaps w:val="0"/>
          <w:strike w:val="0"/>
          <w:sz w:val="16"/>
          <w:u w:val="none"/>
        </w:rPr>
        <w:t>.</w:t>
      </w:r>
    </w:p>
    <w:p>
      <w:pPr>
        <w:spacing w:after="60"/>
      </w:pPr>
      <w:r>
        <w:rPr>
          <w:b w:val="0"/>
          <w:i w:val="0"/>
          <w:smallCaps w:val="0"/>
          <w:strike w:val="0"/>
          <w:sz w:val="16"/>
          <w:u w:val="none"/>
        </w:rPr>
        <w:t xml:space="preserve">Many more arguments for ensuring our survival could be adduced. In contrast, there are few compelling reasons for either indifference toward human extinction or seeing this outcome as desirable. Perhaps the two most notable are the </w:t>
      </w:r>
      <w:r>
        <w:rPr>
          <w:b w:val="0"/>
          <w:i/>
          <w:smallCaps w:val="0"/>
          <w:strike w:val="0"/>
          <w:sz w:val="16"/>
          <w:u w:val="none"/>
        </w:rPr>
        <w:t>argument from negative utilitarianism</w:t>
      </w:r>
      <w:r>
        <w:rPr>
          <w:b w:val="0"/>
          <w:i w:val="0"/>
          <w:smallCaps w:val="0"/>
          <w:strike w:val="0"/>
          <w:sz w:val="16"/>
          <w:u w:val="none"/>
        </w:rPr>
        <w:t xml:space="preserve"> and the </w:t>
      </w:r>
      <w:r>
        <w:rPr>
          <w:b w:val="0"/>
          <w:i/>
          <w:smallCaps w:val="0"/>
          <w:strike w:val="0"/>
          <w:sz w:val="16"/>
          <w:u w:val="none"/>
        </w:rPr>
        <w:t>argument from anthropogenic destruction</w:t>
      </w:r>
      <w:r>
        <w:rPr>
          <w:b w:val="0"/>
          <w:i w:val="0"/>
          <w:smallCaps w:val="0"/>
          <w:strike w:val="0"/>
          <w:sz w:val="16"/>
          <w:u w:val="none"/>
        </w:rPr>
        <w:t xml:space="preserve"> (which ties into Benatar’s misanthropic case for anti-natalism). The first claims that all that matters morally is the total amount of suffering in the world, independent of the total amount of well-being. Thus, if possible, one should become a “world-exploder” who destroys not just all sentient life on Earth, but the potential for sentient life to exist in our future light cone. (One realistic way of doing this might be to </w:t>
      </w:r>
      <w:r>
        <w:rPr>
          <w:b w:val="0"/>
          <w:i w:val="0"/>
          <w:smallCaps w:val="0"/>
          <w:strike w:val="0"/>
          <w:sz w:val="16"/>
          <w:u w:val="none"/>
        </w:rPr>
        <w:t>weaponise</w:t>
      </w:r>
      <w:r>
        <w:rPr>
          <w:b w:val="0"/>
          <w:i w:val="0"/>
          <w:smallCaps w:val="0"/>
          <w:strike w:val="0"/>
          <w:sz w:val="16"/>
          <w:u w:val="none"/>
        </w:rPr>
        <w:t xml:space="preserve"> a particle accelerator. If the universe is in a “false vacuum” state, then it is theoretically possible to tip it into a “true vacuum” state by nucleating a “vacuum bubble” that expands in all directions at the speed of light, obliterating everything it encounters.10) The second claims that humans have destroyed so much of the biosphere that we deserve to perish. There are several fringe groups motivated by this view, such as the Gaia Liberation Front, that advocate for the involuntary annihilation of humanity; other groups, such as the Voluntary Human Extinction Movement (VHEMT), argue that humanity should voluntarily cease procreating for the sake of the “Gaian system”. (Thus, VHEMT are anti-natalists but for reasons unrelated to the harm-benefit asymmetry.)</w:t>
      </w:r>
    </w:p>
    <w:p>
      <w:pPr>
        <w:spacing w:after="60"/>
      </w:pPr>
      <w:r>
        <w:rPr>
          <w:b w:val="0"/>
          <w:i w:val="0"/>
          <w:smallCaps w:val="0"/>
          <w:strike w:val="0"/>
          <w:sz w:val="16"/>
          <w:u w:val="none"/>
        </w:rPr>
        <w:t xml:space="preserve">Considering these for and against arguments together, </w:t>
      </w:r>
      <w:r>
        <w:rPr>
          <w:b w:val="0"/>
          <w:i w:val="0"/>
          <w:smallCaps w:val="0"/>
          <w:strike w:val="0"/>
          <w:sz w:val="22"/>
          <w:highlight w:val="cyan"/>
          <w:u w:val="single"/>
        </w:rPr>
        <w:t>there is</w:t>
      </w:r>
      <w:r>
        <w:rPr>
          <w:b w:val="0"/>
          <w:i w:val="0"/>
          <w:smallCaps w:val="0"/>
          <w:strike w:val="0"/>
          <w:sz w:val="16"/>
          <w:u w:val="none"/>
        </w:rPr>
        <w:t xml:space="preserve">, I believe, </w:t>
      </w:r>
      <w:r>
        <w:rPr>
          <w:b/>
          <w:i w:val="0"/>
          <w:smallCaps w:val="0"/>
          <w:strike w:val="0"/>
          <w:sz w:val="24"/>
          <w:highlight w:val="cyan"/>
          <w:u w:val="single"/>
        </w:rPr>
        <w:t>overwhelming reason</w:t>
      </w:r>
      <w:r>
        <w:rPr>
          <w:b w:val="0"/>
          <w:i w:val="0"/>
          <w:smallCaps w:val="0"/>
          <w:strike w:val="0"/>
          <w:sz w:val="22"/>
          <w:u w:val="single"/>
        </w:rPr>
        <w:t xml:space="preserve"> to advocate </w:t>
      </w:r>
      <w:r>
        <w:rPr>
          <w:b w:val="0"/>
          <w:i w:val="0"/>
          <w:smallCaps w:val="0"/>
          <w:strike w:val="0"/>
          <w:sz w:val="22"/>
          <w:highlight w:val="cyan"/>
          <w:u w:val="single"/>
        </w:rPr>
        <w:t>for</w:t>
      </w:r>
      <w:r>
        <w:rPr>
          <w:b w:val="0"/>
          <w:i w:val="0"/>
          <w:smallCaps w:val="0"/>
          <w:strike w:val="0"/>
          <w:sz w:val="22"/>
          <w:u w:val="single"/>
        </w:rPr>
        <w:t xml:space="preserve"> the </w:t>
      </w:r>
      <w:r>
        <w:rPr>
          <w:b/>
          <w:i w:val="0"/>
          <w:smallCaps w:val="0"/>
          <w:strike w:val="0"/>
          <w:sz w:val="24"/>
          <w:highlight w:val="cyan"/>
          <w:u w:val="single"/>
        </w:rPr>
        <w:t>continued existence</w:t>
      </w:r>
      <w:r>
        <w:rPr>
          <w:b w:val="0"/>
          <w:i w:val="0"/>
          <w:smallCaps w:val="0"/>
          <w:strike w:val="0"/>
          <w:sz w:val="22"/>
          <w:u w:val="single"/>
        </w:rPr>
        <w:t xml:space="preserve"> of humanity</w:t>
      </w:r>
      <w:r>
        <w:rPr>
          <w:b w:val="0"/>
          <w:i w:val="0"/>
          <w:smallCaps w:val="0"/>
          <w:strike w:val="0"/>
          <w:sz w:val="16"/>
          <w:u w:val="none"/>
        </w:rPr>
        <w:t>. To quote Derek Parfit (1984, {452–453),</w:t>
      </w:r>
    </w:p>
    <w:p>
      <w:pPr>
        <w:spacing w:after="60"/>
      </w:pPr>
      <w:r>
        <w:rPr>
          <w:b w:val="0"/>
          <w:i w:val="0"/>
          <w:smallCaps w:val="0"/>
          <w:strike w:val="0"/>
          <w:sz w:val="22"/>
          <w:u w:val="single"/>
        </w:rPr>
        <w:t xml:space="preserve">civilization began only a few thousand years ago. If we do not destroy [hu]mankind, these few thousand years may be only a </w:t>
      </w:r>
      <w:r>
        <w:rPr>
          <w:b/>
          <w:i w:val="0"/>
          <w:smallCaps w:val="0"/>
          <w:strike w:val="0"/>
          <w:sz w:val="24"/>
          <w:u w:val="single"/>
        </w:rPr>
        <w:t>tiny fraction</w:t>
      </w:r>
      <w:r>
        <w:rPr>
          <w:b w:val="0"/>
          <w:i w:val="0"/>
          <w:smallCaps w:val="0"/>
          <w:strike w:val="0"/>
          <w:sz w:val="22"/>
          <w:u w:val="single"/>
        </w:rPr>
        <w:t xml:space="preserve"> of the whole of civilized human history. The difference between [nearly all and </w:t>
      </w:r>
      <w:r>
        <w:rPr>
          <w:b w:val="0"/>
          <w:i w:val="0"/>
          <w:smallCaps w:val="0"/>
          <w:strike w:val="0"/>
          <w:sz w:val="22"/>
          <w:u w:val="single"/>
        </w:rPr>
        <w:t>actually all</w:t>
      </w:r>
      <w:r>
        <w:rPr>
          <w:b w:val="0"/>
          <w:i w:val="0"/>
          <w:smallCaps w:val="0"/>
          <w:strike w:val="0"/>
          <w:sz w:val="22"/>
          <w:u w:val="single"/>
        </w:rPr>
        <w:t xml:space="preserve"> people dying] may thus be the difference between this tiny fraction and all of the rest of this history. If we compare this possible history to a day, what has occurred so far is </w:t>
      </w:r>
      <w:r>
        <w:rPr>
          <w:b/>
          <w:i w:val="0"/>
          <w:smallCaps w:val="0"/>
          <w:strike w:val="0"/>
          <w:sz w:val="24"/>
          <w:u w:val="single"/>
        </w:rPr>
        <w:t>only a fraction of a second</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