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causes </w:t>
      </w:r>
      <w:r>
        <w:rPr>
          <w:b/>
          <w:i w:val="0"/>
          <w:smallCaps w:val="0"/>
          <w:strike w:val="0"/>
          <w:sz w:val="26"/>
          <w:u w:val="single"/>
        </w:rPr>
        <w:t>billions</w:t>
      </w:r>
      <w:r>
        <w:rPr>
          <w:b/>
          <w:i w:val="0"/>
          <w:smallCaps w:val="0"/>
          <w:strike w:val="0"/>
          <w:sz w:val="26"/>
          <w:u w:val="none"/>
        </w:rPr>
        <w:t xml:space="preserve"> to die painful deaths and extinguishes a </w:t>
      </w:r>
      <w:r>
        <w:rPr>
          <w:b/>
          <w:i w:val="0"/>
          <w:smallCaps w:val="0"/>
          <w:strike w:val="0"/>
          <w:sz w:val="26"/>
          <w:u w:val="single"/>
        </w:rPr>
        <w:t xml:space="preserve">huge </w:t>
      </w:r>
      <w:r>
        <w:rPr>
          <w:b/>
          <w:i w:val="0"/>
          <w:smallCaps w:val="0"/>
          <w:strike w:val="0"/>
          <w:sz w:val="26"/>
          <w:u w:val="single"/>
        </w:rPr>
        <w:t>amount</w:t>
      </w:r>
      <w:r>
        <w:rPr>
          <w:b/>
          <w:i w:val="0"/>
          <w:smallCaps w:val="0"/>
          <w:strike w:val="0"/>
          <w:sz w:val="26"/>
          <w:u w:val="none"/>
        </w:rPr>
        <w:t xml:space="preserve"> of future generations that have </w:t>
      </w:r>
      <w:r>
        <w:rPr>
          <w:b/>
          <w:i w:val="0"/>
          <w:smallCaps w:val="0"/>
          <w:strike w:val="0"/>
          <w:sz w:val="26"/>
          <w:u w:val="single"/>
        </w:rPr>
        <w:t>massive value</w:t>
      </w:r>
    </w:p>
    <w:p>
      <w:pPr>
        <w:spacing w:after="80"/>
      </w:pPr>
      <w:r>
        <w:rPr>
          <w:b w:val="0"/>
          <w:i w:val="0"/>
          <w:smallCaps w:val="0"/>
          <w:strike w:val="0"/>
          <w:u w:val="none"/>
        </w:rPr>
        <w:t xml:space="preserve">Dr. Peter </w:t>
      </w:r>
      <w:r>
        <w:rPr>
          <w:b/>
          <w:i w:val="0"/>
          <w:smallCaps w:val="0"/>
          <w:strike w:val="0"/>
          <w:sz w:val="26"/>
          <w:u w:val="none"/>
        </w:rPr>
        <w:t>Singer 17</w:t>
      </w:r>
      <w:r>
        <w:rPr>
          <w:b w:val="0"/>
          <w:i w:val="0"/>
          <w:smallCaps w:val="0"/>
          <w:strike w:val="0"/>
          <w:u w:val="none"/>
        </w:rPr>
        <w:t xml:space="preserve">, Ira W. </w:t>
      </w:r>
      <w:r>
        <w:rPr>
          <w:b w:val="0"/>
          <w:i w:val="0"/>
          <w:smallCaps w:val="0"/>
          <w:strike w:val="0"/>
          <w:u w:val="none"/>
        </w:rPr>
        <w:t>DeCamp</w:t>
      </w:r>
      <w:r>
        <w:rPr>
          <w:b w:val="0"/>
          <w:i w:val="0"/>
          <w:smallCaps w:val="0"/>
          <w:strike w:val="0"/>
          <w:u w:val="none"/>
        </w:rPr>
        <w:t xml:space="preserve"> Professor of Bioethics at Princeton University and Laureate Professor at the School of Historical and Philosophical Studies at the University of Melbourne, Ethics in the Real World: 82 Brief Essays on Things That Matter, p. 184-187</w:t>
      </w:r>
    </w:p>
    <w:p>
      <w:pPr>
        <w:spacing w:after="60"/>
      </w:pPr>
      <w:r>
        <w:rPr>
          <w:b w:val="0"/>
          <w:i w:val="0"/>
          <w:smallCaps w:val="0"/>
          <w:strike w:val="0"/>
          <w:sz w:val="16"/>
          <w:u w:val="none"/>
        </w:rPr>
        <w:t xml:space="preserve">We won’t try to address those questions here. Instead, </w:t>
      </w:r>
      <w:r>
        <w:rPr>
          <w:b w:val="0"/>
          <w:i w:val="0"/>
          <w:smallCaps w:val="0"/>
          <w:strike w:val="0"/>
          <w:sz w:val="22"/>
          <w:u w:val="single"/>
        </w:rPr>
        <w:t xml:space="preserve">we’ll focus on this question: </w:t>
      </w:r>
      <w:r>
        <w:rPr>
          <w:b w:val="0"/>
          <w:i w:val="0"/>
          <w:smallCaps w:val="0"/>
          <w:strike w:val="0"/>
          <w:sz w:val="22"/>
          <w:highlight w:val="cyan"/>
          <w:u w:val="single"/>
        </w:rPr>
        <w:t>How bad would</w:t>
      </w:r>
      <w:r>
        <w:rPr>
          <w:b w:val="0"/>
          <w:i w:val="0"/>
          <w:smallCaps w:val="0"/>
          <w:strike w:val="0"/>
          <w:sz w:val="22"/>
          <w:u w:val="single"/>
        </w:rPr>
        <w:t xml:space="preserve"> human </w:t>
      </w:r>
      <w:r>
        <w:rPr>
          <w:b w:val="0"/>
          <w:i w:val="0"/>
          <w:smallCaps w:val="0"/>
          <w:strike w:val="0"/>
          <w:sz w:val="22"/>
          <w:highlight w:val="cyan"/>
          <w:u w:val="single"/>
        </w:rPr>
        <w:t>extinction be?</w:t>
      </w:r>
    </w:p>
    <w:p>
      <w:pPr>
        <w:spacing w:after="60"/>
      </w:pPr>
      <w:r>
        <w:rPr>
          <w:b w:val="0"/>
          <w:i w:val="0"/>
          <w:smallCaps w:val="0"/>
          <w:strike w:val="0"/>
          <w:sz w:val="22"/>
          <w:u w:val="single"/>
        </w:rPr>
        <w:t xml:space="preserve">One very bad thing about human extinction would be that </w:t>
      </w:r>
      <w:r>
        <w:rPr>
          <w:b/>
          <w:i w:val="0"/>
          <w:smallCaps w:val="0"/>
          <w:strike w:val="0"/>
          <w:sz w:val="24"/>
          <w:highlight w:val="cyan"/>
          <w:u w:val="single"/>
        </w:rPr>
        <w:t>billions</w:t>
      </w:r>
      <w:r>
        <w:rPr>
          <w:b/>
          <w:i w:val="0"/>
          <w:smallCaps w:val="0"/>
          <w:strike w:val="0"/>
          <w:sz w:val="24"/>
          <w:u w:val="single"/>
        </w:rPr>
        <w:t xml:space="preserve"> of people </w:t>
      </w:r>
      <w:r>
        <w:rPr>
          <w:b/>
          <w:i w:val="0"/>
          <w:smallCaps w:val="0"/>
          <w:strike w:val="0"/>
          <w:sz w:val="24"/>
          <w:highlight w:val="cyan"/>
          <w:u w:val="single"/>
        </w:rPr>
        <w:t>would</w:t>
      </w:r>
      <w:r>
        <w:rPr>
          <w:b/>
          <w:i w:val="0"/>
          <w:smallCaps w:val="0"/>
          <w:strike w:val="0"/>
          <w:sz w:val="24"/>
          <w:u w:val="single"/>
        </w:rPr>
        <w:t xml:space="preserve"> likely </w:t>
      </w:r>
      <w:r>
        <w:rPr>
          <w:b/>
          <w:i w:val="0"/>
          <w:smallCaps w:val="0"/>
          <w:strike w:val="0"/>
          <w:sz w:val="24"/>
          <w:highlight w:val="cyan"/>
          <w:u w:val="single"/>
        </w:rPr>
        <w:t>die painful deaths</w:t>
      </w:r>
      <w:r>
        <w:rPr>
          <w:b w:val="0"/>
          <w:i w:val="0"/>
          <w:smallCaps w:val="0"/>
          <w:strike w:val="0"/>
          <w:sz w:val="16"/>
          <w:u w:val="none"/>
        </w:rPr>
        <w:t xml:space="preserve">. But in our view, this is, by far, not the worst thing about human extinction. </w:t>
      </w:r>
      <w:r>
        <w:rPr>
          <w:b w:val="0"/>
          <w:i w:val="0"/>
          <w:smallCaps w:val="0"/>
          <w:strike w:val="0"/>
          <w:sz w:val="22"/>
          <w:u w:val="single"/>
        </w:rPr>
        <w:t xml:space="preserve">The worst thing about human extinction is that </w:t>
      </w:r>
      <w:r>
        <w:rPr>
          <w:b w:val="0"/>
          <w:i w:val="0"/>
          <w:smallCaps w:val="0"/>
          <w:strike w:val="0"/>
          <w:sz w:val="22"/>
          <w:u w:val="single"/>
        </w:rPr>
        <w:t xml:space="preserve">there would be </w:t>
      </w:r>
      <w:r>
        <w:rPr>
          <w:b/>
          <w:i w:val="0"/>
          <w:smallCaps w:val="0"/>
          <w:strike w:val="0"/>
          <w:sz w:val="24"/>
          <w:highlight w:val="cyan"/>
          <w:u w:val="single"/>
        </w:rPr>
        <w:t>no future generations</w:t>
      </w:r>
      <w:r>
        <w:rPr>
          <w:b w:val="0"/>
          <w:i w:val="0"/>
          <w:smallCaps w:val="0"/>
          <w:strike w:val="0"/>
          <w:sz w:val="16"/>
          <w:u w:val="none"/>
        </w:rPr>
        <w:t>.</w:t>
      </w:r>
    </w:p>
    <w:p>
      <w:pPr>
        <w:spacing w:after="60"/>
      </w:pPr>
      <w:r>
        <w:rPr>
          <w:b w:val="0"/>
          <w:i w:val="0"/>
          <w:smallCaps w:val="0"/>
          <w:strike w:val="0"/>
          <w:sz w:val="16"/>
          <w:u w:val="none"/>
        </w:rPr>
        <w:t xml:space="preserve">We believe that </w:t>
      </w:r>
      <w:r>
        <w:rPr>
          <w:b w:val="0"/>
          <w:i w:val="0"/>
          <w:smallCaps w:val="0"/>
          <w:strike w:val="0"/>
          <w:sz w:val="22"/>
          <w:highlight w:val="cyan"/>
          <w:u w:val="single"/>
        </w:rPr>
        <w:t xml:space="preserve">future generations matter </w:t>
      </w:r>
      <w:r>
        <w:rPr>
          <w:b/>
          <w:i w:val="0"/>
          <w:smallCaps w:val="0"/>
          <w:strike w:val="0"/>
          <w:sz w:val="24"/>
          <w:highlight w:val="cyan"/>
          <w:u w:val="single"/>
        </w:rPr>
        <w:t>just as much</w:t>
      </w:r>
      <w:r>
        <w:rPr>
          <w:b w:val="0"/>
          <w:i w:val="0"/>
          <w:smallCaps w:val="0"/>
          <w:strike w:val="0"/>
          <w:sz w:val="22"/>
          <w:u w:val="single"/>
        </w:rPr>
        <w:t xml:space="preserve"> as our generation does. </w:t>
      </w:r>
      <w:r>
        <w:rPr>
          <w:b w:val="0"/>
          <w:i w:val="0"/>
          <w:smallCaps w:val="0"/>
          <w:strike w:val="0"/>
          <w:sz w:val="22"/>
          <w:highlight w:val="cyan"/>
          <w:u w:val="single"/>
        </w:rPr>
        <w:t>Since there could be so many</w:t>
      </w:r>
      <w:r>
        <w:rPr>
          <w:b w:val="0"/>
          <w:i w:val="0"/>
          <w:smallCaps w:val="0"/>
          <w:strike w:val="0"/>
          <w:sz w:val="22"/>
          <w:u w:val="single"/>
        </w:rPr>
        <w:t xml:space="preserve"> generations in our future, </w:t>
      </w:r>
      <w:r>
        <w:rPr>
          <w:b w:val="0"/>
          <w:i w:val="0"/>
          <w:smallCaps w:val="0"/>
          <w:strike w:val="0"/>
          <w:sz w:val="22"/>
          <w:u w:val="single"/>
        </w:rPr>
        <w:t xml:space="preserve">the </w:t>
      </w:r>
      <w:r>
        <w:rPr>
          <w:b w:val="0"/>
          <w:i w:val="0"/>
          <w:smallCaps w:val="0"/>
          <w:strike w:val="0"/>
          <w:sz w:val="22"/>
          <w:highlight w:val="cyan"/>
          <w:u w:val="single"/>
        </w:rPr>
        <w:t>value</w:t>
      </w:r>
      <w:r>
        <w:rPr>
          <w:b w:val="0"/>
          <w:i w:val="0"/>
          <w:smallCaps w:val="0"/>
          <w:strike w:val="0"/>
          <w:sz w:val="22"/>
          <w:u w:val="single"/>
        </w:rPr>
        <w:t xml:space="preserve"> of all those generations together </w:t>
      </w:r>
      <w:r>
        <w:rPr>
          <w:b/>
          <w:i w:val="0"/>
          <w:smallCaps w:val="0"/>
          <w:strike w:val="0"/>
          <w:sz w:val="24"/>
          <w:highlight w:val="cyan"/>
          <w:u w:val="single"/>
        </w:rPr>
        <w:t>greatly exceeds</w:t>
      </w:r>
      <w:r>
        <w:rPr>
          <w:b w:val="0"/>
          <w:i w:val="0"/>
          <w:smallCaps w:val="0"/>
          <w:strike w:val="0"/>
          <w:sz w:val="22"/>
          <w:u w:val="single"/>
        </w:rPr>
        <w:t xml:space="preserve"> the value of </w:t>
      </w:r>
      <w:r>
        <w:rPr>
          <w:b w:val="0"/>
          <w:i w:val="0"/>
          <w:smallCaps w:val="0"/>
          <w:strike w:val="0"/>
          <w:sz w:val="22"/>
          <w:highlight w:val="cyan"/>
          <w:u w:val="single"/>
        </w:rPr>
        <w:t>the current</w:t>
      </w:r>
      <w:r>
        <w:rPr>
          <w:b w:val="0"/>
          <w:i w:val="0"/>
          <w:smallCaps w:val="0"/>
          <w:strike w:val="0"/>
          <w:sz w:val="22"/>
          <w:u w:val="single"/>
        </w:rPr>
        <w:t xml:space="preserve"> generation</w:t>
      </w:r>
      <w:r>
        <w:rPr>
          <w:b w:val="0"/>
          <w:i w:val="0"/>
          <w:smallCaps w:val="0"/>
          <w:strike w:val="0"/>
          <w:sz w:val="16"/>
          <w:u w:val="none"/>
        </w:rPr>
        <w:t>.</w:t>
      </w:r>
    </w:p>
    <w:p>
      <w:pPr>
        <w:spacing w:after="60"/>
      </w:pPr>
      <w:r>
        <w:rPr>
          <w:b w:val="0"/>
          <w:i w:val="0"/>
          <w:smallCaps w:val="0"/>
          <w:strike w:val="0"/>
          <w:sz w:val="16"/>
          <w:u w:val="none"/>
        </w:rPr>
        <w:t xml:space="preserve">Considering a historical example helps to illustrate this point. About </w:t>
      </w:r>
      <w:r>
        <w:rPr>
          <w:b w:val="0"/>
          <w:i w:val="0"/>
          <w:smallCaps w:val="0"/>
          <w:strike w:val="0"/>
          <w:sz w:val="22"/>
          <w:u w:val="single"/>
        </w:rPr>
        <w:t xml:space="preserve">70,000 years ago, there was a </w:t>
      </w:r>
      <w:r>
        <w:rPr>
          <w:b w:val="0"/>
          <w:i w:val="0"/>
          <w:smallCaps w:val="0"/>
          <w:strike w:val="0"/>
          <w:sz w:val="22"/>
          <w:u w:val="single"/>
        </w:rPr>
        <w:t>supervolcanic</w:t>
      </w:r>
      <w:r>
        <w:rPr>
          <w:b w:val="0"/>
          <w:i w:val="0"/>
          <w:smallCaps w:val="0"/>
          <w:strike w:val="0"/>
          <w:sz w:val="22"/>
          <w:u w:val="single"/>
        </w:rPr>
        <w:t xml:space="preserve"> eruption known as the Toba eruption</w:t>
      </w:r>
      <w:r>
        <w:rPr>
          <w:b w:val="0"/>
          <w:i w:val="0"/>
          <w:smallCaps w:val="0"/>
          <w:strike w:val="0"/>
          <w:sz w:val="16"/>
          <w:u w:val="none"/>
        </w:rPr>
        <w:t xml:space="preserve">. Many scientists believe that this eruption caused a “volcanic winter” which brought our ancestors close to extinction. Suppose that this is true. Now </w:t>
      </w:r>
      <w:r>
        <w:rPr>
          <w:b w:val="0"/>
          <w:i w:val="0"/>
          <w:smallCaps w:val="0"/>
          <w:strike w:val="0"/>
          <w:sz w:val="22"/>
          <w:u w:val="single"/>
        </w:rPr>
        <w:t>imagine that the</w:t>
      </w:r>
      <w:r>
        <w:rPr>
          <w:b w:val="0"/>
          <w:i w:val="0"/>
          <w:smallCaps w:val="0"/>
          <w:strike w:val="0"/>
          <w:sz w:val="16"/>
          <w:u w:val="none"/>
        </w:rPr>
        <w:t xml:space="preserve"> Toba </w:t>
      </w:r>
      <w:r>
        <w:rPr>
          <w:b w:val="0"/>
          <w:i w:val="0"/>
          <w:smallCaps w:val="0"/>
          <w:strike w:val="0"/>
          <w:sz w:val="22"/>
          <w:u w:val="single"/>
        </w:rPr>
        <w:t xml:space="preserve">eruption had eradicated humans from the Earth. How bad would that have been? Some 3,000 generations and 100 billion lives later, it is plausible to say that the death and suffering caused by the Toba eruption would have been </w:t>
      </w:r>
      <w:r>
        <w:rPr>
          <w:b/>
          <w:i w:val="0"/>
          <w:smallCaps w:val="0"/>
          <w:strike w:val="0"/>
          <w:sz w:val="24"/>
          <w:u w:val="single"/>
        </w:rPr>
        <w:t>trivial</w:t>
      </w:r>
      <w:r>
        <w:rPr>
          <w:b w:val="0"/>
          <w:i w:val="0"/>
          <w:smallCaps w:val="0"/>
          <w:strike w:val="0"/>
          <w:sz w:val="22"/>
          <w:u w:val="single"/>
        </w:rPr>
        <w:t xml:space="preserve"> in comparison with the loss of all the human lives that have been lived from then to now, and everything humanity has achieved since that time</w:t>
      </w:r>
      <w:r>
        <w:rPr>
          <w:b w:val="0"/>
          <w:i w:val="0"/>
          <w:smallCaps w:val="0"/>
          <w:strike w:val="0"/>
          <w:sz w:val="16"/>
          <w:u w:val="none"/>
        </w:rPr>
        <w:t>.</w:t>
      </w:r>
    </w:p>
    <w:p>
      <w:pPr>
        <w:spacing w:after="60"/>
      </w:pPr>
      <w:r>
        <w:rPr>
          <w:b w:val="0"/>
          <w:i w:val="0"/>
          <w:smallCaps w:val="0"/>
          <w:strike w:val="0"/>
          <w:sz w:val="22"/>
          <w:u w:val="single"/>
        </w:rPr>
        <w:t xml:space="preserve">Similarly, </w:t>
      </w:r>
      <w:r>
        <w:rPr>
          <w:b w:val="0"/>
          <w:i w:val="0"/>
          <w:smallCaps w:val="0"/>
          <w:strike w:val="0"/>
          <w:sz w:val="22"/>
          <w:u w:val="single"/>
        </w:rPr>
        <w:t>if humanity goes extinct</w:t>
      </w:r>
      <w:r>
        <w:rPr>
          <w:b w:val="0"/>
          <w:i w:val="0"/>
          <w:smallCaps w:val="0"/>
          <w:strike w:val="0"/>
          <w:sz w:val="22"/>
          <w:u w:val="single"/>
        </w:rPr>
        <w:t xml:space="preserve"> now, </w:t>
      </w:r>
      <w:r>
        <w:rPr>
          <w:b w:val="0"/>
          <w:i w:val="0"/>
          <w:smallCaps w:val="0"/>
          <w:strike w:val="0"/>
          <w:sz w:val="22"/>
          <w:u w:val="single"/>
        </w:rPr>
        <w:t xml:space="preserve">the </w:t>
      </w:r>
      <w:r>
        <w:rPr>
          <w:b w:val="0"/>
          <w:i w:val="0"/>
          <w:smallCaps w:val="0"/>
          <w:strike w:val="0"/>
          <w:sz w:val="22"/>
          <w:highlight w:val="cyan"/>
          <w:u w:val="single"/>
        </w:rPr>
        <w:t>worst</w:t>
      </w:r>
      <w:r>
        <w:rPr>
          <w:b w:val="0"/>
          <w:i w:val="0"/>
          <w:smallCaps w:val="0"/>
          <w:strike w:val="0"/>
          <w:sz w:val="22"/>
          <w:u w:val="single"/>
        </w:rPr>
        <w:t xml:space="preserve"> aspect</w:t>
      </w:r>
      <w:r>
        <w:rPr>
          <w:b w:val="0"/>
          <w:i w:val="0"/>
          <w:smallCaps w:val="0"/>
          <w:strike w:val="0"/>
          <w:sz w:val="22"/>
          <w:u w:val="single"/>
        </w:rPr>
        <w:t xml:space="preserve"> of this </w:t>
      </w:r>
      <w:r>
        <w:rPr>
          <w:b w:val="0"/>
          <w:i w:val="0"/>
          <w:smallCaps w:val="0"/>
          <w:strike w:val="0"/>
          <w:sz w:val="22"/>
          <w:u w:val="single"/>
        </w:rPr>
        <w:t xml:space="preserve">would be </w:t>
      </w:r>
      <w:r>
        <w:rPr>
          <w:b w:val="0"/>
          <w:i w:val="0"/>
          <w:smallCaps w:val="0"/>
          <w:strike w:val="0"/>
          <w:sz w:val="22"/>
          <w:highlight w:val="cyan"/>
          <w:u w:val="single"/>
        </w:rPr>
        <w:t xml:space="preserve">the </w:t>
      </w:r>
      <w:r>
        <w:rPr>
          <w:b/>
          <w:i w:val="0"/>
          <w:smallCaps w:val="0"/>
          <w:strike w:val="0"/>
          <w:sz w:val="24"/>
          <w:highlight w:val="cyan"/>
          <w:u w:val="single"/>
        </w:rPr>
        <w:t>opportunity cost</w:t>
      </w:r>
      <w:r>
        <w:rPr>
          <w:b w:val="0"/>
          <w:i w:val="0"/>
          <w:smallCaps w:val="0"/>
          <w:strike w:val="0"/>
          <w:sz w:val="22"/>
          <w:u w:val="single"/>
        </w:rPr>
        <w:t xml:space="preserve">. Civilization began only a few thousand years ago. Yet </w:t>
      </w:r>
      <w:r>
        <w:rPr>
          <w:b w:val="0"/>
          <w:i w:val="0"/>
          <w:smallCaps w:val="0"/>
          <w:strike w:val="0"/>
          <w:sz w:val="22"/>
          <w:highlight w:val="cyan"/>
          <w:u w:val="single"/>
        </w:rPr>
        <w:t>Earth could remain habitable for a</w:t>
      </w:r>
      <w:r>
        <w:rPr>
          <w:b w:val="0"/>
          <w:i w:val="0"/>
          <w:smallCaps w:val="0"/>
          <w:strike w:val="0"/>
          <w:sz w:val="22"/>
          <w:u w:val="single"/>
        </w:rPr>
        <w:t xml:space="preserve">nother </w:t>
      </w:r>
      <w:r>
        <w:rPr>
          <w:b w:val="0"/>
          <w:i w:val="0"/>
          <w:smallCaps w:val="0"/>
          <w:strike w:val="0"/>
          <w:sz w:val="22"/>
          <w:highlight w:val="cyan"/>
          <w:u w:val="single"/>
        </w:rPr>
        <w:t>billion years. And</w:t>
      </w:r>
      <w:r>
        <w:rPr>
          <w:b w:val="0"/>
          <w:i w:val="0"/>
          <w:smallCaps w:val="0"/>
          <w:strike w:val="0"/>
          <w:sz w:val="22"/>
          <w:u w:val="single"/>
        </w:rPr>
        <w:t xml:space="preserve"> if it is possible to colonize space, our species may survive </w:t>
      </w:r>
      <w:r>
        <w:rPr>
          <w:b w:val="0"/>
          <w:i w:val="0"/>
          <w:smallCaps w:val="0"/>
          <w:strike w:val="0"/>
          <w:sz w:val="22"/>
          <w:highlight w:val="cyan"/>
          <w:u w:val="single"/>
        </w:rPr>
        <w:t>much longer</w:t>
      </w:r>
      <w:r>
        <w:rPr>
          <w:b w:val="0"/>
          <w:i w:val="0"/>
          <w:smallCaps w:val="0"/>
          <w:strike w:val="0"/>
          <w:sz w:val="22"/>
          <w:u w:val="single"/>
        </w:rPr>
        <w:t xml:space="preserve"> than that</w:t>
      </w:r>
      <w:r>
        <w:rPr>
          <w:b w:val="0"/>
          <w:i w:val="0"/>
          <w:smallCaps w:val="0"/>
          <w:strike w:val="0"/>
          <w:sz w:val="16"/>
          <w:u w:val="none"/>
        </w:rPr>
        <w:t>.</w:t>
      </w:r>
    </w:p>
    <w:p>
      <w:pPr>
        <w:spacing w:after="60"/>
      </w:pPr>
      <w:r>
        <w:rPr>
          <w:b w:val="0"/>
          <w:i w:val="0"/>
          <w:smallCaps w:val="0"/>
          <w:strike w:val="0"/>
          <w:sz w:val="16"/>
          <w:u w:val="none"/>
        </w:rPr>
        <w:t>Some people would reject this way of assessing the value of future generations. They may claim that bringing new people into existence cannot be a benefit, regardless of what kind of life these people have. On this view, the value of avoiding human extinction is restricted to people alive today and people who are already going to exist, and who may want to have children or grandchildren.</w:t>
      </w:r>
    </w:p>
    <w:p>
      <w:pPr>
        <w:spacing w:after="60"/>
      </w:pPr>
      <w:r>
        <w:rPr>
          <w:b w:val="0"/>
          <w:i w:val="0"/>
          <w:smallCaps w:val="0"/>
          <w:strike w:val="0"/>
          <w:sz w:val="16"/>
          <w:u w:val="none"/>
        </w:rPr>
        <w:t>Why would someone believe this? One reason might be that if people never exist, then it can’t be bad for them that they don’t exist. Since they don’t exist, there’s no “them” for it to be bad for, so causing people to exist cannot benefit them.</w:t>
      </w:r>
    </w:p>
    <w:p>
      <w:pPr>
        <w:spacing w:after="60"/>
      </w:pPr>
      <w:r>
        <w:rPr>
          <w:b w:val="0"/>
          <w:i w:val="0"/>
          <w:smallCaps w:val="0"/>
          <w:strike w:val="0"/>
          <w:sz w:val="16"/>
          <w:u w:val="none"/>
        </w:rPr>
        <w:t xml:space="preserve">We disagree. We think that </w:t>
      </w:r>
      <w:r>
        <w:rPr>
          <w:b w:val="0"/>
          <w:i w:val="0"/>
          <w:smallCaps w:val="0"/>
          <w:strike w:val="0"/>
          <w:sz w:val="22"/>
          <w:highlight w:val="cyan"/>
          <w:u w:val="single"/>
        </w:rPr>
        <w:t>causing people to exist</w:t>
      </w:r>
      <w:r>
        <w:rPr>
          <w:b w:val="0"/>
          <w:i w:val="0"/>
          <w:smallCaps w:val="0"/>
          <w:strike w:val="0"/>
          <w:sz w:val="22"/>
          <w:u w:val="single"/>
        </w:rPr>
        <w:t xml:space="preserve"> can </w:t>
      </w:r>
      <w:r>
        <w:rPr>
          <w:b/>
          <w:i w:val="0"/>
          <w:smallCaps w:val="0"/>
          <w:strike w:val="0"/>
          <w:sz w:val="24"/>
          <w:highlight w:val="cyan"/>
          <w:u w:val="single"/>
        </w:rPr>
        <w:t>benefit them</w:t>
      </w:r>
      <w:r>
        <w:rPr>
          <w:b w:val="0"/>
          <w:i w:val="0"/>
          <w:smallCaps w:val="0"/>
          <w:strike w:val="0"/>
          <w:sz w:val="16"/>
          <w:u w:val="none"/>
        </w:rPr>
        <w:t>. To see why, first notice that causing people to exist can be bad for those people. For example, suppose some woman knows that if she conceives a child during the next few months, the child will suffer from multiple painful diseases and die very young. It would obviously be bad for her child if she decided to conceive during the next few months. In general, it seems that if a child’s life would be brief and miserable, existence is bad for that child.</w:t>
      </w:r>
    </w:p>
    <w:p>
      <w:pPr>
        <w:spacing w:after="60"/>
      </w:pPr>
      <w:r>
        <w:rPr>
          <w:b w:val="0"/>
          <w:i w:val="0"/>
          <w:smallCaps w:val="0"/>
          <w:strike w:val="0"/>
          <w:sz w:val="22"/>
          <w:u w:val="single"/>
        </w:rPr>
        <w:t>If</w:t>
      </w:r>
      <w:r>
        <w:rPr>
          <w:b w:val="0"/>
          <w:i w:val="0"/>
          <w:smallCaps w:val="0"/>
          <w:strike w:val="0"/>
          <w:sz w:val="16"/>
          <w:u w:val="none"/>
        </w:rPr>
        <w:t xml:space="preserve"> you agree that </w:t>
      </w:r>
      <w:r>
        <w:rPr>
          <w:b w:val="0"/>
          <w:i w:val="0"/>
          <w:smallCaps w:val="0"/>
          <w:strike w:val="0"/>
          <w:sz w:val="22"/>
          <w:u w:val="single"/>
        </w:rPr>
        <w:t>bringing someone into existence can be bad</w:t>
      </w:r>
      <w:r>
        <w:rPr>
          <w:b w:val="0"/>
          <w:i w:val="0"/>
          <w:smallCaps w:val="0"/>
          <w:strike w:val="0"/>
          <w:sz w:val="16"/>
          <w:u w:val="none"/>
        </w:rPr>
        <w:t xml:space="preserve"> for that person </w:t>
      </w:r>
      <w:r>
        <w:rPr>
          <w:b w:val="0"/>
          <w:i w:val="0"/>
          <w:smallCaps w:val="0"/>
          <w:strike w:val="0"/>
          <w:sz w:val="22"/>
          <w:u w:val="single"/>
        </w:rPr>
        <w:t>and</w:t>
      </w:r>
      <w:r>
        <w:rPr>
          <w:b w:val="0"/>
          <w:i w:val="0"/>
          <w:smallCaps w:val="0"/>
          <w:strike w:val="0"/>
          <w:sz w:val="16"/>
          <w:u w:val="none"/>
        </w:rPr>
        <w:t xml:space="preserve"> if you also accept the argument that </w:t>
      </w:r>
      <w:r>
        <w:rPr>
          <w:b w:val="0"/>
          <w:i w:val="0"/>
          <w:smallCaps w:val="0"/>
          <w:strike w:val="0"/>
          <w:sz w:val="22"/>
          <w:u w:val="single"/>
        </w:rPr>
        <w:t>bringing someone into existence can’t be good</w:t>
      </w:r>
      <w:r>
        <w:rPr>
          <w:b w:val="0"/>
          <w:i w:val="0"/>
          <w:smallCaps w:val="0"/>
          <w:strike w:val="0"/>
          <w:sz w:val="16"/>
          <w:u w:val="none"/>
        </w:rPr>
        <w:t xml:space="preserve"> for that person, then </w:t>
      </w:r>
      <w:r>
        <w:rPr>
          <w:b w:val="0"/>
          <w:i w:val="0"/>
          <w:smallCaps w:val="0"/>
          <w:strike w:val="0"/>
          <w:sz w:val="22"/>
          <w:u w:val="single"/>
        </w:rPr>
        <w:t>this leads to a strange conclusion: being born could harm you but it couldn’t help you</w:t>
      </w:r>
      <w:r>
        <w:rPr>
          <w:b w:val="0"/>
          <w:i w:val="0"/>
          <w:smallCaps w:val="0"/>
          <w:strike w:val="0"/>
          <w:sz w:val="16"/>
          <w:u w:val="none"/>
        </w:rPr>
        <w:t xml:space="preserve">. If that is right, then it appears that </w:t>
      </w:r>
      <w:r>
        <w:rPr>
          <w:b w:val="0"/>
          <w:i w:val="0"/>
          <w:smallCaps w:val="0"/>
          <w:strike w:val="0"/>
          <w:sz w:val="22"/>
          <w:u w:val="single"/>
        </w:rPr>
        <w:t>it would be wrong to have children</w:t>
      </w:r>
      <w:r>
        <w:rPr>
          <w:b w:val="0"/>
          <w:i w:val="0"/>
          <w:smallCaps w:val="0"/>
          <w:strike w:val="0"/>
          <w:sz w:val="16"/>
          <w:u w:val="none"/>
        </w:rPr>
        <w:t xml:space="preserve">, because there is always a risk that they will be harmed, and no compensating benefit </w:t>
      </w:r>
      <w:r>
        <w:rPr>
          <w:b w:val="0"/>
          <w:i w:val="0"/>
          <w:smallCaps w:val="0"/>
          <w:strike w:val="0"/>
          <w:sz w:val="16"/>
          <w:u w:val="none"/>
        </w:rPr>
        <w:t>to outweigh</w:t>
      </w:r>
      <w:r>
        <w:rPr>
          <w:b w:val="0"/>
          <w:i w:val="0"/>
          <w:smallCaps w:val="0"/>
          <w:strike w:val="0"/>
          <w:sz w:val="16"/>
          <w:u w:val="none"/>
        </w:rPr>
        <w:t xml:space="preserve"> the risk of harm.</w:t>
      </w:r>
    </w:p>
    <w:p>
      <w:pPr>
        <w:spacing w:after="60"/>
      </w:pPr>
      <w:r>
        <w:rPr>
          <w:b w:val="0"/>
          <w:i w:val="0"/>
          <w:smallCaps w:val="0"/>
          <w:strike w:val="0"/>
          <w:sz w:val="22"/>
          <w:u w:val="single"/>
        </w:rPr>
        <w:t>Pessimists like</w:t>
      </w:r>
      <w:r>
        <w:rPr>
          <w:b w:val="0"/>
          <w:i w:val="0"/>
          <w:smallCaps w:val="0"/>
          <w:strike w:val="0"/>
          <w:sz w:val="16"/>
          <w:u w:val="none"/>
        </w:rPr>
        <w:t xml:space="preserve"> the nineteenth-century German philosopher Arthur </w:t>
      </w:r>
      <w:r>
        <w:rPr>
          <w:b w:val="0"/>
          <w:i w:val="0"/>
          <w:smallCaps w:val="0"/>
          <w:strike w:val="0"/>
          <w:sz w:val="22"/>
          <w:u w:val="single"/>
        </w:rPr>
        <w:t>Schopenhauer or</w:t>
      </w:r>
      <w:r>
        <w:rPr>
          <w:b w:val="0"/>
          <w:i w:val="0"/>
          <w:smallCaps w:val="0"/>
          <w:strike w:val="0"/>
          <w:sz w:val="16"/>
          <w:u w:val="none"/>
        </w:rPr>
        <w:t xml:space="preserve"> the contemporary South African philosopher David </w:t>
      </w:r>
      <w:r>
        <w:rPr>
          <w:b w:val="0"/>
          <w:i w:val="0"/>
          <w:smallCaps w:val="0"/>
          <w:strike w:val="0"/>
          <w:sz w:val="22"/>
          <w:u w:val="single"/>
        </w:rPr>
        <w:t xml:space="preserve">Benatar accept this conclusion. But if </w:t>
      </w:r>
      <w:r>
        <w:rPr>
          <w:b w:val="0"/>
          <w:i w:val="0"/>
          <w:smallCaps w:val="0"/>
          <w:strike w:val="0"/>
          <w:sz w:val="22"/>
          <w:highlight w:val="cyan"/>
          <w:u w:val="single"/>
        </w:rPr>
        <w:t xml:space="preserve">parents have a </w:t>
      </w:r>
      <w:r>
        <w:rPr>
          <w:b/>
          <w:i w:val="0"/>
          <w:smallCaps w:val="0"/>
          <w:strike w:val="0"/>
          <w:sz w:val="24"/>
          <w:highlight w:val="cyan"/>
          <w:u w:val="single"/>
        </w:rPr>
        <w:t>reasonable expectation</w:t>
      </w:r>
      <w:r>
        <w:rPr>
          <w:b w:val="0"/>
          <w:i w:val="0"/>
          <w:smallCaps w:val="0"/>
          <w:strike w:val="0"/>
          <w:sz w:val="22"/>
          <w:u w:val="single"/>
        </w:rPr>
        <w:t xml:space="preserve"> that their </w:t>
      </w:r>
      <w:r>
        <w:rPr>
          <w:b w:val="0"/>
          <w:i w:val="0"/>
          <w:smallCaps w:val="0"/>
          <w:strike w:val="0"/>
          <w:sz w:val="22"/>
          <w:highlight w:val="cyan"/>
          <w:u w:val="single"/>
        </w:rPr>
        <w:t>children will have happy</w:t>
      </w:r>
      <w:r>
        <w:rPr>
          <w:b w:val="0"/>
          <w:i w:val="0"/>
          <w:smallCaps w:val="0"/>
          <w:strike w:val="0"/>
          <w:sz w:val="22"/>
          <w:u w:val="single"/>
        </w:rPr>
        <w:t xml:space="preserve"> and </w:t>
      </w:r>
      <w:r>
        <w:rPr>
          <w:b w:val="0"/>
          <w:i w:val="0"/>
          <w:smallCaps w:val="0"/>
          <w:strike w:val="0"/>
          <w:sz w:val="22"/>
          <w:highlight w:val="cyan"/>
          <w:u w:val="single"/>
        </w:rPr>
        <w:t>fulfilling lives</w:t>
      </w:r>
      <w:r>
        <w:rPr>
          <w:b w:val="0"/>
          <w:i w:val="0"/>
          <w:smallCaps w:val="0"/>
          <w:strike w:val="0"/>
          <w:sz w:val="22"/>
          <w:u w:val="single"/>
        </w:rPr>
        <w:t>,</w:t>
      </w:r>
      <w:r>
        <w:rPr>
          <w:b w:val="0"/>
          <w:i w:val="0"/>
          <w:smallCaps w:val="0"/>
          <w:strike w:val="0"/>
          <w:sz w:val="22"/>
          <w:u w:val="single"/>
        </w:rPr>
        <w:t xml:space="preserve"> and having children would not be harmful to others, then it is not bad to have children. More generally, if our descendants have a </w:t>
      </w:r>
      <w:r>
        <w:rPr>
          <w:b/>
          <w:i w:val="0"/>
          <w:smallCaps w:val="0"/>
          <w:strike w:val="0"/>
          <w:sz w:val="24"/>
          <w:u w:val="single"/>
        </w:rPr>
        <w:t>reasonable chance of having happy and fulfilling lives</w:t>
      </w:r>
      <w:r>
        <w:rPr>
          <w:b w:val="0"/>
          <w:i w:val="0"/>
          <w:smallCaps w:val="0"/>
          <w:strike w:val="0"/>
          <w:sz w:val="22"/>
          <w:u w:val="single"/>
        </w:rPr>
        <w:t xml:space="preserve">, </w:t>
      </w:r>
      <w:r>
        <w:rPr>
          <w:b w:val="0"/>
          <w:i w:val="0"/>
          <w:smallCaps w:val="0"/>
          <w:strike w:val="0"/>
          <w:sz w:val="22"/>
          <w:highlight w:val="cyan"/>
          <w:u w:val="single"/>
        </w:rPr>
        <w:t>it is good</w:t>
      </w:r>
      <w:r>
        <w:rPr>
          <w:b w:val="0"/>
          <w:i w:val="0"/>
          <w:smallCaps w:val="0"/>
          <w:strike w:val="0"/>
          <w:sz w:val="22"/>
          <w:u w:val="single"/>
        </w:rPr>
        <w:t xml:space="preserve"> for us </w:t>
      </w:r>
      <w:r>
        <w:rPr>
          <w:b w:val="0"/>
          <w:i w:val="0"/>
          <w:smallCaps w:val="0"/>
          <w:strike w:val="0"/>
          <w:sz w:val="22"/>
          <w:highlight w:val="cyan"/>
          <w:u w:val="single"/>
        </w:rPr>
        <w:t>to</w:t>
      </w:r>
      <w:r>
        <w:rPr>
          <w:b w:val="0"/>
          <w:i w:val="0"/>
          <w:smallCaps w:val="0"/>
          <w:strike w:val="0"/>
          <w:sz w:val="22"/>
          <w:u w:val="single"/>
        </w:rPr>
        <w:t xml:space="preserve"> ensure that our descendants </w:t>
      </w:r>
      <w:r>
        <w:rPr>
          <w:b w:val="0"/>
          <w:i w:val="0"/>
          <w:smallCaps w:val="0"/>
          <w:strike w:val="0"/>
          <w:sz w:val="22"/>
          <w:highlight w:val="cyan"/>
          <w:u w:val="single"/>
        </w:rPr>
        <w:t>exist</w:t>
      </w:r>
      <w:r>
        <w:rPr>
          <w:b w:val="0"/>
          <w:i w:val="0"/>
          <w:smallCaps w:val="0"/>
          <w:strike w:val="0"/>
          <w:sz w:val="22"/>
          <w:u w:val="single"/>
        </w:rPr>
        <w:t xml:space="preserve">, rather than not. </w:t>
      </w:r>
      <w:r>
        <w:rPr>
          <w:b w:val="0"/>
          <w:i w:val="0"/>
          <w:smallCaps w:val="0"/>
          <w:strike w:val="0"/>
          <w:sz w:val="22"/>
          <w:u w:val="single"/>
        </w:rPr>
        <w:t>Therefore</w:t>
      </w:r>
      <w:r>
        <w:rPr>
          <w:b w:val="0"/>
          <w:i w:val="0"/>
          <w:smallCaps w:val="0"/>
          <w:strike w:val="0"/>
          <w:sz w:val="22"/>
          <w:u w:val="single"/>
        </w:rPr>
        <w:t xml:space="preserve"> we think that bringing future generations into existence can be a good thing</w:t>
      </w:r>
      <w:r>
        <w:rPr>
          <w:b w:val="0"/>
          <w:i w:val="0"/>
          <w:smallCaps w:val="0"/>
          <w:strike w:val="0"/>
          <w:sz w:val="16"/>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extinction</w:t>
      </w:r>
      <w:r>
        <w:rPr>
          <w:b w:val="0"/>
          <w:i w:val="0"/>
          <w:smallCaps w:val="0"/>
          <w:strike w:val="0"/>
          <w:sz w:val="22"/>
          <w:u w:val="single"/>
        </w:rPr>
        <w:t xml:space="preserve"> of our species</w:t>
      </w:r>
      <w:r>
        <w:rPr>
          <w:b w:val="0"/>
          <w:i w:val="0"/>
          <w:smallCaps w:val="0"/>
          <w:strike w:val="0"/>
          <w:sz w:val="16"/>
          <w:u w:val="none"/>
        </w:rPr>
        <w:t>—and quite possibly, depending on the cause of the extinction, of all life—</w:t>
      </w:r>
      <w:r>
        <w:rPr>
          <w:b w:val="0"/>
          <w:i w:val="0"/>
          <w:smallCaps w:val="0"/>
          <w:strike w:val="0"/>
          <w:sz w:val="22"/>
          <w:highlight w:val="cyan"/>
          <w:u w:val="single"/>
        </w:rPr>
        <w:t>would</w:t>
      </w:r>
      <w:r>
        <w:rPr>
          <w:b w:val="0"/>
          <w:i w:val="0"/>
          <w:smallCaps w:val="0"/>
          <w:strike w:val="0"/>
          <w:sz w:val="22"/>
          <w:u w:val="single"/>
        </w:rPr>
        <w:t xml:space="preserve"> be the </w:t>
      </w:r>
      <w:r>
        <w:rPr>
          <w:b w:val="0"/>
          <w:i w:val="0"/>
          <w:smallCaps w:val="0"/>
          <w:strike w:val="0"/>
          <w:sz w:val="22"/>
          <w:highlight w:val="cyan"/>
          <w:u w:val="single"/>
        </w:rPr>
        <w:t>end</w:t>
      </w:r>
      <w:r>
        <w:rPr>
          <w:b w:val="0"/>
          <w:i w:val="0"/>
          <w:smallCaps w:val="0"/>
          <w:strike w:val="0"/>
          <w:sz w:val="22"/>
          <w:u w:val="single"/>
        </w:rPr>
        <w:t xml:space="preserve"> of the extraordinary story of </w:t>
      </w:r>
      <w:r>
        <w:rPr>
          <w:b w:val="0"/>
          <w:i w:val="0"/>
          <w:smallCaps w:val="0"/>
          <w:strike w:val="0"/>
          <w:sz w:val="22"/>
          <w:highlight w:val="cyan"/>
          <w:u w:val="single"/>
        </w:rPr>
        <w:t>evolution</w:t>
      </w:r>
      <w:r>
        <w:rPr>
          <w:b w:val="0"/>
          <w:i w:val="0"/>
          <w:smallCaps w:val="0"/>
          <w:strike w:val="0"/>
          <w:sz w:val="22"/>
          <w:u w:val="single"/>
        </w:rPr>
        <w:t xml:space="preserve"> that has already led to</w:t>
      </w:r>
      <w:r>
        <w:rPr>
          <w:b w:val="0"/>
          <w:i w:val="0"/>
          <w:smallCaps w:val="0"/>
          <w:strike w:val="0"/>
          <w:sz w:val="16"/>
          <w:u w:val="none"/>
        </w:rPr>
        <w:t xml:space="preserve"> (moderately) </w:t>
      </w:r>
      <w:r>
        <w:rPr>
          <w:b w:val="0"/>
          <w:i w:val="0"/>
          <w:smallCaps w:val="0"/>
          <w:strike w:val="0"/>
          <w:sz w:val="22"/>
          <w:u w:val="single"/>
        </w:rPr>
        <w:t xml:space="preserve">intelligent life, and </w:t>
      </w:r>
      <w:r>
        <w:rPr>
          <w:b w:val="0"/>
          <w:i w:val="0"/>
          <w:smallCaps w:val="0"/>
          <w:strike w:val="0"/>
          <w:sz w:val="22"/>
          <w:highlight w:val="cyan"/>
          <w:u w:val="single"/>
        </w:rPr>
        <w:t>which</w:t>
      </w:r>
      <w:r>
        <w:rPr>
          <w:b w:val="0"/>
          <w:i w:val="0"/>
          <w:smallCaps w:val="0"/>
          <w:strike w:val="0"/>
          <w:sz w:val="22"/>
          <w:u w:val="single"/>
        </w:rPr>
        <w:t xml:space="preserve"> has </w:t>
      </w:r>
      <w:r>
        <w:rPr>
          <w:b w:val="0"/>
          <w:i w:val="0"/>
          <w:smallCaps w:val="0"/>
          <w:strike w:val="0"/>
          <w:sz w:val="22"/>
          <w:highlight w:val="cyan"/>
          <w:u w:val="single"/>
        </w:rPr>
        <w:t>give</w:t>
      </w:r>
      <w:r>
        <w:rPr>
          <w:b w:val="0"/>
          <w:i w:val="0"/>
          <w:smallCaps w:val="0"/>
          <w:strike w:val="0"/>
          <w:sz w:val="22"/>
          <w:u w:val="single"/>
        </w:rPr>
        <w:t xml:space="preserve">n </w:t>
      </w:r>
      <w:r>
        <w:rPr>
          <w:b w:val="0"/>
          <w:i w:val="0"/>
          <w:smallCaps w:val="0"/>
          <w:strike w:val="0"/>
          <w:sz w:val="22"/>
          <w:highlight w:val="cyan"/>
          <w:u w:val="single"/>
        </w:rPr>
        <w:t>us</w:t>
      </w:r>
      <w:r>
        <w:rPr>
          <w:b w:val="0"/>
          <w:i w:val="0"/>
          <w:smallCaps w:val="0"/>
          <w:strike w:val="0"/>
          <w:sz w:val="22"/>
          <w:u w:val="single"/>
        </w:rPr>
        <w:t xml:space="preserve"> the </w:t>
      </w:r>
      <w:r>
        <w:rPr>
          <w:b w:val="0"/>
          <w:i w:val="0"/>
          <w:smallCaps w:val="0"/>
          <w:strike w:val="0"/>
          <w:sz w:val="22"/>
          <w:highlight w:val="cyan"/>
          <w:u w:val="single"/>
        </w:rPr>
        <w:t>potential to make</w:t>
      </w:r>
      <w:r>
        <w:rPr>
          <w:b w:val="0"/>
          <w:i w:val="0"/>
          <w:smallCaps w:val="0"/>
          <w:strike w:val="0"/>
          <w:sz w:val="22"/>
          <w:u w:val="single"/>
        </w:rPr>
        <w:t xml:space="preserve"> much </w:t>
      </w:r>
      <w:r>
        <w:rPr>
          <w:b w:val="0"/>
          <w:i w:val="0"/>
          <w:smallCaps w:val="0"/>
          <w:strike w:val="0"/>
          <w:sz w:val="22"/>
          <w:highlight w:val="cyan"/>
          <w:u w:val="single"/>
        </w:rPr>
        <w:t>great</w:t>
      </w:r>
      <w:r>
        <w:rPr>
          <w:b w:val="0"/>
          <w:i w:val="0"/>
          <w:smallCaps w:val="0"/>
          <w:strike w:val="0"/>
          <w:sz w:val="22"/>
          <w:u w:val="single"/>
        </w:rPr>
        <w:t xml:space="preserve">er </w:t>
      </w:r>
      <w:r>
        <w:rPr>
          <w:b w:val="0"/>
          <w:i w:val="0"/>
          <w:smallCaps w:val="0"/>
          <w:strike w:val="0"/>
          <w:sz w:val="22"/>
          <w:highlight w:val="cyan"/>
          <w:u w:val="single"/>
        </w:rPr>
        <w:t>progress</w:t>
      </w:r>
      <w:r>
        <w:rPr>
          <w:b w:val="0"/>
          <w:i w:val="0"/>
          <w:smallCaps w:val="0"/>
          <w:strike w:val="0"/>
          <w:sz w:val="22"/>
          <w:u w:val="single"/>
        </w:rPr>
        <w:t xml:space="preserve"> still. We have made great progress, both moral and intellectual, over the last couple of centuries, and there is every reason to hope that, </w:t>
      </w:r>
      <w:r>
        <w:rPr>
          <w:b w:val="0"/>
          <w:i w:val="0"/>
          <w:smallCaps w:val="0"/>
          <w:strike w:val="0"/>
          <w:sz w:val="22"/>
          <w:highlight w:val="cyan"/>
          <w:u w:val="single"/>
        </w:rPr>
        <w:t>if we survive, this</w:t>
      </w:r>
      <w:r>
        <w:rPr>
          <w:b w:val="0"/>
          <w:i w:val="0"/>
          <w:smallCaps w:val="0"/>
          <w:strike w:val="0"/>
          <w:sz w:val="22"/>
          <w:u w:val="single"/>
        </w:rPr>
        <w:t xml:space="preserve"> progress </w:t>
      </w:r>
      <w:r>
        <w:rPr>
          <w:b w:val="0"/>
          <w:i w:val="0"/>
          <w:smallCaps w:val="0"/>
          <w:strike w:val="0"/>
          <w:sz w:val="22"/>
          <w:highlight w:val="cyan"/>
          <w:u w:val="single"/>
        </w:rPr>
        <w:t xml:space="preserve">will </w:t>
      </w:r>
      <w:r>
        <w:rPr>
          <w:b/>
          <w:i w:val="0"/>
          <w:smallCaps w:val="0"/>
          <w:strike w:val="0"/>
          <w:sz w:val="24"/>
          <w:highlight w:val="cyan"/>
          <w:u w:val="single"/>
        </w:rPr>
        <w:t>continue</w:t>
      </w:r>
      <w:r>
        <w:rPr>
          <w:b w:val="0"/>
          <w:i w:val="0"/>
          <w:smallCaps w:val="0"/>
          <w:strike w:val="0"/>
          <w:sz w:val="22"/>
          <w:highlight w:val="cyan"/>
          <w:u w:val="single"/>
        </w:rPr>
        <w:t xml:space="preserve"> and </w:t>
      </w:r>
      <w:r>
        <w:rPr>
          <w:b/>
          <w:i w:val="0"/>
          <w:smallCaps w:val="0"/>
          <w:strike w:val="0"/>
          <w:sz w:val="24"/>
          <w:highlight w:val="cyan"/>
          <w:u w:val="single"/>
        </w:rPr>
        <w:t>accelerate</w:t>
      </w:r>
      <w:r>
        <w:rPr>
          <w:b w:val="0"/>
          <w:i w:val="0"/>
          <w:smallCaps w:val="0"/>
          <w:strike w:val="0"/>
          <w:sz w:val="22"/>
          <w:highlight w:val="cyan"/>
          <w:u w:val="single"/>
        </w:rPr>
        <w:t>. If we fail</w:t>
      </w:r>
      <w:r>
        <w:rPr>
          <w:b w:val="0"/>
          <w:i w:val="0"/>
          <w:smallCaps w:val="0"/>
          <w:strike w:val="0"/>
          <w:sz w:val="22"/>
          <w:u w:val="single"/>
        </w:rPr>
        <w:t xml:space="preserve"> to prevent our extinction, </w:t>
      </w:r>
      <w:r>
        <w:rPr>
          <w:b w:val="0"/>
          <w:i w:val="0"/>
          <w:smallCaps w:val="0"/>
          <w:strike w:val="0"/>
          <w:sz w:val="22"/>
          <w:highlight w:val="cyan"/>
          <w:u w:val="single"/>
        </w:rPr>
        <w:t>we</w:t>
      </w:r>
      <w:r>
        <w:rPr>
          <w:b w:val="0"/>
          <w:i w:val="0"/>
          <w:smallCaps w:val="0"/>
          <w:strike w:val="0"/>
          <w:sz w:val="22"/>
          <w:u w:val="single"/>
        </w:rPr>
        <w:t xml:space="preserve"> will have </w:t>
      </w:r>
      <w:r>
        <w:rPr>
          <w:b w:val="0"/>
          <w:i w:val="0"/>
          <w:smallCaps w:val="0"/>
          <w:strike w:val="0"/>
          <w:sz w:val="22"/>
          <w:highlight w:val="cyan"/>
          <w:u w:val="single"/>
        </w:rPr>
        <w:t>blow</w:t>
      </w:r>
      <w:r>
        <w:rPr>
          <w:b w:val="0"/>
          <w:i w:val="0"/>
          <w:smallCaps w:val="0"/>
          <w:strike w:val="0"/>
          <w:sz w:val="22"/>
          <w:u w:val="single"/>
        </w:rPr>
        <w:t xml:space="preserve">n </w:t>
      </w:r>
      <w:r>
        <w:rPr>
          <w:b w:val="0"/>
          <w:i w:val="0"/>
          <w:smallCaps w:val="0"/>
          <w:strike w:val="0"/>
          <w:sz w:val="22"/>
          <w:highlight w:val="cyan"/>
          <w:u w:val="single"/>
        </w:rPr>
        <w:t>the opportunity to create</w:t>
      </w:r>
      <w:r>
        <w:rPr>
          <w:b w:val="0"/>
          <w:i w:val="0"/>
          <w:smallCaps w:val="0"/>
          <w:strike w:val="0"/>
          <w:sz w:val="22"/>
          <w:u w:val="single"/>
        </w:rPr>
        <w:t xml:space="preserve"> something truly wonderful: </w:t>
      </w:r>
      <w:r>
        <w:rPr>
          <w:b w:val="0"/>
          <w:i w:val="0"/>
          <w:smallCaps w:val="0"/>
          <w:strike w:val="0"/>
          <w:sz w:val="22"/>
          <w:highlight w:val="cyan"/>
          <w:u w:val="single"/>
        </w:rPr>
        <w:t xml:space="preserve">an </w:t>
      </w:r>
      <w:r>
        <w:rPr>
          <w:b/>
          <w:i w:val="0"/>
          <w:smallCaps w:val="0"/>
          <w:strike w:val="0"/>
          <w:sz w:val="24"/>
          <w:highlight w:val="cyan"/>
          <w:u w:val="single"/>
        </w:rPr>
        <w:t>astronomical</w:t>
      </w:r>
      <w:r>
        <w:rPr>
          <w:b/>
          <w:i w:val="0"/>
          <w:smallCaps w:val="0"/>
          <w:strike w:val="0"/>
          <w:sz w:val="24"/>
          <w:u w:val="single"/>
        </w:rPr>
        <w:t xml:space="preserve">ly large </w:t>
      </w:r>
      <w:r>
        <w:rPr>
          <w:b/>
          <w:i w:val="0"/>
          <w:smallCaps w:val="0"/>
          <w:strike w:val="0"/>
          <w:sz w:val="24"/>
          <w:highlight w:val="cyan"/>
          <w:u w:val="single"/>
        </w:rPr>
        <w:t>number of generations</w:t>
      </w:r>
      <w:r>
        <w:rPr>
          <w:b w:val="0"/>
          <w:i w:val="0"/>
          <w:smallCaps w:val="0"/>
          <w:strike w:val="0"/>
          <w:sz w:val="22"/>
          <w:u w:val="single"/>
        </w:rPr>
        <w:t xml:space="preserve"> of human beings </w:t>
      </w:r>
      <w:r>
        <w:rPr>
          <w:b/>
          <w:i w:val="0"/>
          <w:smallCaps w:val="0"/>
          <w:strike w:val="0"/>
          <w:sz w:val="24"/>
          <w:highlight w:val="cyan"/>
          <w:u w:val="single"/>
        </w:rPr>
        <w:t>living</w:t>
      </w:r>
      <w:r>
        <w:rPr>
          <w:b/>
          <w:i w:val="0"/>
          <w:smallCaps w:val="0"/>
          <w:strike w:val="0"/>
          <w:sz w:val="24"/>
          <w:u w:val="single"/>
        </w:rPr>
        <w:t xml:space="preserve"> rich</w:t>
      </w:r>
      <w:r>
        <w:rPr>
          <w:b/>
          <w:i w:val="0"/>
          <w:smallCaps w:val="0"/>
          <w:strike w:val="0"/>
          <w:sz w:val="24"/>
          <w:u w:val="single"/>
        </w:rPr>
        <w:t xml:space="preserve"> and </w:t>
      </w:r>
      <w:r>
        <w:rPr>
          <w:b/>
          <w:i w:val="0"/>
          <w:smallCaps w:val="0"/>
          <w:strike w:val="0"/>
          <w:sz w:val="24"/>
          <w:highlight w:val="cyan"/>
          <w:u w:val="single"/>
        </w:rPr>
        <w:t xml:space="preserve">fulfilling </w:t>
      </w:r>
      <w:r>
        <w:rPr>
          <w:b/>
          <w:i w:val="0"/>
          <w:smallCaps w:val="0"/>
          <w:strike w:val="0"/>
          <w:sz w:val="24"/>
          <w:highlight w:val="cyan"/>
          <w:u w:val="single"/>
        </w:rPr>
        <w:t>lives</w:t>
      </w:r>
      <w:r>
        <w:rPr>
          <w:b w:val="0"/>
          <w:i w:val="0"/>
          <w:smallCaps w:val="0"/>
          <w:strike w:val="0"/>
          <w:sz w:val="22"/>
          <w:highlight w:val="cyan"/>
          <w:u w:val="single"/>
        </w:rPr>
        <w:t>, and</w:t>
      </w:r>
      <w:r>
        <w:rPr>
          <w:b w:val="0"/>
          <w:i w:val="0"/>
          <w:smallCaps w:val="0"/>
          <w:strike w:val="0"/>
          <w:sz w:val="22"/>
          <w:highlight w:val="cyan"/>
          <w:u w:val="single"/>
        </w:rPr>
        <w:t xml:space="preserve"> reaching heights</w:t>
      </w:r>
      <w:r>
        <w:rPr>
          <w:b w:val="0"/>
          <w:i w:val="0"/>
          <w:smallCaps w:val="0"/>
          <w:strike w:val="0"/>
          <w:sz w:val="22"/>
          <w:u w:val="single"/>
        </w:rPr>
        <w:t xml:space="preserve"> of knowledge and civilization that are </w:t>
      </w:r>
      <w:r>
        <w:rPr>
          <w:b w:val="0"/>
          <w:i w:val="0"/>
          <w:smallCaps w:val="0"/>
          <w:strike w:val="0"/>
          <w:sz w:val="22"/>
          <w:highlight w:val="cyan"/>
          <w:u w:val="single"/>
        </w:rPr>
        <w:t>beyond</w:t>
      </w:r>
      <w:r>
        <w:rPr>
          <w:b w:val="0"/>
          <w:i w:val="0"/>
          <w:smallCaps w:val="0"/>
          <w:strike w:val="0"/>
          <w:sz w:val="22"/>
          <w:u w:val="single"/>
        </w:rPr>
        <w:t xml:space="preserve"> the limits of </w:t>
      </w:r>
      <w:r>
        <w:rPr>
          <w:b w:val="0"/>
          <w:i w:val="0"/>
          <w:smallCaps w:val="0"/>
          <w:strike w:val="0"/>
          <w:sz w:val="22"/>
          <w:highlight w:val="cyan"/>
          <w:u w:val="single"/>
        </w:rPr>
        <w:t>our imagination</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