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Extinction robs present and future people of happiness and destroys all value to existence</w:t>
      </w:r>
    </w:p>
    <w:p>
      <w:pPr>
        <w:spacing w:after="80"/>
      </w:pPr>
      <w:r>
        <w:rPr>
          <w:b w:val="0"/>
          <w:i w:val="0"/>
          <w:smallCaps w:val="0"/>
          <w:strike w:val="0"/>
          <w:u w:val="none"/>
        </w:rPr>
        <w:t xml:space="preserve">Dr. Simon </w:t>
      </w:r>
      <w:r>
        <w:rPr>
          <w:b/>
          <w:i w:val="0"/>
          <w:smallCaps w:val="0"/>
          <w:strike w:val="0"/>
          <w:sz w:val="26"/>
          <w:u w:val="none"/>
        </w:rPr>
        <w:t>Beard 19</w:t>
      </w:r>
      <w:r>
        <w:rPr>
          <w:b w:val="0"/>
          <w:i w:val="0"/>
          <w:smallCaps w:val="0"/>
          <w:strike w:val="0"/>
          <w:u w:val="none"/>
        </w:rPr>
        <w:t xml:space="preserve">, Postdoctoral Researcher at the Centre for the Study of Existential Risk at University of Cambridge, PhD in Moral Philosophy from the London School of Economics, “Featured Profile: Simon Beard”, Demography, Ethics &amp; Public Policy, 3/20/2019, </w:t>
      </w:r>
      <w:r>
        <w:rPr>
          <w:b w:val="0"/>
          <w:i w:val="0"/>
          <w:smallCaps w:val="0"/>
          <w:strike w:val="0"/>
          <w:u w:val="none"/>
        </w:rPr>
        <w:t xml:space="preserve"> [typo corrected in brackets]</w:t>
      </w:r>
    </w:p>
    <w:p>
      <w:pPr>
        <w:spacing w:after="60"/>
      </w:pPr>
      <w:r>
        <w:rPr>
          <w:b w:val="0"/>
          <w:i w:val="0"/>
          <w:smallCaps w:val="0"/>
          <w:strike w:val="0"/>
          <w:sz w:val="22"/>
          <w:u w:val="single"/>
        </w:rPr>
        <w:t>If humanity were to go extinct, how bad would that be?</w:t>
      </w:r>
      <w:r>
        <w:rPr>
          <w:b w:val="0"/>
          <w:i w:val="0"/>
          <w:smallCaps w:val="0"/>
          <w:strike w:val="0"/>
          <w:sz w:val="16"/>
          <w:u w:val="none"/>
        </w:rPr>
        <w:t xml:space="preserve"> How should we prioritize research and resources across many different threats to the long-term future of our species? How can we make trade-offs between the number of people who are alive now and the number who will ever be born? These are the ethical questions that form the backbone of my research.</w:t>
      </w:r>
    </w:p>
    <w:p>
      <w:pPr>
        <w:spacing w:after="60"/>
      </w:pPr>
      <w:r>
        <w:rPr>
          <w:b w:val="0"/>
          <w:i w:val="0"/>
          <w:smallCaps w:val="0"/>
          <w:strike w:val="0"/>
          <w:sz w:val="12"/>
          <w:u w:val="none"/>
        </w:rPr>
        <w:t>Existential risk research aims to promote the long-term interests of humanity by better understanding the threats to our future and how we might respond to them. It owes its existence in no small part to the field of Population Ethics since it was in the writings of people like Henry Sidgwick and Derek Parfit on this subject that people first began to engage with the mismatch between the limited efforts being taken to mitigate the risk of human extinction and the enormous ethical costs that such a catastrophe would bring.</w:t>
      </w:r>
    </w:p>
    <w:p>
      <w:pPr>
        <w:spacing w:after="60"/>
      </w:pPr>
      <w:r>
        <w:rPr>
          <w:b w:val="0"/>
          <w:i w:val="0"/>
          <w:smallCaps w:val="0"/>
          <w:strike w:val="0"/>
          <w:sz w:val="12"/>
          <w:u w:val="none"/>
        </w:rPr>
        <w:t xml:space="preserve">My research into this area began via the same route and my own attempt to resolve some of the intractable problems currently facing certain views about population ethics. </w:t>
      </w:r>
      <w:r>
        <w:rPr>
          <w:b w:val="0"/>
          <w:i w:val="0"/>
          <w:smallCaps w:val="0"/>
          <w:strike w:val="0"/>
          <w:sz w:val="12"/>
          <w:u w:val="none"/>
        </w:rPr>
        <w:t>In particular, my</w:t>
      </w:r>
      <w:r>
        <w:rPr>
          <w:b w:val="0"/>
          <w:i w:val="0"/>
          <w:smallCaps w:val="0"/>
          <w:strike w:val="0"/>
          <w:sz w:val="12"/>
          <w:u w:val="none"/>
        </w:rPr>
        <w:t xml:space="preserve"> PhD thesis explored the hypothesis that there may be multiple irreconcilably different values that governed what it would be best for us to do when it came to future generations. Some of these are reducible to a single conception of ‘utility’ or ‘well-being’ while others cannot be so reduced, although they may still form part of a broader conception of what we call ‘Quality of Life’. Human extinction, I argued, would be doubly tragic because it would not only involve the loss of all the potential future happiness that members of our species might go on to experience, but also these other, less tangible, goods that related to our growing achievements, our aesthetic sense and our ability to engage ethically with the universe around us.</w:t>
      </w:r>
    </w:p>
    <w:p>
      <w:pPr>
        <w:spacing w:after="60"/>
      </w:pPr>
      <w:r>
        <w:rPr>
          <w:b w:val="0"/>
          <w:i w:val="0"/>
          <w:smallCaps w:val="0"/>
          <w:strike w:val="0"/>
          <w:sz w:val="12"/>
          <w:u w:val="none"/>
        </w:rPr>
        <w:t xml:space="preserve">I still believe that this is, if not the right </w:t>
      </w:r>
      <w:r>
        <w:rPr>
          <w:b w:val="0"/>
          <w:i w:val="0"/>
          <w:smallCaps w:val="0"/>
          <w:strike w:val="0"/>
          <w:sz w:val="12"/>
          <w:u w:val="none"/>
        </w:rPr>
        <w:t>answer</w:t>
      </w:r>
      <w:r>
        <w:rPr>
          <w:b w:val="0"/>
          <w:i w:val="0"/>
          <w:smallCaps w:val="0"/>
          <w:strike w:val="0"/>
          <w:sz w:val="12"/>
          <w:u w:val="none"/>
        </w:rPr>
        <w:t xml:space="preserve"> then, at least a step in the right direction to understanding the tragedy of human extinction. However, since I started working more deeply in this field, as a Research Associate at the Centre for the Study of Existential Risk, I have come to question whether my role as a philosopher should be coming up with the right answers at all, or whether I can put my talents to better use helping others to understand the implications of their own ethical position. I have thus started to work a lot more at understanding as much as I can about the nature of the threats that we face and on connecting these to the wide variety of ethical perspectives that exist in the world.</w:t>
      </w:r>
    </w:p>
    <w:p>
      <w:pPr>
        <w:spacing w:after="60"/>
      </w:pPr>
      <w:r>
        <w:rPr>
          <w:b w:val="0"/>
          <w:i w:val="0"/>
          <w:smallCaps w:val="0"/>
          <w:strike w:val="0"/>
          <w:sz w:val="16"/>
          <w:u w:val="none"/>
        </w:rPr>
        <w:t>In a recent paper, co-</w:t>
      </w:r>
      <w:r>
        <w:rPr>
          <w:b w:val="0"/>
          <w:i w:val="0"/>
          <w:smallCaps w:val="0"/>
          <w:strike w:val="0"/>
          <w:sz w:val="16"/>
          <w:u w:val="none"/>
        </w:rPr>
        <w:t>authered</w:t>
      </w:r>
      <w:r>
        <w:rPr>
          <w:b w:val="0"/>
          <w:i w:val="0"/>
          <w:smallCaps w:val="0"/>
          <w:strike w:val="0"/>
          <w:sz w:val="16"/>
          <w:u w:val="none"/>
        </w:rPr>
        <w:t xml:space="preserve"> with Phil Torres, we examine a range of these perspectives, from virtue ethics, Kantian deontology, </w:t>
      </w:r>
      <w:r>
        <w:rPr>
          <w:b w:val="0"/>
          <w:i w:val="0"/>
          <w:smallCaps w:val="0"/>
          <w:strike w:val="0"/>
          <w:sz w:val="16"/>
          <w:u w:val="none"/>
        </w:rPr>
        <w:t>contractualism</w:t>
      </w:r>
      <w:r>
        <w:rPr>
          <w:b w:val="0"/>
          <w:i w:val="0"/>
          <w:smallCaps w:val="0"/>
          <w:strike w:val="0"/>
          <w:sz w:val="16"/>
          <w:u w:val="none"/>
        </w:rPr>
        <w:t xml:space="preserve"> and consequentialism, and argue that </w:t>
      </w:r>
      <w:r>
        <w:rPr>
          <w:b w:val="0"/>
          <w:i w:val="0"/>
          <w:smallCaps w:val="0"/>
          <w:strike w:val="0"/>
          <w:sz w:val="22"/>
          <w:highlight w:val="cyan"/>
          <w:u w:val="single"/>
        </w:rPr>
        <w:t>there are</w:t>
      </w:r>
      <w:r>
        <w:rPr>
          <w:b w:val="0"/>
          <w:i w:val="0"/>
          <w:smallCaps w:val="0"/>
          <w:strike w:val="0"/>
          <w:sz w:val="22"/>
          <w:u w:val="single"/>
        </w:rPr>
        <w:t xml:space="preserve"> at least </w:t>
      </w:r>
      <w:r>
        <w:rPr>
          <w:b w:val="0"/>
          <w:i w:val="0"/>
          <w:smallCaps w:val="0"/>
          <w:strike w:val="0"/>
          <w:sz w:val="22"/>
          <w:highlight w:val="cyan"/>
          <w:u w:val="single"/>
        </w:rPr>
        <w:t>five ways</w:t>
      </w:r>
      <w:r>
        <w:rPr>
          <w:b w:val="0"/>
          <w:i w:val="0"/>
          <w:smallCaps w:val="0"/>
          <w:strike w:val="0"/>
          <w:sz w:val="22"/>
          <w:u w:val="single"/>
        </w:rPr>
        <w:t xml:space="preserve"> in which </w:t>
      </w:r>
      <w:r>
        <w:rPr>
          <w:b w:val="0"/>
          <w:i w:val="0"/>
          <w:smallCaps w:val="0"/>
          <w:strike w:val="0"/>
          <w:sz w:val="22"/>
          <w:highlight w:val="cyan"/>
          <w:u w:val="single"/>
        </w:rPr>
        <w:t>we might view</w:t>
      </w:r>
      <w:r>
        <w:rPr>
          <w:b w:val="0"/>
          <w:i w:val="0"/>
          <w:smallCaps w:val="0"/>
          <w:strike w:val="0"/>
          <w:sz w:val="22"/>
          <w:u w:val="single"/>
        </w:rPr>
        <w:t xml:space="preserve"> human </w:t>
      </w:r>
      <w:r>
        <w:rPr>
          <w:b w:val="0"/>
          <w:i w:val="0"/>
          <w:smallCaps w:val="0"/>
          <w:strike w:val="0"/>
          <w:sz w:val="22"/>
          <w:highlight w:val="cyan"/>
          <w:u w:val="single"/>
        </w:rPr>
        <w:t>extinction as bad</w:t>
      </w:r>
      <w:r>
        <w:rPr>
          <w:b w:val="0"/>
          <w:i w:val="0"/>
          <w:smallCaps w:val="0"/>
          <w:strike w:val="0"/>
          <w:sz w:val="16"/>
          <w:u w:val="none"/>
        </w:rPr>
        <w:t xml:space="preserve">, and that all of these perspectives gave us reasons to be extremely sensitive to at least two of these; although no perspective seemed to care about all of them. </w:t>
      </w:r>
      <w:r>
        <w:rPr>
          <w:b w:val="0"/>
          <w:i w:val="0"/>
          <w:smallCaps w:val="0"/>
          <w:strike w:val="0"/>
          <w:sz w:val="22"/>
          <w:u w:val="single"/>
        </w:rPr>
        <w:t>These were:</w:t>
      </w:r>
    </w:p>
    <w:p>
      <w:pPr>
        <w:spacing w:after="60"/>
      </w:pPr>
      <w:r>
        <w:rPr>
          <w:b w:val="0"/>
          <w:i w:val="0"/>
          <w:smallCaps w:val="0"/>
          <w:strike w:val="0"/>
          <w:sz w:val="22"/>
          <w:u w:val="single"/>
        </w:rPr>
        <w:t xml:space="preserve">1.    Human </w:t>
      </w:r>
      <w:r>
        <w:rPr>
          <w:b w:val="0"/>
          <w:i w:val="0"/>
          <w:smallCaps w:val="0"/>
          <w:strike w:val="0"/>
          <w:sz w:val="22"/>
          <w:highlight w:val="cyan"/>
          <w:u w:val="single"/>
        </w:rPr>
        <w:t>extinction would</w:t>
      </w:r>
      <w:r>
        <w:rPr>
          <w:b w:val="0"/>
          <w:i w:val="0"/>
          <w:smallCaps w:val="0"/>
          <w:strike w:val="0"/>
          <w:sz w:val="22"/>
          <w:u w:val="single"/>
        </w:rPr>
        <w:t xml:space="preserve"> likely </w:t>
      </w:r>
      <w:r>
        <w:rPr>
          <w:b w:val="0"/>
          <w:i w:val="0"/>
          <w:smallCaps w:val="0"/>
          <w:strike w:val="0"/>
          <w:sz w:val="22"/>
          <w:highlight w:val="cyan"/>
          <w:u w:val="single"/>
        </w:rPr>
        <w:t>involve</w:t>
      </w:r>
      <w:r>
        <w:rPr>
          <w:b w:val="0"/>
          <w:i w:val="0"/>
          <w:smallCaps w:val="0"/>
          <w:strike w:val="0"/>
          <w:sz w:val="22"/>
          <w:u w:val="single"/>
        </w:rPr>
        <w:t xml:space="preserve"> a </w:t>
      </w:r>
      <w:r>
        <w:rPr>
          <w:b w:val="0"/>
          <w:i w:val="0"/>
          <w:smallCaps w:val="0"/>
          <w:strike w:val="0"/>
          <w:sz w:val="22"/>
          <w:highlight w:val="cyan"/>
          <w:u w:val="single"/>
        </w:rPr>
        <w:t xml:space="preserve">massive loss of life </w:t>
      </w:r>
      <w:r>
        <w:rPr>
          <w:b w:val="0"/>
          <w:i w:val="0"/>
          <w:smallCaps w:val="0"/>
          <w:strike w:val="0"/>
          <w:sz w:val="22"/>
          <w:highlight w:val="cyan"/>
          <w:u w:val="single"/>
        </w:rPr>
        <w:t>and</w:t>
      </w:r>
      <w:r>
        <w:rPr>
          <w:b w:val="0"/>
          <w:i w:val="0"/>
          <w:smallCaps w:val="0"/>
          <w:strike w:val="0"/>
          <w:sz w:val="22"/>
          <w:u w:val="single"/>
        </w:rPr>
        <w:t xml:space="preserve"> also</w:t>
      </w:r>
      <w:r>
        <w:rPr>
          <w:b w:val="0"/>
          <w:i w:val="0"/>
          <w:smallCaps w:val="0"/>
          <w:strike w:val="0"/>
          <w:sz w:val="22"/>
          <w:u w:val="single"/>
        </w:rPr>
        <w:t xml:space="preserve"> a loss of </w:t>
      </w:r>
      <w:r>
        <w:rPr>
          <w:b w:val="0"/>
          <w:i w:val="0"/>
          <w:smallCaps w:val="0"/>
          <w:strike w:val="0"/>
          <w:sz w:val="22"/>
          <w:highlight w:val="cyan"/>
          <w:u w:val="single"/>
        </w:rPr>
        <w:t>au[t]</w:t>
      </w:r>
      <w:r>
        <w:rPr>
          <w:b w:val="0"/>
          <w:i w:val="0"/>
          <w:smallCaps w:val="0"/>
          <w:strike w:val="0"/>
          <w:sz w:val="22"/>
          <w:highlight w:val="cyan"/>
          <w:u w:val="single"/>
        </w:rPr>
        <w:t>onomy</w:t>
      </w:r>
      <w:r>
        <w:rPr>
          <w:b w:val="0"/>
          <w:i w:val="0"/>
          <w:smallCaps w:val="0"/>
          <w:strike w:val="0"/>
          <w:sz w:val="22"/>
          <w:u w:val="single"/>
        </w:rPr>
        <w:t xml:space="preserve"> and hope to very many people. It would thus be </w:t>
      </w:r>
      <w:r>
        <w:rPr>
          <w:b w:val="0"/>
          <w:i w:val="0"/>
          <w:smallCaps w:val="0"/>
          <w:strike w:val="0"/>
          <w:sz w:val="22"/>
          <w:highlight w:val="cyan"/>
          <w:u w:val="single"/>
        </w:rPr>
        <w:t xml:space="preserve">amongst the greatest </w:t>
      </w:r>
      <w:r>
        <w:rPr>
          <w:b w:val="0"/>
          <w:i w:val="0"/>
          <w:smallCaps w:val="0"/>
          <w:strike w:val="0"/>
          <w:sz w:val="22"/>
          <w:highlight w:val="cyan"/>
          <w:u w:val="single"/>
        </w:rPr>
        <w:t>harms</w:t>
      </w:r>
      <w:r>
        <w:rPr>
          <w:b w:val="0"/>
          <w:i w:val="0"/>
          <w:smallCaps w:val="0"/>
          <w:strike w:val="0"/>
          <w:sz w:val="22"/>
          <w:u w:val="single"/>
        </w:rPr>
        <w:t xml:space="preserve"> that </w:t>
      </w:r>
      <w:r>
        <w:rPr>
          <w:b w:val="0"/>
          <w:i w:val="0"/>
          <w:smallCaps w:val="0"/>
          <w:strike w:val="0"/>
          <w:sz w:val="22"/>
          <w:highlight w:val="cyan"/>
          <w:u w:val="single"/>
        </w:rPr>
        <w:t>we could</w:t>
      </w:r>
      <w:r>
        <w:rPr>
          <w:b w:val="0"/>
          <w:i w:val="0"/>
          <w:smallCaps w:val="0"/>
          <w:strike w:val="0"/>
          <w:sz w:val="22"/>
          <w:u w:val="single"/>
        </w:rPr>
        <w:t xml:space="preserve"> conceivably </w:t>
      </w:r>
      <w:r>
        <w:rPr>
          <w:b w:val="0"/>
          <w:i w:val="0"/>
          <w:smallCaps w:val="0"/>
          <w:strike w:val="0"/>
          <w:sz w:val="22"/>
          <w:highlight w:val="cyan"/>
          <w:u w:val="single"/>
        </w:rPr>
        <w:t>cause for most</w:t>
      </w:r>
      <w:r>
        <w:rPr>
          <w:b w:val="0"/>
          <w:i w:val="0"/>
          <w:smallCaps w:val="0"/>
          <w:strike w:val="0"/>
          <w:sz w:val="22"/>
          <w:u w:val="single"/>
        </w:rPr>
        <w:t xml:space="preserve"> people now </w:t>
      </w:r>
      <w:r>
        <w:rPr>
          <w:b w:val="0"/>
          <w:i w:val="0"/>
          <w:smallCaps w:val="0"/>
          <w:strike w:val="0"/>
          <w:sz w:val="22"/>
          <w:highlight w:val="cyan"/>
          <w:u w:val="single"/>
        </w:rPr>
        <w:t>living</w:t>
      </w:r>
      <w:r>
        <w:rPr>
          <w:b w:val="0"/>
          <w:i w:val="0"/>
          <w:smallCaps w:val="0"/>
          <w:strike w:val="0"/>
          <w:sz w:val="22"/>
          <w:u w:val="single"/>
        </w:rPr>
        <w:t>.</w:t>
      </w:r>
    </w:p>
    <w:p>
      <w:pPr>
        <w:spacing w:after="60"/>
      </w:pPr>
      <w:r>
        <w:rPr>
          <w:b w:val="0"/>
          <w:i w:val="0"/>
          <w:smallCaps w:val="0"/>
          <w:strike w:val="0"/>
          <w:sz w:val="22"/>
          <w:u w:val="single"/>
        </w:rPr>
        <w:t xml:space="preserve">2.    Human </w:t>
      </w:r>
      <w:r>
        <w:rPr>
          <w:b w:val="0"/>
          <w:i w:val="0"/>
          <w:smallCaps w:val="0"/>
          <w:strike w:val="0"/>
          <w:sz w:val="22"/>
          <w:u w:val="single"/>
        </w:rPr>
        <w:t xml:space="preserve">extinction would </w:t>
      </w:r>
      <w:r>
        <w:rPr>
          <w:b w:val="0"/>
          <w:i w:val="0"/>
          <w:smallCaps w:val="0"/>
          <w:strike w:val="0"/>
          <w:sz w:val="22"/>
          <w:highlight w:val="cyan"/>
          <w:u w:val="single"/>
        </w:rPr>
        <w:t>remove</w:t>
      </w:r>
      <w:r>
        <w:rPr>
          <w:b w:val="0"/>
          <w:i w:val="0"/>
          <w:smallCaps w:val="0"/>
          <w:strike w:val="0"/>
          <w:sz w:val="22"/>
          <w:u w:val="single"/>
        </w:rPr>
        <w:t xml:space="preserve"> rational </w:t>
      </w:r>
      <w:r>
        <w:rPr>
          <w:b w:val="0"/>
          <w:i w:val="0"/>
          <w:smallCaps w:val="0"/>
          <w:strike w:val="0"/>
          <w:sz w:val="22"/>
          <w:highlight w:val="cyan"/>
          <w:u w:val="single"/>
        </w:rPr>
        <w:t>agency and human understanding [from]</w:t>
      </w:r>
      <w:r>
        <w:rPr>
          <w:b w:val="0"/>
          <w:i w:val="0"/>
          <w:smallCaps w:val="0"/>
          <w:strike w:val="0"/>
          <w:sz w:val="22"/>
          <w:u w:val="single"/>
        </w:rPr>
        <w:t xml:space="preserve"> </w:t>
      </w:r>
      <w:r>
        <w:rPr>
          <w:b w:val="0"/>
          <w:i w:val="0"/>
          <w:smallCaps w:val="0"/>
          <w:strike w:val="0"/>
          <w:sz w:val="22"/>
          <w:u w:val="single"/>
        </w:rPr>
        <w:t>form</w:t>
      </w:r>
      <w:r>
        <w:rPr>
          <w:b w:val="0"/>
          <w:i w:val="0"/>
          <w:smallCaps w:val="0"/>
          <w:strike w:val="0"/>
          <w:sz w:val="22"/>
          <w:u w:val="single"/>
        </w:rPr>
        <w:t xml:space="preserve"> the world as we know it, and potentially from </w:t>
      </w:r>
      <w:r>
        <w:rPr>
          <w:b w:val="0"/>
          <w:i w:val="0"/>
          <w:smallCaps w:val="0"/>
          <w:strike w:val="0"/>
          <w:sz w:val="22"/>
          <w:highlight w:val="cyan"/>
          <w:u w:val="single"/>
        </w:rPr>
        <w:t>the entire universe</w:t>
      </w:r>
      <w:r>
        <w:rPr>
          <w:b w:val="0"/>
          <w:i w:val="0"/>
          <w:smallCaps w:val="0"/>
          <w:strike w:val="0"/>
          <w:sz w:val="22"/>
          <w:u w:val="single"/>
        </w:rPr>
        <w:t>. It would be the frustration of every, or at least almost every, purpose or intention people have ever had</w:t>
      </w:r>
    </w:p>
    <w:p>
      <w:pPr>
        <w:spacing w:after="60"/>
      </w:pPr>
      <w:r>
        <w:rPr>
          <w:b w:val="0"/>
          <w:i w:val="0"/>
          <w:smallCaps w:val="0"/>
          <w:strike w:val="0"/>
          <w:sz w:val="22"/>
          <w:u w:val="single"/>
        </w:rPr>
        <w:t xml:space="preserve">3.    Human </w:t>
      </w:r>
      <w:r>
        <w:rPr>
          <w:b w:val="0"/>
          <w:i w:val="0"/>
          <w:smallCaps w:val="0"/>
          <w:strike w:val="0"/>
          <w:sz w:val="22"/>
          <w:u w:val="single"/>
        </w:rPr>
        <w:t>extinction would be</w:t>
      </w:r>
      <w:r>
        <w:rPr>
          <w:b w:val="0"/>
          <w:i w:val="0"/>
          <w:smallCaps w:val="0"/>
          <w:strike w:val="0"/>
          <w:sz w:val="22"/>
          <w:u w:val="single"/>
        </w:rPr>
        <w:t xml:space="preserve"> the end of our collective story as a species and </w:t>
      </w:r>
      <w:r>
        <w:rPr>
          <w:b w:val="0"/>
          <w:i w:val="0"/>
          <w:smallCaps w:val="0"/>
          <w:strike w:val="0"/>
          <w:sz w:val="22"/>
          <w:highlight w:val="cyan"/>
          <w:u w:val="single"/>
        </w:rPr>
        <w:t>a violation of the intergenerational social contract</w:t>
      </w:r>
      <w:r>
        <w:rPr>
          <w:b w:val="0"/>
          <w:i w:val="0"/>
          <w:smallCaps w:val="0"/>
          <w:strike w:val="0"/>
          <w:sz w:val="22"/>
          <w:u w:val="single"/>
        </w:rPr>
        <w:t xml:space="preserve"> in which we gratefully receive the benefits and wisdom of those who have come before us and seek to pass on even more of these to those who will come after us</w:t>
      </w:r>
    </w:p>
    <w:p>
      <w:pPr>
        <w:spacing w:after="60"/>
      </w:pPr>
      <w:r>
        <w:rPr>
          <w:b w:val="0"/>
          <w:i w:val="0"/>
          <w:smallCaps w:val="0"/>
          <w:strike w:val="0"/>
          <w:sz w:val="22"/>
          <w:u w:val="single"/>
        </w:rPr>
        <w:t xml:space="preserve">4.    Human </w:t>
      </w:r>
      <w:r>
        <w:rPr>
          <w:b w:val="0"/>
          <w:i w:val="0"/>
          <w:smallCaps w:val="0"/>
          <w:strike w:val="0"/>
          <w:sz w:val="22"/>
          <w:u w:val="single"/>
        </w:rPr>
        <w:t xml:space="preserve">extinction will </w:t>
      </w:r>
      <w:r>
        <w:rPr>
          <w:b w:val="0"/>
          <w:i w:val="0"/>
          <w:smallCaps w:val="0"/>
          <w:strike w:val="0"/>
          <w:sz w:val="22"/>
          <w:highlight w:val="cyan"/>
          <w:u w:val="single"/>
        </w:rPr>
        <w:t>cause many</w:t>
      </w:r>
      <w:r>
        <w:rPr>
          <w:b w:val="0"/>
          <w:i w:val="0"/>
          <w:smallCaps w:val="0"/>
          <w:strike w:val="0"/>
          <w:sz w:val="22"/>
          <w:u w:val="single"/>
        </w:rPr>
        <w:t xml:space="preserve"> potential </w:t>
      </w:r>
      <w:r>
        <w:rPr>
          <w:b w:val="0"/>
          <w:i w:val="0"/>
          <w:smallCaps w:val="0"/>
          <w:strike w:val="0"/>
          <w:sz w:val="22"/>
          <w:highlight w:val="cyan"/>
          <w:u w:val="single"/>
        </w:rPr>
        <w:t>future people</w:t>
      </w:r>
      <w:r>
        <w:rPr>
          <w:b w:val="0"/>
          <w:i w:val="0"/>
          <w:smallCaps w:val="0"/>
          <w:strike w:val="0"/>
          <w:sz w:val="22"/>
          <w:u w:val="single"/>
        </w:rPr>
        <w:t xml:space="preserve">, who could have experienced even more potential future happiness, </w:t>
      </w:r>
      <w:r>
        <w:rPr>
          <w:b w:val="0"/>
          <w:i w:val="0"/>
          <w:smallCaps w:val="0"/>
          <w:strike w:val="0"/>
          <w:sz w:val="22"/>
          <w:highlight w:val="cyan"/>
          <w:u w:val="single"/>
        </w:rPr>
        <w:t>never to exist</w:t>
      </w:r>
    </w:p>
    <w:p>
      <w:pPr>
        <w:spacing w:after="60"/>
      </w:pPr>
      <w:r>
        <w:rPr>
          <w:b w:val="0"/>
          <w:i w:val="0"/>
          <w:smallCaps w:val="0"/>
          <w:strike w:val="0"/>
          <w:sz w:val="22"/>
          <w:u w:val="single"/>
        </w:rPr>
        <w:t xml:space="preserve">5.    Human </w:t>
      </w:r>
      <w:r>
        <w:rPr>
          <w:b w:val="0"/>
          <w:i w:val="0"/>
          <w:smallCaps w:val="0"/>
          <w:strike w:val="0"/>
          <w:sz w:val="22"/>
          <w:u w:val="single"/>
        </w:rPr>
        <w:t xml:space="preserve">extinction will </w:t>
      </w:r>
      <w:r>
        <w:rPr>
          <w:b w:val="0"/>
          <w:i w:val="0"/>
          <w:smallCaps w:val="0"/>
          <w:strike w:val="0"/>
          <w:sz w:val="22"/>
          <w:highlight w:val="cyan"/>
          <w:u w:val="single"/>
        </w:rPr>
        <w:t>remove</w:t>
      </w:r>
      <w:r>
        <w:rPr>
          <w:b w:val="0"/>
          <w:i w:val="0"/>
          <w:smallCaps w:val="0"/>
          <w:strike w:val="0"/>
          <w:sz w:val="22"/>
          <w:u w:val="single"/>
        </w:rPr>
        <w:t xml:space="preserve"> from the world </w:t>
      </w:r>
      <w:r>
        <w:rPr>
          <w:b w:val="0"/>
          <w:i w:val="0"/>
          <w:smallCaps w:val="0"/>
          <w:strike w:val="0"/>
          <w:sz w:val="22"/>
          <w:u w:val="single"/>
        </w:rPr>
        <w:t xml:space="preserve">all </w:t>
      </w:r>
      <w:r>
        <w:rPr>
          <w:b w:val="0"/>
          <w:i w:val="0"/>
          <w:smallCaps w:val="0"/>
          <w:strike w:val="0"/>
          <w:sz w:val="22"/>
          <w:highlight w:val="cyan"/>
          <w:u w:val="single"/>
        </w:rPr>
        <w:t>of</w:t>
      </w:r>
      <w:r>
        <w:rPr>
          <w:b w:val="0"/>
          <w:i w:val="0"/>
          <w:smallCaps w:val="0"/>
          <w:strike w:val="0"/>
          <w:sz w:val="22"/>
          <w:highlight w:val="cyan"/>
          <w:u w:val="single"/>
        </w:rPr>
        <w:t xml:space="preserve"> the best things in life</w:t>
      </w:r>
      <w:r>
        <w:rPr>
          <w:b w:val="0"/>
          <w:i w:val="0"/>
          <w:smallCaps w:val="0"/>
          <w:strike w:val="0"/>
          <w:sz w:val="22"/>
          <w:u w:val="single"/>
        </w:rPr>
        <w:t xml:space="preserve"> that </w:t>
      </w:r>
      <w:r>
        <w:rPr>
          <w:b w:val="0"/>
          <w:i w:val="0"/>
          <w:smallCaps w:val="0"/>
          <w:strike w:val="0"/>
          <w:sz w:val="22"/>
          <w:highlight w:val="cyan"/>
          <w:u w:val="single"/>
        </w:rPr>
        <w:t>we have</w:t>
      </w:r>
      <w:r>
        <w:rPr>
          <w:b w:val="0"/>
          <w:i w:val="0"/>
          <w:smallCaps w:val="0"/>
          <w:strike w:val="0"/>
          <w:sz w:val="22"/>
          <w:u w:val="single"/>
        </w:rPr>
        <w:t xml:space="preserve"> special </w:t>
      </w:r>
      <w:r>
        <w:rPr>
          <w:b w:val="0"/>
          <w:i w:val="0"/>
          <w:smallCaps w:val="0"/>
          <w:strike w:val="0"/>
          <w:sz w:val="22"/>
          <w:highlight w:val="cyan"/>
          <w:u w:val="single"/>
        </w:rPr>
        <w:t>reasons to</w:t>
      </w:r>
      <w:r>
        <w:rPr>
          <w:b w:val="0"/>
          <w:i w:val="0"/>
          <w:smallCaps w:val="0"/>
          <w:strike w:val="0"/>
          <w:sz w:val="22"/>
          <w:u w:val="single"/>
        </w:rPr>
        <w:t xml:space="preserve"> value and </w:t>
      </w:r>
      <w:r>
        <w:rPr>
          <w:b w:val="0"/>
          <w:i w:val="0"/>
          <w:smallCaps w:val="0"/>
          <w:strike w:val="0"/>
          <w:sz w:val="22"/>
          <w:highlight w:val="cyan"/>
          <w:u w:val="single"/>
        </w:rPr>
        <w:t>treasure, from science and art to</w:t>
      </w:r>
      <w:r>
        <w:rPr>
          <w:b w:val="0"/>
          <w:i w:val="0"/>
          <w:smallCaps w:val="0"/>
          <w:strike w:val="0"/>
          <w:sz w:val="22"/>
          <w:u w:val="single"/>
        </w:rPr>
        <w:t xml:space="preserve"> romantic </w:t>
      </w:r>
      <w:r>
        <w:rPr>
          <w:b w:val="0"/>
          <w:i w:val="0"/>
          <w:smallCaps w:val="0"/>
          <w:strike w:val="0"/>
          <w:sz w:val="22"/>
          <w:highlight w:val="cyan"/>
          <w:u w:val="single"/>
        </w:rPr>
        <w:t>love and</w:t>
      </w:r>
      <w:r>
        <w:rPr>
          <w:b w:val="0"/>
          <w:i w:val="0"/>
          <w:smallCaps w:val="0"/>
          <w:strike w:val="0"/>
          <w:sz w:val="22"/>
          <w:u w:val="single"/>
        </w:rPr>
        <w:t xml:space="preserve"> universal </w:t>
      </w:r>
      <w:r>
        <w:rPr>
          <w:b w:val="0"/>
          <w:i w:val="0"/>
          <w:smallCaps w:val="0"/>
          <w:strike w:val="0"/>
          <w:sz w:val="22"/>
          <w:highlight w:val="cyan"/>
          <w:u w:val="single"/>
        </w:rPr>
        <w:t>compassion</w:t>
      </w:r>
      <w:r>
        <w:rPr>
          <w:b w:val="0"/>
          <w:i w:val="0"/>
          <w:smallCaps w:val="0"/>
          <w:strike w:val="0"/>
          <w:sz w:val="16"/>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