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Universe collapse is </w:t>
      </w:r>
      <w:r>
        <w:rPr>
          <w:b/>
          <w:i w:val="0"/>
          <w:smallCaps w:val="0"/>
          <w:strike w:val="0"/>
          <w:sz w:val="26"/>
          <w:u w:val="single"/>
        </w:rPr>
        <w:t>terminally inevitable</w:t>
      </w:r>
      <w:r>
        <w:rPr>
          <w:b/>
          <w:i w:val="0"/>
          <w:smallCaps w:val="0"/>
          <w:strike w:val="0"/>
          <w:sz w:val="26"/>
          <w:u w:val="none"/>
        </w:rPr>
        <w:t xml:space="preserve">---only an advanced human civilization can </w:t>
      </w:r>
      <w:r>
        <w:rPr>
          <w:b/>
          <w:i w:val="0"/>
          <w:smallCaps w:val="0"/>
          <w:strike w:val="0"/>
          <w:sz w:val="26"/>
          <w:u w:val="single"/>
        </w:rPr>
        <w:t>re-engineer</w:t>
      </w:r>
      <w:r>
        <w:rPr>
          <w:b/>
          <w:i w:val="0"/>
          <w:smallCaps w:val="0"/>
          <w:strike w:val="0"/>
          <w:sz w:val="26"/>
          <w:u w:val="none"/>
        </w:rPr>
        <w:t xml:space="preserve"> the rules or escape---this </w:t>
      </w:r>
      <w:r>
        <w:rPr>
          <w:b/>
          <w:i w:val="0"/>
          <w:smallCaps w:val="0"/>
          <w:strike w:val="0"/>
          <w:sz w:val="26"/>
          <w:u w:val="single"/>
        </w:rPr>
        <w:t>also</w:t>
      </w:r>
      <w:r>
        <w:rPr>
          <w:b/>
          <w:i w:val="0"/>
          <w:smallCaps w:val="0"/>
          <w:strike w:val="0"/>
          <w:sz w:val="26"/>
          <w:u w:val="none"/>
        </w:rPr>
        <w:t xml:space="preserve"> disproves the existence of advanced aliens because they’ve likely </w:t>
      </w:r>
      <w:r>
        <w:rPr>
          <w:b/>
          <w:i w:val="0"/>
          <w:smallCaps w:val="0"/>
          <w:strike w:val="0"/>
          <w:sz w:val="26"/>
          <w:u w:val="single"/>
        </w:rPr>
        <w:t>peaced</w:t>
      </w:r>
      <w:r>
        <w:rPr>
          <w:b/>
          <w:i w:val="0"/>
          <w:smallCaps w:val="0"/>
          <w:strike w:val="0"/>
          <w:sz w:val="26"/>
          <w:u w:val="single"/>
        </w:rPr>
        <w:t xml:space="preserve"> out</w:t>
      </w:r>
      <w:r>
        <w:rPr>
          <w:b/>
          <w:i w:val="0"/>
          <w:smallCaps w:val="0"/>
          <w:strike w:val="0"/>
          <w:sz w:val="26"/>
          <w:u w:val="none"/>
        </w:rPr>
        <w:t xml:space="preserve"> in the same way by now</w:t>
      </w:r>
    </w:p>
    <w:p>
      <w:pPr>
        <w:spacing w:after="80"/>
      </w:pPr>
      <w:r>
        <w:rPr>
          <w:b w:val="0"/>
          <w:i w:val="0"/>
          <w:smallCaps w:val="0"/>
          <w:strike w:val="0"/>
          <w:u w:val="none"/>
        </w:rPr>
        <w:t xml:space="preserve">George </w:t>
      </w:r>
      <w:r>
        <w:rPr>
          <w:b/>
          <w:i w:val="0"/>
          <w:smallCaps w:val="0"/>
          <w:strike w:val="0"/>
          <w:sz w:val="26"/>
          <w:u w:val="none"/>
        </w:rPr>
        <w:t>Dvorsky 15</w:t>
      </w:r>
      <w:r>
        <w:rPr>
          <w:b w:val="0"/>
          <w:i w:val="0"/>
          <w:smallCaps w:val="0"/>
          <w:strike w:val="0"/>
          <w:u w:val="none"/>
        </w:rPr>
        <w:t xml:space="preserve">, Chair of the IEET Board of Directors, Canadian Futurist, Science Writer, and Bioethicist, Contributing Editor at io9, “Will Our </w:t>
      </w:r>
      <w:r>
        <w:rPr>
          <w:b w:val="0"/>
          <w:i w:val="0"/>
          <w:smallCaps w:val="0"/>
          <w:strike w:val="0"/>
          <w:u w:val="none"/>
        </w:rPr>
        <w:t>Descendents</w:t>
      </w:r>
      <w:r>
        <w:rPr>
          <w:b w:val="0"/>
          <w:i w:val="0"/>
          <w:smallCaps w:val="0"/>
          <w:strike w:val="0"/>
          <w:u w:val="none"/>
        </w:rPr>
        <w:t xml:space="preserve"> Survive the Destruction of the Universe?”, 12/9/2015, https://ieet.org/index.php/IEET2/more/Dvorsky20151209</w:t>
      </w:r>
    </w:p>
    <w:p>
      <w:pPr>
        <w:spacing w:after="60"/>
      </w:pPr>
      <w:r>
        <w:rPr>
          <w:b w:val="0"/>
          <w:i w:val="0"/>
          <w:smallCaps w:val="0"/>
          <w:strike w:val="0"/>
          <w:sz w:val="22"/>
          <w:u w:val="single"/>
        </w:rPr>
        <w:t xml:space="preserve">Billions of years from now, </w:t>
      </w:r>
      <w:r>
        <w:rPr>
          <w:b w:val="0"/>
          <w:i w:val="0"/>
          <w:smallCaps w:val="0"/>
          <w:strike w:val="0"/>
          <w:sz w:val="22"/>
          <w:highlight w:val="cyan"/>
          <w:u w:val="single"/>
        </w:rPr>
        <w:t>the universe</w:t>
      </w:r>
      <w:r>
        <w:rPr>
          <w:b w:val="0"/>
          <w:i w:val="0"/>
          <w:smallCaps w:val="0"/>
          <w:strike w:val="0"/>
          <w:sz w:val="16"/>
          <w:u w:val="none"/>
        </w:rPr>
        <w:t xml:space="preserve"> as we know it </w:t>
      </w:r>
      <w:r>
        <w:rPr>
          <w:b w:val="0"/>
          <w:i w:val="0"/>
          <w:smallCaps w:val="0"/>
          <w:strike w:val="0"/>
          <w:sz w:val="22"/>
          <w:highlight w:val="cyan"/>
          <w:u w:val="single"/>
        </w:rPr>
        <w:t>will cease</w:t>
      </w:r>
      <w:r>
        <w:rPr>
          <w:b w:val="0"/>
          <w:i w:val="0"/>
          <w:smallCaps w:val="0"/>
          <w:strike w:val="0"/>
          <w:sz w:val="22"/>
          <w:u w:val="single"/>
        </w:rPr>
        <w:t xml:space="preserve"> to exist. The good news is, </w:t>
      </w:r>
      <w:r>
        <w:rPr>
          <w:b w:val="0"/>
          <w:i w:val="0"/>
          <w:smallCaps w:val="0"/>
          <w:strike w:val="0"/>
          <w:sz w:val="22"/>
          <w:highlight w:val="cyan"/>
          <w:u w:val="single"/>
        </w:rPr>
        <w:t>that gives us</w:t>
      </w:r>
      <w:r>
        <w:rPr>
          <w:b w:val="0"/>
          <w:i w:val="0"/>
          <w:smallCaps w:val="0"/>
          <w:strike w:val="0"/>
          <w:sz w:val="16"/>
          <w:u w:val="none"/>
        </w:rPr>
        <w:t xml:space="preserve"> a lot of </w:t>
      </w:r>
      <w:r>
        <w:rPr>
          <w:b w:val="0"/>
          <w:i w:val="0"/>
          <w:smallCaps w:val="0"/>
          <w:strike w:val="0"/>
          <w:sz w:val="22"/>
          <w:highlight w:val="cyan"/>
          <w:u w:val="single"/>
        </w:rPr>
        <w:t>time to</w:t>
      </w:r>
      <w:r>
        <w:rPr>
          <w:b w:val="0"/>
          <w:i w:val="0"/>
          <w:smallCaps w:val="0"/>
          <w:strike w:val="0"/>
          <w:sz w:val="16"/>
          <w:u w:val="none"/>
        </w:rPr>
        <w:t xml:space="preserve"> prepare, and maybe even </w:t>
      </w:r>
      <w:r>
        <w:rPr>
          <w:b w:val="0"/>
          <w:i w:val="0"/>
          <w:smallCaps w:val="0"/>
          <w:strike w:val="0"/>
          <w:sz w:val="22"/>
          <w:highlight w:val="cyan"/>
          <w:u w:val="single"/>
        </w:rPr>
        <w:t xml:space="preserve">figure out a way to </w:t>
      </w:r>
      <w:r>
        <w:rPr>
          <w:b/>
          <w:i w:val="0"/>
          <w:smallCaps w:val="0"/>
          <w:strike w:val="0"/>
          <w:sz w:val="24"/>
          <w:highlight w:val="cyan"/>
          <w:u w:val="single"/>
        </w:rPr>
        <w:t>cheat cosmic death</w:t>
      </w:r>
      <w:r>
        <w:rPr>
          <w:b w:val="0"/>
          <w:i w:val="0"/>
          <w:smallCaps w:val="0"/>
          <w:strike w:val="0"/>
          <w:sz w:val="16"/>
          <w:u w:val="none"/>
        </w:rPr>
        <w:t xml:space="preserve">. Here are some possible ways </w:t>
      </w:r>
      <w:r>
        <w:rPr>
          <w:b w:val="0"/>
          <w:i w:val="0"/>
          <w:smallCaps w:val="0"/>
          <w:strike w:val="0"/>
          <w:sz w:val="22"/>
          <w:u w:val="single"/>
        </w:rPr>
        <w:t xml:space="preserve">our </w:t>
      </w:r>
      <w:r>
        <w:rPr>
          <w:b w:val="0"/>
          <w:i w:val="0"/>
          <w:smallCaps w:val="0"/>
          <w:strike w:val="0"/>
          <w:sz w:val="22"/>
          <w:highlight w:val="cyan"/>
          <w:u w:val="single"/>
        </w:rPr>
        <w:t xml:space="preserve">descendants might </w:t>
      </w:r>
      <w:r>
        <w:rPr>
          <w:b/>
          <w:i w:val="0"/>
          <w:smallCaps w:val="0"/>
          <w:strike w:val="0"/>
          <w:sz w:val="24"/>
          <w:highlight w:val="cyan"/>
          <w:u w:val="single"/>
        </w:rPr>
        <w:t>survive</w:t>
      </w:r>
      <w:r>
        <w:rPr>
          <w:b w:val="0"/>
          <w:i w:val="0"/>
          <w:smallCaps w:val="0"/>
          <w:strike w:val="0"/>
          <w:sz w:val="22"/>
          <w:u w:val="single"/>
        </w:rPr>
        <w:t xml:space="preserve"> a cosmological apocalypse</w:t>
      </w:r>
      <w:r>
        <w:rPr>
          <w:b w:val="0"/>
          <w:i w:val="0"/>
          <w:smallCaps w:val="0"/>
          <w:strike w:val="0"/>
          <w:sz w:val="16"/>
          <w:u w:val="none"/>
        </w:rPr>
        <w:t>.</w:t>
      </w:r>
    </w:p>
    <w:p>
      <w:pPr>
        <w:spacing w:after="60"/>
      </w:pPr>
      <w:r>
        <w:rPr>
          <w:b w:val="0"/>
          <w:i w:val="0"/>
          <w:smallCaps w:val="0"/>
          <w:strike w:val="0"/>
          <w:sz w:val="22"/>
          <w:u w:val="single"/>
        </w:rPr>
        <w:t xml:space="preserve">The </w:t>
      </w:r>
      <w:r>
        <w:rPr>
          <w:b w:val="0"/>
          <w:i w:val="0"/>
          <w:smallCaps w:val="0"/>
          <w:strike w:val="0"/>
          <w:sz w:val="22"/>
          <w:highlight w:val="cyan"/>
          <w:u w:val="single"/>
        </w:rPr>
        <w:t>Universe</w:t>
      </w:r>
      <w:r>
        <w:rPr>
          <w:b w:val="0"/>
          <w:i w:val="0"/>
          <w:smallCaps w:val="0"/>
          <w:strike w:val="0"/>
          <w:sz w:val="16"/>
          <w:u w:val="none"/>
        </w:rPr>
        <w:t xml:space="preserve">, like the organisms that reside within it, </w:t>
      </w:r>
      <w:r>
        <w:rPr>
          <w:b w:val="0"/>
          <w:i w:val="0"/>
          <w:smallCaps w:val="0"/>
          <w:strike w:val="0"/>
          <w:sz w:val="22"/>
          <w:highlight w:val="cyan"/>
          <w:u w:val="single"/>
        </w:rPr>
        <w:t>is</w:t>
      </w:r>
      <w:r>
        <w:rPr>
          <w:b w:val="0"/>
          <w:i w:val="0"/>
          <w:smallCaps w:val="0"/>
          <w:strike w:val="0"/>
          <w:sz w:val="22"/>
          <w:u w:val="single"/>
        </w:rPr>
        <w:t xml:space="preserve"> a </w:t>
      </w:r>
      <w:r>
        <w:rPr>
          <w:b/>
          <w:i w:val="0"/>
          <w:smallCaps w:val="0"/>
          <w:strike w:val="0"/>
          <w:sz w:val="24"/>
          <w:highlight w:val="cyan"/>
          <w:u w:val="single"/>
        </w:rPr>
        <w:t>mortal</w:t>
      </w:r>
      <w:r>
        <w:rPr>
          <w:b w:val="0"/>
          <w:i w:val="0"/>
          <w:smallCaps w:val="0"/>
          <w:strike w:val="0"/>
          <w:sz w:val="22"/>
          <w:u w:val="single"/>
        </w:rPr>
        <w:t xml:space="preserve"> entity</w:t>
      </w:r>
      <w:r>
        <w:rPr>
          <w:b w:val="0"/>
          <w:i w:val="0"/>
          <w:smallCaps w:val="0"/>
          <w:strike w:val="0"/>
          <w:sz w:val="16"/>
          <w:u w:val="none"/>
        </w:rPr>
        <w:t xml:space="preserve">. Born in the Big Bang, </w:t>
      </w:r>
      <w:r>
        <w:rPr>
          <w:b w:val="0"/>
          <w:i w:val="0"/>
          <w:smallCaps w:val="0"/>
          <w:strike w:val="0"/>
          <w:sz w:val="22"/>
          <w:highlight w:val="cyan"/>
          <w:u w:val="single"/>
        </w:rPr>
        <w:t>it will eventually meet its fate through</w:t>
      </w:r>
      <w:r>
        <w:rPr>
          <w:b w:val="0"/>
          <w:i w:val="0"/>
          <w:smallCaps w:val="0"/>
          <w:strike w:val="0"/>
          <w:sz w:val="22"/>
          <w:u w:val="single"/>
        </w:rPr>
        <w:t xml:space="preserve"> an equally cataclysmic process, whether</w:t>
      </w:r>
      <w:r>
        <w:rPr>
          <w:b w:val="0"/>
          <w:i w:val="0"/>
          <w:smallCaps w:val="0"/>
          <w:strike w:val="0"/>
          <w:sz w:val="16"/>
          <w:u w:val="none"/>
        </w:rPr>
        <w:t xml:space="preserve"> it be in the form of </w:t>
      </w:r>
      <w:r>
        <w:rPr>
          <w:b w:val="0"/>
          <w:i w:val="0"/>
          <w:smallCaps w:val="0"/>
          <w:strike w:val="0"/>
          <w:sz w:val="22"/>
          <w:highlight w:val="cyan"/>
          <w:u w:val="single"/>
        </w:rPr>
        <w:t>a Big Rip</w:t>
      </w:r>
      <w:r>
        <w:rPr>
          <w:b w:val="0"/>
          <w:i w:val="0"/>
          <w:smallCaps w:val="0"/>
          <w:strike w:val="0"/>
          <w:sz w:val="22"/>
          <w:u w:val="single"/>
        </w:rPr>
        <w:t xml:space="preserve">, a Big </w:t>
      </w:r>
      <w:r>
        <w:rPr>
          <w:b w:val="0"/>
          <w:i w:val="0"/>
          <w:smallCaps w:val="0"/>
          <w:strike w:val="0"/>
          <w:sz w:val="22"/>
          <w:highlight w:val="cyan"/>
          <w:u w:val="single"/>
        </w:rPr>
        <w:t>Crunch, or</w:t>
      </w:r>
      <w:r>
        <w:rPr>
          <w:b w:val="0"/>
          <w:i w:val="0"/>
          <w:smallCaps w:val="0"/>
          <w:strike w:val="0"/>
          <w:sz w:val="22"/>
          <w:u w:val="single"/>
        </w:rPr>
        <w:t xml:space="preserve"> an eternal deep </w:t>
      </w:r>
      <w:r>
        <w:rPr>
          <w:b w:val="0"/>
          <w:i w:val="0"/>
          <w:smallCaps w:val="0"/>
          <w:strike w:val="0"/>
          <w:sz w:val="22"/>
          <w:highlight w:val="cyan"/>
          <w:u w:val="single"/>
        </w:rPr>
        <w:t>freeze</w:t>
      </w:r>
      <w:r>
        <w:rPr>
          <w:b w:val="0"/>
          <w:i w:val="0"/>
          <w:smallCaps w:val="0"/>
          <w:strike w:val="0"/>
          <w:sz w:val="16"/>
          <w:u w:val="none"/>
        </w:rPr>
        <w:t xml:space="preserve">. Regardless, </w:t>
      </w:r>
      <w:r>
        <w:rPr>
          <w:b/>
          <w:i w:val="0"/>
          <w:smallCaps w:val="0"/>
          <w:strike w:val="0"/>
          <w:sz w:val="24"/>
          <w:highlight w:val="cyan"/>
          <w:u w:val="single"/>
        </w:rPr>
        <w:t>all life</w:t>
      </w:r>
      <w:r>
        <w:rPr>
          <w:b w:val="0"/>
          <w:i w:val="0"/>
          <w:smallCaps w:val="0"/>
          <w:strike w:val="0"/>
          <w:sz w:val="16"/>
          <w:u w:val="none"/>
        </w:rPr>
        <w:t xml:space="preserve"> as we know it </w:t>
      </w:r>
      <w:r>
        <w:rPr>
          <w:b/>
          <w:i w:val="0"/>
          <w:smallCaps w:val="0"/>
          <w:strike w:val="0"/>
          <w:sz w:val="24"/>
          <w:highlight w:val="cyan"/>
          <w:u w:val="single"/>
        </w:rPr>
        <w:t>will be extinguished</w:t>
      </w:r>
      <w:r>
        <w:rPr>
          <w:b w:val="0"/>
          <w:i w:val="0"/>
          <w:smallCaps w:val="0"/>
          <w:strike w:val="0"/>
          <w:sz w:val="16"/>
          <w:u w:val="none"/>
        </w:rPr>
        <w:t>.</w:t>
      </w:r>
    </w:p>
    <w:p>
      <w:pPr>
        <w:spacing w:after="60"/>
      </w:pPr>
      <w:r>
        <w:rPr>
          <w:b/>
          <w:i w:val="0"/>
          <w:smallCaps w:val="0"/>
          <w:strike w:val="0"/>
          <w:sz w:val="24"/>
          <w:highlight w:val="cyan"/>
          <w:u w:val="single"/>
        </w:rPr>
        <w:t>Unless</w:t>
      </w:r>
      <w:r>
        <w:rPr>
          <w:b/>
          <w:i w:val="0"/>
          <w:smallCaps w:val="0"/>
          <w:strike w:val="0"/>
          <w:sz w:val="24"/>
          <w:u w:val="single"/>
        </w:rPr>
        <w:t xml:space="preserve">, of course, </w:t>
      </w:r>
      <w:r>
        <w:rPr>
          <w:b/>
          <w:i w:val="0"/>
          <w:smallCaps w:val="0"/>
          <w:strike w:val="0"/>
          <w:sz w:val="24"/>
          <w:highlight w:val="cyan"/>
          <w:u w:val="single"/>
        </w:rPr>
        <w:t>our</w:t>
      </w:r>
      <w:r>
        <w:rPr>
          <w:b/>
          <w:i w:val="0"/>
          <w:smallCaps w:val="0"/>
          <w:strike w:val="0"/>
          <w:sz w:val="24"/>
          <w:u w:val="single"/>
        </w:rPr>
        <w:t xml:space="preserve"> highly </w:t>
      </w:r>
      <w:r>
        <w:rPr>
          <w:b/>
          <w:i w:val="0"/>
          <w:smallCaps w:val="0"/>
          <w:strike w:val="0"/>
          <w:sz w:val="24"/>
          <w:highlight w:val="cyan"/>
          <w:u w:val="single"/>
        </w:rPr>
        <w:t>advanced offspring can</w:t>
      </w:r>
      <w:r>
        <w:rPr>
          <w:b/>
          <w:i w:val="0"/>
          <w:smallCaps w:val="0"/>
          <w:strike w:val="0"/>
          <w:sz w:val="24"/>
          <w:u w:val="single"/>
        </w:rPr>
        <w:t xml:space="preserve"> find a way to </w:t>
      </w:r>
      <w:r>
        <w:rPr>
          <w:b/>
          <w:i w:val="0"/>
          <w:smallCaps w:val="0"/>
          <w:strike w:val="0"/>
          <w:sz w:val="24"/>
          <w:highlight w:val="cyan"/>
          <w:u w:val="single"/>
        </w:rPr>
        <w:t>escape</w:t>
      </w:r>
      <w:r>
        <w:rPr>
          <w:b w:val="0"/>
          <w:i w:val="0"/>
          <w:smallCaps w:val="0"/>
          <w:strike w:val="0"/>
          <w:sz w:val="24"/>
          <w:u w:val="single"/>
        </w:rPr>
        <w:t xml:space="preserve"> </w:t>
      </w:r>
      <w:r>
        <w:rPr>
          <w:b w:val="0"/>
          <w:i w:val="0"/>
          <w:smallCaps w:val="0"/>
          <w:strike w:val="0"/>
          <w:sz w:val="22"/>
          <w:u w:val="single"/>
        </w:rPr>
        <w:t>the confines of the cosmos—</w:t>
      </w:r>
      <w:r>
        <w:rPr>
          <w:b w:val="0"/>
          <w:i w:val="0"/>
          <w:smallCaps w:val="0"/>
          <w:strike w:val="0"/>
          <w:sz w:val="22"/>
          <w:highlight w:val="cyan"/>
          <w:u w:val="single"/>
        </w:rPr>
        <w:t>or</w:t>
      </w:r>
      <w:r>
        <w:rPr>
          <w:b w:val="0"/>
          <w:i w:val="0"/>
          <w:smallCaps w:val="0"/>
          <w:strike w:val="0"/>
          <w:sz w:val="22"/>
          <w:u w:val="single"/>
        </w:rPr>
        <w:t xml:space="preserve"> more radically, </w:t>
      </w:r>
      <w:r>
        <w:rPr>
          <w:b/>
          <w:i w:val="0"/>
          <w:smallCaps w:val="0"/>
          <w:strike w:val="0"/>
          <w:sz w:val="24"/>
          <w:highlight w:val="cyan"/>
          <w:u w:val="single"/>
        </w:rPr>
        <w:t>change the</w:t>
      </w:r>
      <w:r>
        <w:rPr>
          <w:b/>
          <w:i w:val="0"/>
          <w:smallCaps w:val="0"/>
          <w:strike w:val="0"/>
          <w:sz w:val="24"/>
          <w:u w:val="single"/>
        </w:rPr>
        <w:t xml:space="preserve"> rules of the cosmological </w:t>
      </w:r>
      <w:r>
        <w:rPr>
          <w:b/>
          <w:i w:val="0"/>
          <w:smallCaps w:val="0"/>
          <w:strike w:val="0"/>
          <w:sz w:val="24"/>
          <w:highlight w:val="cyan"/>
          <w:u w:val="single"/>
        </w:rPr>
        <w:t>game</w:t>
      </w:r>
      <w:r>
        <w:rPr>
          <w:b w:val="0"/>
          <w:i w:val="0"/>
          <w:smallCaps w:val="0"/>
          <w:strike w:val="0"/>
          <w:sz w:val="16"/>
          <w:u w:val="none"/>
        </w:rPr>
        <w:t>.</w:t>
      </w:r>
    </w:p>
    <w:p>
      <w:pPr>
        <w:spacing w:after="60"/>
      </w:pPr>
      <w:r>
        <w:rPr>
          <w:b w:val="0"/>
          <w:i w:val="0"/>
          <w:smallCaps w:val="0"/>
          <w:strike w:val="0"/>
          <w:sz w:val="16"/>
          <w:u w:val="none"/>
        </w:rPr>
        <w:t>Building a Basement Universe</w:t>
      </w:r>
    </w:p>
    <w:p>
      <w:pPr>
        <w:spacing w:after="60"/>
      </w:pPr>
      <w:r>
        <w:rPr>
          <w:b w:val="0"/>
          <w:i w:val="0"/>
          <w:smallCaps w:val="0"/>
          <w:strike w:val="0"/>
          <w:sz w:val="16"/>
          <w:u w:val="none"/>
        </w:rPr>
        <w:t xml:space="preserve">Our </w:t>
      </w:r>
      <w:r>
        <w:rPr>
          <w:b w:val="0"/>
          <w:i w:val="0"/>
          <w:smallCaps w:val="0"/>
          <w:strike w:val="0"/>
          <w:sz w:val="22"/>
          <w:u w:val="single"/>
        </w:rPr>
        <w:t>great-great-great-</w:t>
      </w:r>
      <w:r>
        <w:rPr>
          <w:b w:val="0"/>
          <w:i w:val="0"/>
          <w:smallCaps w:val="0"/>
          <w:strike w:val="0"/>
          <w:sz w:val="22"/>
          <w:highlight w:val="cyan"/>
          <w:u w:val="single"/>
        </w:rPr>
        <w:t>grandchildren</w:t>
      </w:r>
      <w:r>
        <w:rPr>
          <w:b w:val="0"/>
          <w:i w:val="0"/>
          <w:smallCaps w:val="0"/>
          <w:strike w:val="0"/>
          <w:sz w:val="22"/>
          <w:u w:val="single"/>
        </w:rPr>
        <w:t xml:space="preserve">, many times over, </w:t>
      </w:r>
      <w:r>
        <w:rPr>
          <w:b w:val="0"/>
          <w:i w:val="0"/>
          <w:smallCaps w:val="0"/>
          <w:strike w:val="0"/>
          <w:sz w:val="22"/>
          <w:highlight w:val="cyan"/>
          <w:u w:val="single"/>
        </w:rPr>
        <w:t>could leave</w:t>
      </w:r>
      <w:r>
        <w:rPr>
          <w:b w:val="0"/>
          <w:i w:val="0"/>
          <w:smallCaps w:val="0"/>
          <w:strike w:val="0"/>
          <w:sz w:val="22"/>
          <w:u w:val="single"/>
        </w:rPr>
        <w:t xml:space="preserve"> our</w:t>
      </w:r>
      <w:r>
        <w:rPr>
          <w:b w:val="0"/>
          <w:i w:val="0"/>
          <w:smallCaps w:val="0"/>
          <w:strike w:val="0"/>
          <w:sz w:val="16"/>
          <w:u w:val="none"/>
        </w:rPr>
        <w:t xml:space="preserve"> current </w:t>
      </w:r>
      <w:r>
        <w:rPr>
          <w:b w:val="0"/>
          <w:i w:val="0"/>
          <w:smallCaps w:val="0"/>
          <w:strike w:val="0"/>
          <w:sz w:val="22"/>
          <w:u w:val="single"/>
        </w:rPr>
        <w:t xml:space="preserve">universe </w:t>
      </w:r>
      <w:r>
        <w:rPr>
          <w:b w:val="0"/>
          <w:i w:val="0"/>
          <w:smallCaps w:val="0"/>
          <w:strike w:val="0"/>
          <w:sz w:val="22"/>
          <w:highlight w:val="cyan"/>
          <w:u w:val="single"/>
        </w:rPr>
        <w:t>by migrating to a</w:t>
      </w:r>
      <w:r>
        <w:rPr>
          <w:b w:val="0"/>
          <w:i w:val="0"/>
          <w:smallCaps w:val="0"/>
          <w:strike w:val="0"/>
          <w:sz w:val="22"/>
          <w:u w:val="single"/>
        </w:rPr>
        <w:t xml:space="preserve"> natural or artificially created </w:t>
      </w:r>
      <w:r>
        <w:rPr>
          <w:b w:val="0"/>
          <w:i w:val="0"/>
          <w:smallCaps w:val="0"/>
          <w:strike w:val="0"/>
          <w:sz w:val="22"/>
          <w:highlight w:val="cyan"/>
          <w:u w:val="single"/>
        </w:rPr>
        <w:t>“basement universe.”</w:t>
      </w:r>
      <w:r>
        <w:rPr>
          <w:b w:val="0"/>
          <w:i w:val="0"/>
          <w:smallCaps w:val="0"/>
          <w:strike w:val="0"/>
          <w:sz w:val="22"/>
          <w:u w:val="single"/>
        </w:rPr>
        <w:t xml:space="preserve"> A future civilization would link the new universe to the old one with a wormhole</w:t>
      </w:r>
      <w:r>
        <w:rPr>
          <w:b w:val="0"/>
          <w:i w:val="0"/>
          <w:smallCaps w:val="0"/>
          <w:strike w:val="0"/>
          <w:sz w:val="16"/>
          <w:u w:val="none"/>
        </w:rPr>
        <w:t xml:space="preserve">, and use it for living space, computing—or to escape an old, decaying universe. </w:t>
      </w:r>
    </w:p>
    <w:p>
      <w:pPr>
        <w:spacing w:after="60"/>
      </w:pPr>
      <w:r>
        <w:rPr>
          <w:b w:val="0"/>
          <w:i w:val="0"/>
          <w:smallCaps w:val="0"/>
          <w:strike w:val="0"/>
          <w:sz w:val="16"/>
          <w:u w:val="none"/>
        </w:rPr>
        <w:t>“In, through...and beyond.” Disney’s The Black Hole (1979)—a good idea, but poorly executed.</w:t>
      </w:r>
    </w:p>
    <w:p>
      <w:pPr>
        <w:spacing w:after="60"/>
      </w:pPr>
      <w:r>
        <w:rPr>
          <w:b w:val="0"/>
          <w:i w:val="0"/>
          <w:smallCaps w:val="0"/>
          <w:strike w:val="0"/>
          <w:sz w:val="16"/>
          <w:u w:val="none"/>
        </w:rPr>
        <w:t xml:space="preserve">This may seem outlandish, but </w:t>
      </w:r>
      <w:r>
        <w:rPr>
          <w:b w:val="0"/>
          <w:i w:val="0"/>
          <w:smallCaps w:val="0"/>
          <w:strike w:val="0"/>
          <w:sz w:val="22"/>
          <w:highlight w:val="cyan"/>
          <w:u w:val="single"/>
        </w:rPr>
        <w:t>this</w:t>
      </w:r>
      <w:r>
        <w:rPr>
          <w:b w:val="0"/>
          <w:i w:val="0"/>
          <w:smallCaps w:val="0"/>
          <w:strike w:val="0"/>
          <w:sz w:val="22"/>
          <w:u w:val="single"/>
        </w:rPr>
        <w:t xml:space="preserve"> idea </w:t>
      </w:r>
      <w:r>
        <w:rPr>
          <w:b w:val="0"/>
          <w:i w:val="0"/>
          <w:smallCaps w:val="0"/>
          <w:strike w:val="0"/>
          <w:sz w:val="22"/>
          <w:highlight w:val="cyan"/>
          <w:u w:val="single"/>
        </w:rPr>
        <w:t>has been explored by</w:t>
      </w:r>
      <w:r>
        <w:rPr>
          <w:b w:val="0"/>
          <w:i w:val="0"/>
          <w:smallCaps w:val="0"/>
          <w:strike w:val="0"/>
          <w:sz w:val="22"/>
          <w:u w:val="single"/>
        </w:rPr>
        <w:t xml:space="preserve"> some </w:t>
      </w:r>
      <w:r>
        <w:rPr>
          <w:b/>
          <w:i w:val="0"/>
          <w:smallCaps w:val="0"/>
          <w:strike w:val="0"/>
          <w:sz w:val="24"/>
          <w:highlight w:val="cyan"/>
          <w:u w:val="single"/>
        </w:rPr>
        <w:t>serious scientists</w:t>
      </w:r>
      <w:r>
        <w:rPr>
          <w:b w:val="0"/>
          <w:i w:val="0"/>
          <w:smallCaps w:val="0"/>
          <w:strike w:val="0"/>
          <w:sz w:val="22"/>
          <w:u w:val="single"/>
        </w:rPr>
        <w:t>, including theoretical physicists</w:t>
      </w:r>
      <w:r>
        <w:rPr>
          <w:b w:val="0"/>
          <w:i w:val="0"/>
          <w:smallCaps w:val="0"/>
          <w:strike w:val="0"/>
          <w:sz w:val="16"/>
          <w:u w:val="none"/>
        </w:rPr>
        <w:t xml:space="preserve"> who take the occasional deep dive into black hole theory and inflation cosmology.</w:t>
      </w:r>
    </w:p>
    <w:p>
      <w:pPr>
        <w:spacing w:after="60"/>
      </w:pPr>
      <w:r>
        <w:rPr>
          <w:b w:val="0"/>
          <w:i w:val="0"/>
          <w:smallCaps w:val="0"/>
          <w:strike w:val="0"/>
          <w:sz w:val="16"/>
          <w:u w:val="none"/>
        </w:rPr>
        <w:t xml:space="preserve">Theoretical physicist Lee </w:t>
      </w:r>
      <w:r>
        <w:rPr>
          <w:b w:val="0"/>
          <w:i w:val="0"/>
          <w:smallCaps w:val="0"/>
          <w:strike w:val="0"/>
          <w:sz w:val="22"/>
          <w:u w:val="single"/>
        </w:rPr>
        <w:t>Smolin of the Perimeter Institute and Stanford string theorist</w:t>
      </w:r>
      <w:r>
        <w:rPr>
          <w:b w:val="0"/>
          <w:i w:val="0"/>
          <w:smallCaps w:val="0"/>
          <w:strike w:val="0"/>
          <w:sz w:val="16"/>
          <w:u w:val="none"/>
        </w:rPr>
        <w:t xml:space="preserve"> Leonard </w:t>
      </w:r>
      <w:r>
        <w:rPr>
          <w:b w:val="0"/>
          <w:i w:val="0"/>
          <w:smallCaps w:val="0"/>
          <w:strike w:val="0"/>
          <w:sz w:val="22"/>
          <w:u w:val="single"/>
        </w:rPr>
        <w:t>Susskind have speculated that universes spawn other universes in a natural, evolutionary process</w:t>
      </w:r>
      <w:r>
        <w:rPr>
          <w:b w:val="0"/>
          <w:i w:val="0"/>
          <w:smallCaps w:val="0"/>
          <w:strike w:val="0"/>
          <w:sz w:val="16"/>
          <w:u w:val="none"/>
        </w:rPr>
        <w:t xml:space="preserve">, known as cosmological natural selection (CNS). They argue that the cosmos is not just randomly ideal for the development and proliferation of intelligent life—but in fact, our universe may have </w:t>
      </w:r>
      <w:r>
        <w:rPr>
          <w:b w:val="0"/>
          <w:i w:val="0"/>
          <w:smallCaps w:val="0"/>
          <w:strike w:val="0"/>
          <w:sz w:val="16"/>
          <w:u w:val="none"/>
        </w:rPr>
        <w:t>actually evolved</w:t>
      </w:r>
      <w:r>
        <w:rPr>
          <w:b w:val="0"/>
          <w:i w:val="0"/>
          <w:smallCaps w:val="0"/>
          <w:strike w:val="0"/>
          <w:sz w:val="16"/>
          <w:u w:val="none"/>
        </w:rPr>
        <w:t xml:space="preserve"> to be that way.</w:t>
      </w:r>
    </w:p>
    <w:p>
      <w:pPr>
        <w:spacing w:after="60"/>
      </w:pPr>
      <w:r>
        <w:rPr>
          <w:b w:val="0"/>
          <w:i w:val="0"/>
          <w:smallCaps w:val="0"/>
          <w:strike w:val="0"/>
          <w:sz w:val="16"/>
          <w:u w:val="none"/>
        </w:rPr>
        <w:t xml:space="preserve">Smolin suggests that </w:t>
      </w:r>
      <w:r>
        <w:rPr>
          <w:b w:val="0"/>
          <w:i w:val="0"/>
          <w:smallCaps w:val="0"/>
          <w:strike w:val="0"/>
          <w:sz w:val="22"/>
          <w:u w:val="single"/>
        </w:rPr>
        <w:t>baby universes are reproduced through black holes, and</w:t>
      </w:r>
      <w:r>
        <w:rPr>
          <w:b w:val="0"/>
          <w:i w:val="0"/>
          <w:smallCaps w:val="0"/>
          <w:strike w:val="0"/>
          <w:sz w:val="16"/>
          <w:u w:val="none"/>
        </w:rPr>
        <w:t xml:space="preserve"> that </w:t>
      </w:r>
      <w:r>
        <w:rPr>
          <w:b w:val="0"/>
          <w:i w:val="0"/>
          <w:smallCaps w:val="0"/>
          <w:strike w:val="0"/>
          <w:sz w:val="22"/>
          <w:u w:val="single"/>
        </w:rPr>
        <w:t>our Universe is nothing more than a glorified black-hole generator</w:t>
      </w:r>
      <w:r>
        <w:rPr>
          <w:b w:val="0"/>
          <w:i w:val="0"/>
          <w:smallCaps w:val="0"/>
          <w:strike w:val="0"/>
          <w:sz w:val="16"/>
          <w:u w:val="none"/>
        </w:rPr>
        <w:t>. Making baby universes via black holes is thus the “utility function” of the universe. Likewise, Susskind’s theory invokes black holes, but he adds the nature of “inflation”, the force that causes the early universe to expand rapidly.</w:t>
      </w:r>
    </w:p>
    <w:p>
      <w:pPr>
        <w:spacing w:after="60"/>
      </w:pPr>
      <w:r>
        <w:rPr>
          <w:b w:val="0"/>
          <w:i w:val="0"/>
          <w:smallCaps w:val="0"/>
          <w:strike w:val="0"/>
          <w:sz w:val="16"/>
          <w:u w:val="none"/>
        </w:rPr>
        <w:t xml:space="preserve">Given that universes could emerge naturally from the singularities of black holes, some theorists have wondered if </w:t>
      </w:r>
      <w:r>
        <w:rPr>
          <w:b/>
          <w:i w:val="0"/>
          <w:smallCaps w:val="0"/>
          <w:strike w:val="0"/>
          <w:sz w:val="24"/>
          <w:highlight w:val="cyan"/>
          <w:u w:val="single"/>
        </w:rPr>
        <w:t>it might be possible</w:t>
      </w:r>
      <w:r>
        <w:rPr>
          <w:b/>
          <w:i w:val="0"/>
          <w:smallCaps w:val="0"/>
          <w:strike w:val="0"/>
          <w:sz w:val="24"/>
          <w:u w:val="single"/>
        </w:rPr>
        <w:t xml:space="preserve"> for us </w:t>
      </w:r>
      <w:r>
        <w:rPr>
          <w:b/>
          <w:i w:val="0"/>
          <w:smallCaps w:val="0"/>
          <w:strike w:val="0"/>
          <w:sz w:val="24"/>
          <w:highlight w:val="cyan"/>
          <w:u w:val="single"/>
        </w:rPr>
        <w:t>to build our own</w:t>
      </w:r>
      <w:r>
        <w:rPr>
          <w:b/>
          <w:i w:val="0"/>
          <w:smallCaps w:val="0"/>
          <w:strike w:val="0"/>
          <w:sz w:val="24"/>
          <w:u w:val="single"/>
        </w:rPr>
        <w:t xml:space="preserve"> “basement” </w:t>
      </w:r>
      <w:r>
        <w:rPr>
          <w:b/>
          <w:i w:val="0"/>
          <w:smallCaps w:val="0"/>
          <w:strike w:val="0"/>
          <w:sz w:val="24"/>
          <w:highlight w:val="cyan"/>
          <w:u w:val="single"/>
        </w:rPr>
        <w:t>universes</w:t>
      </w:r>
      <w:r>
        <w:rPr>
          <w:b w:val="0"/>
          <w:i w:val="0"/>
          <w:smallCaps w:val="0"/>
          <w:strike w:val="0"/>
          <w:sz w:val="16"/>
          <w:u w:val="none"/>
        </w:rPr>
        <w:t>. The process of artificially creating universes was first proposed by theoretical physicists Edward Farhi and Alan Guth in 1987. Writing in The New York Times, Malcolm W. Browne explains:</w:t>
      </w:r>
    </w:p>
    <w:p>
      <w:pPr>
        <w:spacing w:after="60"/>
      </w:pPr>
      <w:r>
        <w:rPr>
          <w:b w:val="0"/>
          <w:i w:val="0"/>
          <w:smallCaps w:val="0"/>
          <w:strike w:val="0"/>
          <w:sz w:val="16"/>
          <w:u w:val="none"/>
        </w:rPr>
        <w:t>...Guth likens the universe in which we live to the two-dimensional surface of a sphere which, because of its immense size, appears to us to be almost perfectly flat. There are circumstances, he says, in which an ‘’</w:t>
      </w:r>
      <w:r>
        <w:rPr>
          <w:b w:val="0"/>
          <w:i w:val="0"/>
          <w:smallCaps w:val="0"/>
          <w:strike w:val="0"/>
          <w:sz w:val="16"/>
          <w:u w:val="none"/>
        </w:rPr>
        <w:t>aneurysm’’</w:t>
      </w:r>
      <w:r>
        <w:rPr>
          <w:b w:val="0"/>
          <w:i w:val="0"/>
          <w:smallCaps w:val="0"/>
          <w:strike w:val="0"/>
          <w:sz w:val="16"/>
          <w:u w:val="none"/>
        </w:rPr>
        <w:t xml:space="preserve"> could develop on this surface, a region in which space and time bulge like a tumor, eventually pinching itself off from its parent into a new universe.</w:t>
      </w:r>
    </w:p>
    <w:p>
      <w:pPr>
        <w:spacing w:after="60"/>
      </w:pPr>
      <w:r>
        <w:rPr>
          <w:b w:val="0"/>
          <w:i w:val="0"/>
          <w:smallCaps w:val="0"/>
          <w:strike w:val="0"/>
          <w:sz w:val="16"/>
          <w:u w:val="none"/>
        </w:rPr>
        <w:t>To a hypothetical observer inside the bulge, conditions might initially resemble those of the Big Bang explosion from which our own universe is thought to have arisen. But to observers in our own universe, Dr. Guth said, the aneurysm would merely resemble a black hole — a supermassive object whose immense gravity prevents the escape even of light. After a certain amount of time the black hole would evaporate, leaving no trace of the place where a new universe had been born.</w:t>
      </w:r>
    </w:p>
    <w:p>
      <w:pPr>
        <w:spacing w:after="60"/>
      </w:pPr>
      <w:r>
        <w:rPr>
          <w:b w:val="0"/>
          <w:i w:val="0"/>
          <w:smallCaps w:val="0"/>
          <w:strike w:val="0"/>
          <w:sz w:val="16"/>
          <w:u w:val="none"/>
        </w:rPr>
        <w:t>But once the bulge separates from the host universe, the new universe will exist in a totally separate space/time continuum. Any communication between the two universes would be impossible.</w:t>
      </w:r>
    </w:p>
    <w:p>
      <w:pPr>
        <w:spacing w:after="60"/>
      </w:pPr>
      <w:r>
        <w:rPr>
          <w:b w:val="0"/>
          <w:i w:val="0"/>
          <w:smallCaps w:val="0"/>
          <w:strike w:val="0"/>
          <w:sz w:val="16"/>
          <w:u w:val="none"/>
        </w:rPr>
        <w:t>In their paper, “An Obstacle to Creating a Universe in the Laboratory,” Guth and Farhi sheepishly concede that a tremendous amount of energy density would have to be acquired for this to happen. As the authors write in their paper, “The requirement of an initial singularity appears to be an insurmountable obstacle to the creation of an inflationary universe in the laboratory.”</w:t>
      </w:r>
    </w:p>
    <w:p>
      <w:pPr>
        <w:spacing w:after="60"/>
      </w:pPr>
      <w:r>
        <w:rPr>
          <w:b w:val="0"/>
          <w:i w:val="0"/>
          <w:smallCaps w:val="0"/>
          <w:strike w:val="0"/>
          <w:sz w:val="16"/>
          <w:u w:val="none"/>
        </w:rPr>
        <w:t>As Guth notes in the NYT article, “</w:t>
      </w:r>
      <w:r>
        <w:rPr>
          <w:b w:val="0"/>
          <w:i w:val="0"/>
          <w:smallCaps w:val="0"/>
          <w:strike w:val="0"/>
          <w:sz w:val="22"/>
          <w:u w:val="single"/>
        </w:rPr>
        <w:t xml:space="preserve">Such an achievement is </w:t>
      </w:r>
      <w:r>
        <w:rPr>
          <w:b w:val="0"/>
          <w:i w:val="0"/>
          <w:smallCaps w:val="0"/>
          <w:strike w:val="0"/>
          <w:sz w:val="22"/>
          <w:u w:val="single"/>
        </w:rPr>
        <w:t xml:space="preserve">obviously </w:t>
      </w:r>
      <w:r>
        <w:rPr>
          <w:b w:val="0"/>
          <w:i w:val="0"/>
          <w:smallCaps w:val="0"/>
          <w:strike w:val="0"/>
          <w:sz w:val="22"/>
          <w:highlight w:val="cyan"/>
          <w:u w:val="single"/>
        </w:rPr>
        <w:t>far beyond our tech</w:t>
      </w:r>
      <w:r>
        <w:rPr>
          <w:b w:val="0"/>
          <w:i w:val="0"/>
          <w:smallCaps w:val="0"/>
          <w:strike w:val="0"/>
          <w:sz w:val="22"/>
          <w:u w:val="single"/>
        </w:rPr>
        <w:t xml:space="preserve">nology, </w:t>
      </w:r>
      <w:r>
        <w:rPr>
          <w:b w:val="0"/>
          <w:i w:val="0"/>
          <w:smallCaps w:val="0"/>
          <w:strike w:val="0"/>
          <w:sz w:val="22"/>
          <w:highlight w:val="cyan"/>
          <w:u w:val="single"/>
        </w:rPr>
        <w:t xml:space="preserve">but </w:t>
      </w:r>
      <w:r>
        <w:rPr>
          <w:b/>
          <w:i w:val="0"/>
          <w:smallCaps w:val="0"/>
          <w:strike w:val="0"/>
          <w:sz w:val="24"/>
          <w:highlight w:val="cyan"/>
          <w:u w:val="single"/>
        </w:rPr>
        <w:t>some</w:t>
      </w:r>
      <w:r>
        <w:rPr>
          <w:b/>
          <w:i w:val="0"/>
          <w:smallCaps w:val="0"/>
          <w:strike w:val="0"/>
          <w:sz w:val="24"/>
          <w:u w:val="single"/>
        </w:rPr>
        <w:t xml:space="preserve"> advanced </w:t>
      </w:r>
      <w:r>
        <w:rPr>
          <w:b/>
          <w:i w:val="0"/>
          <w:smallCaps w:val="0"/>
          <w:strike w:val="0"/>
          <w:sz w:val="24"/>
          <w:highlight w:val="cyan"/>
          <w:u w:val="single"/>
        </w:rPr>
        <w:t>civilization in the distant future might</w:t>
      </w:r>
      <w:r>
        <w:rPr>
          <w:b w:val="0"/>
          <w:i w:val="0"/>
          <w:smallCaps w:val="0"/>
          <w:strike w:val="0"/>
          <w:sz w:val="16"/>
          <w:u w:val="none"/>
        </w:rPr>
        <w:t>...well, you never know. For all we know, our own universe may have started in someone’s basement.’’</w:t>
      </w:r>
    </w:p>
    <w:p>
      <w:pPr>
        <w:spacing w:after="60"/>
      </w:pPr>
      <w:r>
        <w:rPr>
          <w:b w:val="0"/>
          <w:i w:val="0"/>
          <w:smallCaps w:val="0"/>
          <w:strike w:val="0"/>
          <w:sz w:val="16"/>
          <w:u w:val="none"/>
        </w:rPr>
        <w:t xml:space="preserve">More encouragingly, philosopher Nick Bostrom and cosmologist Milan M. Ćirković put out a paper in 2000 arguing that </w:t>
      </w:r>
      <w:r>
        <w:rPr>
          <w:b w:val="0"/>
          <w:i w:val="0"/>
          <w:smallCaps w:val="0"/>
          <w:strike w:val="0"/>
          <w:sz w:val="22"/>
          <w:u w:val="single"/>
        </w:rPr>
        <w:t>an advanced civilization might</w:t>
      </w:r>
      <w:r>
        <w:rPr>
          <w:b w:val="0"/>
          <w:i w:val="0"/>
          <w:smallCaps w:val="0"/>
          <w:strike w:val="0"/>
          <w:sz w:val="16"/>
          <w:u w:val="none"/>
        </w:rPr>
        <w:t xml:space="preserve"> </w:t>
      </w:r>
      <w:r>
        <w:rPr>
          <w:b w:val="0"/>
          <w:i w:val="0"/>
          <w:smallCaps w:val="0"/>
          <w:strike w:val="0"/>
          <w:sz w:val="16"/>
          <w:u w:val="none"/>
        </w:rPr>
        <w:t xml:space="preserve">actually </w:t>
      </w:r>
      <w:r>
        <w:rPr>
          <w:b w:val="0"/>
          <w:i w:val="0"/>
          <w:smallCaps w:val="0"/>
          <w:strike w:val="0"/>
          <w:sz w:val="22"/>
          <w:u w:val="single"/>
        </w:rPr>
        <w:t>be</w:t>
      </w:r>
      <w:r>
        <w:rPr>
          <w:b w:val="0"/>
          <w:i w:val="0"/>
          <w:smallCaps w:val="0"/>
          <w:strike w:val="0"/>
          <w:sz w:val="22"/>
          <w:u w:val="single"/>
        </w:rPr>
        <w:t xml:space="preserve"> able to not only </w:t>
      </w:r>
      <w:r>
        <w:rPr>
          <w:b w:val="0"/>
          <w:i w:val="0"/>
          <w:smallCaps w:val="0"/>
          <w:strike w:val="0"/>
          <w:sz w:val="22"/>
          <w:highlight w:val="cyan"/>
          <w:u w:val="single"/>
        </w:rPr>
        <w:t>engage in</w:t>
      </w:r>
      <w:r>
        <w:rPr>
          <w:b w:val="0"/>
          <w:i w:val="0"/>
          <w:smallCaps w:val="0"/>
          <w:strike w:val="0"/>
          <w:sz w:val="16"/>
          <w:u w:val="none"/>
        </w:rPr>
        <w:t xml:space="preserve"> this kind of </w:t>
      </w:r>
      <w:r>
        <w:rPr>
          <w:b/>
          <w:i w:val="0"/>
          <w:smallCaps w:val="0"/>
          <w:strike w:val="0"/>
          <w:sz w:val="24"/>
          <w:highlight w:val="cyan"/>
          <w:u w:val="single"/>
        </w:rPr>
        <w:t>universe-engineering</w:t>
      </w:r>
      <w:r>
        <w:rPr>
          <w:b w:val="0"/>
          <w:i w:val="0"/>
          <w:smallCaps w:val="0"/>
          <w:strike w:val="0"/>
          <w:sz w:val="22"/>
          <w:highlight w:val="cyan"/>
          <w:u w:val="single"/>
        </w:rPr>
        <w:t>—but</w:t>
      </w:r>
      <w:r>
        <w:rPr>
          <w:b w:val="0"/>
          <w:i w:val="0"/>
          <w:smallCaps w:val="0"/>
          <w:strike w:val="0"/>
          <w:sz w:val="16"/>
          <w:u w:val="none"/>
        </w:rPr>
        <w:t xml:space="preserve"> it might </w:t>
      </w:r>
      <w:r>
        <w:rPr>
          <w:b w:val="0"/>
          <w:i w:val="0"/>
          <w:smallCaps w:val="0"/>
          <w:strike w:val="0"/>
          <w:sz w:val="22"/>
          <w:highlight w:val="cyan"/>
          <w:u w:val="single"/>
        </w:rPr>
        <w:t>also</w:t>
      </w:r>
      <w:r>
        <w:rPr>
          <w:b w:val="0"/>
          <w:i w:val="0"/>
          <w:smallCaps w:val="0"/>
          <w:strike w:val="0"/>
          <w:sz w:val="16"/>
          <w:u w:val="none"/>
        </w:rPr>
        <w:t xml:space="preserve"> be able to </w:t>
      </w:r>
      <w:r>
        <w:rPr>
          <w:b w:val="0"/>
          <w:i w:val="0"/>
          <w:smallCaps w:val="0"/>
          <w:strike w:val="0"/>
          <w:sz w:val="22"/>
          <w:highlight w:val="cyan"/>
          <w:u w:val="single"/>
        </w:rPr>
        <w:t>transfer info</w:t>
      </w:r>
      <w:r>
        <w:rPr>
          <w:b w:val="0"/>
          <w:i w:val="0"/>
          <w:smallCaps w:val="0"/>
          <w:strike w:val="0"/>
          <w:sz w:val="22"/>
          <w:u w:val="single"/>
        </w:rPr>
        <w:t xml:space="preserve">rmation directly into this baby universe. </w:t>
      </w:r>
      <w:r>
        <w:rPr>
          <w:b w:val="0"/>
          <w:i w:val="0"/>
          <w:smallCaps w:val="0"/>
          <w:strike w:val="0"/>
          <w:sz w:val="22"/>
          <w:highlight w:val="cyan"/>
          <w:u w:val="single"/>
        </w:rPr>
        <w:t>This</w:t>
      </w:r>
      <w:r>
        <w:rPr>
          <w:b w:val="0"/>
          <w:i w:val="0"/>
          <w:smallCaps w:val="0"/>
          <w:strike w:val="0"/>
          <w:sz w:val="16"/>
          <w:u w:val="none"/>
        </w:rPr>
        <w:t xml:space="preserve"> information </w:t>
      </w:r>
      <w:r>
        <w:rPr>
          <w:b w:val="0"/>
          <w:i w:val="0"/>
          <w:smallCaps w:val="0"/>
          <w:strike w:val="0"/>
          <w:sz w:val="22"/>
          <w:highlight w:val="cyan"/>
          <w:u w:val="single"/>
        </w:rPr>
        <w:t>could</w:t>
      </w:r>
      <w:r>
        <w:rPr>
          <w:b w:val="0"/>
          <w:i w:val="0"/>
          <w:smallCaps w:val="0"/>
          <w:strike w:val="0"/>
          <w:sz w:val="16"/>
          <w:u w:val="none"/>
        </w:rPr>
        <w:t xml:space="preserve"> conceivably </w:t>
      </w:r>
      <w:r>
        <w:rPr>
          <w:b w:val="0"/>
          <w:i w:val="0"/>
          <w:smallCaps w:val="0"/>
          <w:strike w:val="0"/>
          <w:sz w:val="22"/>
          <w:highlight w:val="cyan"/>
          <w:u w:val="single"/>
        </w:rPr>
        <w:t xml:space="preserve">include </w:t>
      </w:r>
      <w:r>
        <w:rPr>
          <w:b/>
          <w:i w:val="0"/>
          <w:smallCaps w:val="0"/>
          <w:strike w:val="0"/>
          <w:sz w:val="24"/>
          <w:highlight w:val="cyan"/>
          <w:u w:val="single"/>
        </w:rPr>
        <w:t>uploaded minds</w:t>
      </w:r>
      <w:r>
        <w:rPr>
          <w:b w:val="0"/>
          <w:i w:val="0"/>
          <w:smallCaps w:val="0"/>
          <w:strike w:val="0"/>
          <w:sz w:val="16"/>
          <w:u w:val="none"/>
        </w:rPr>
        <w:t>, which would make the prospect of immortality a very tantalizing one, indeed.</w:t>
      </w:r>
    </w:p>
    <w:p>
      <w:pPr>
        <w:spacing w:after="60"/>
      </w:pPr>
      <w:r>
        <w:rPr>
          <w:b w:val="0"/>
          <w:i w:val="0"/>
          <w:smallCaps w:val="0"/>
          <w:strike w:val="0"/>
          <w:sz w:val="16"/>
          <w:u w:val="none"/>
        </w:rPr>
        <w:t>Transcension</w:t>
      </w:r>
    </w:p>
    <w:p>
      <w:pPr>
        <w:spacing w:after="60"/>
      </w:pPr>
      <w:r>
        <w:rPr>
          <w:b w:val="0"/>
          <w:i w:val="0"/>
          <w:smallCaps w:val="0"/>
          <w:strike w:val="0"/>
          <w:sz w:val="16"/>
          <w:u w:val="none"/>
        </w:rPr>
        <w:t>And it’s not crazy to imagine that we could send our minds through a black hole, once they were uploaded to a computer.</w:t>
      </w:r>
    </w:p>
    <w:p>
      <w:pPr>
        <w:spacing w:after="60"/>
      </w:pPr>
      <w:r>
        <w:rPr>
          <w:b w:val="0"/>
          <w:i w:val="0"/>
          <w:smallCaps w:val="0"/>
          <w:strike w:val="0"/>
          <w:sz w:val="16"/>
          <w:u w:val="none"/>
        </w:rPr>
        <w:t xml:space="preserve">Fifteen </w:t>
      </w:r>
      <w:r>
        <w:rPr>
          <w:b w:val="0"/>
          <w:i w:val="0"/>
          <w:smallCaps w:val="0"/>
          <w:strike w:val="0"/>
          <w:sz w:val="16"/>
          <w:u w:val="none"/>
        </w:rPr>
        <w:t>years,</w:t>
      </w:r>
      <w:r>
        <w:rPr>
          <w:b w:val="0"/>
          <w:i w:val="0"/>
          <w:smallCaps w:val="0"/>
          <w:strike w:val="0"/>
          <w:sz w:val="16"/>
          <w:u w:val="none"/>
        </w:rPr>
        <w:t xml:space="preserve"> ago physicist Seth Lloyd argued that black holes are the densest and most efficient computational devices capable of existing in our universe. His “ultimate laptop” consists of a kilogram of compressed matter shrunken down to </w:t>
      </w:r>
      <w:r>
        <w:rPr>
          <w:b w:val="0"/>
          <w:i w:val="0"/>
          <w:smallCaps w:val="0"/>
          <w:strike w:val="0"/>
          <w:sz w:val="16"/>
          <w:u w:val="none"/>
        </w:rPr>
        <w:t>an absolutely miniscule</w:t>
      </w:r>
      <w:r>
        <w:rPr>
          <w:b w:val="0"/>
          <w:i w:val="0"/>
          <w:smallCaps w:val="0"/>
          <w:strike w:val="0"/>
          <w:sz w:val="16"/>
          <w:u w:val="none"/>
        </w:rPr>
        <w:t xml:space="preserve"> black hole. Owing to Hawking radiation, this computation engine would only last for a fraction of a second (10-19 seconds to be exact), but during that time it would perform about 1032 operations on </w:t>
      </w:r>
      <w:r>
        <w:rPr>
          <w:b w:val="0"/>
          <w:i w:val="0"/>
          <w:smallCaps w:val="0"/>
          <w:strike w:val="0"/>
          <w:sz w:val="16"/>
          <w:u w:val="none"/>
        </w:rPr>
        <w:t>a 1016 bits</w:t>
      </w:r>
      <w:r>
        <w:rPr>
          <w:b w:val="0"/>
          <w:i w:val="0"/>
          <w:smallCaps w:val="0"/>
          <w:strike w:val="0"/>
          <w:sz w:val="16"/>
          <w:u w:val="none"/>
        </w:rPr>
        <w:t xml:space="preserve">. </w:t>
      </w:r>
    </w:p>
    <w:p>
      <w:pPr>
        <w:spacing w:after="60"/>
      </w:pPr>
      <w:r>
        <w:rPr>
          <w:b w:val="0"/>
          <w:i w:val="0"/>
          <w:smallCaps w:val="0"/>
          <w:strike w:val="0"/>
          <w:sz w:val="16"/>
          <w:u w:val="none"/>
        </w:rPr>
        <w:t xml:space="preserve">Inspired by this idea and those of Smolin and Susskind, futurist and systems theorist John </w:t>
      </w:r>
      <w:r>
        <w:rPr>
          <w:b w:val="0"/>
          <w:i w:val="0"/>
          <w:smallCaps w:val="0"/>
          <w:strike w:val="0"/>
          <w:sz w:val="22"/>
          <w:highlight w:val="cyan"/>
          <w:u w:val="single"/>
        </w:rPr>
        <w:t>Smart</w:t>
      </w:r>
      <w:r>
        <w:rPr>
          <w:b w:val="0"/>
          <w:i w:val="0"/>
          <w:smallCaps w:val="0"/>
          <w:strike w:val="0"/>
          <w:sz w:val="22"/>
          <w:u w:val="single"/>
        </w:rPr>
        <w:t xml:space="preserve"> has </w:t>
      </w:r>
      <w:r>
        <w:rPr>
          <w:b w:val="0"/>
          <w:i w:val="0"/>
          <w:smallCaps w:val="0"/>
          <w:strike w:val="0"/>
          <w:sz w:val="22"/>
          <w:highlight w:val="cyan"/>
          <w:u w:val="single"/>
        </w:rPr>
        <w:t>connected</w:t>
      </w:r>
      <w:r>
        <w:rPr>
          <w:b w:val="0"/>
          <w:i w:val="0"/>
          <w:smallCaps w:val="0"/>
          <w:strike w:val="0"/>
          <w:sz w:val="22"/>
          <w:u w:val="single"/>
        </w:rPr>
        <w:t xml:space="preserve"> the prospect of </w:t>
      </w:r>
      <w:r>
        <w:rPr>
          <w:b w:val="0"/>
          <w:i w:val="0"/>
          <w:smallCaps w:val="0"/>
          <w:strike w:val="0"/>
          <w:sz w:val="22"/>
          <w:highlight w:val="cyan"/>
          <w:u w:val="single"/>
        </w:rPr>
        <w:t>baby universes</w:t>
      </w:r>
      <w:r>
        <w:rPr>
          <w:b w:val="0"/>
          <w:i w:val="0"/>
          <w:smallCaps w:val="0"/>
          <w:strike w:val="0"/>
          <w:sz w:val="16"/>
          <w:u w:val="none"/>
        </w:rPr>
        <w:t xml:space="preserve">, whether they be natural or artificial, </w:t>
      </w:r>
      <w:r>
        <w:rPr>
          <w:b w:val="0"/>
          <w:i w:val="0"/>
          <w:smallCaps w:val="0"/>
          <w:strike w:val="0"/>
          <w:sz w:val="22"/>
          <w:highlight w:val="cyan"/>
          <w:u w:val="single"/>
        </w:rPr>
        <w:t xml:space="preserve">to the </w:t>
      </w:r>
      <w:r>
        <w:rPr>
          <w:b/>
          <w:i w:val="0"/>
          <w:smallCaps w:val="0"/>
          <w:strike w:val="0"/>
          <w:sz w:val="24"/>
          <w:highlight w:val="cyan"/>
          <w:u w:val="single"/>
        </w:rPr>
        <w:t>Fermi Paradox</w:t>
      </w:r>
      <w:r>
        <w:rPr>
          <w:b w:val="0"/>
          <w:i w:val="0"/>
          <w:smallCaps w:val="0"/>
          <w:strike w:val="0"/>
          <w:sz w:val="22"/>
          <w:u w:val="single"/>
        </w:rPr>
        <w:t>, i.e. the realization that we have yet to see signs of extraterrestrial intelligences when we should have by now. It’s conceivable</w:t>
      </w:r>
      <w:r>
        <w:rPr>
          <w:b w:val="0"/>
          <w:i w:val="0"/>
          <w:smallCaps w:val="0"/>
          <w:strike w:val="0"/>
          <w:sz w:val="16"/>
          <w:u w:val="none"/>
        </w:rPr>
        <w:t xml:space="preserve">, he says, </w:t>
      </w:r>
      <w:r>
        <w:rPr>
          <w:b w:val="0"/>
          <w:i w:val="0"/>
          <w:smallCaps w:val="0"/>
          <w:strike w:val="0"/>
          <w:sz w:val="22"/>
          <w:u w:val="single"/>
        </w:rPr>
        <w:t xml:space="preserve">that </w:t>
      </w:r>
      <w:r>
        <w:rPr>
          <w:b/>
          <w:i w:val="0"/>
          <w:smallCaps w:val="0"/>
          <w:strike w:val="0"/>
          <w:sz w:val="24"/>
          <w:highlight w:val="cyan"/>
          <w:u w:val="single"/>
        </w:rPr>
        <w:t>all</w:t>
      </w:r>
      <w:r>
        <w:rPr>
          <w:b/>
          <w:i w:val="0"/>
          <w:smallCaps w:val="0"/>
          <w:strike w:val="0"/>
          <w:sz w:val="24"/>
          <w:u w:val="single"/>
        </w:rPr>
        <w:t xml:space="preserve"> advanced </w:t>
      </w:r>
      <w:r>
        <w:rPr>
          <w:b/>
          <w:i w:val="0"/>
          <w:smallCaps w:val="0"/>
          <w:strike w:val="0"/>
          <w:sz w:val="24"/>
          <w:highlight w:val="cyan"/>
          <w:u w:val="single"/>
        </w:rPr>
        <w:t>e</w:t>
      </w:r>
      <w:r>
        <w:rPr>
          <w:b/>
          <w:i w:val="0"/>
          <w:smallCaps w:val="0"/>
          <w:strike w:val="0"/>
          <w:sz w:val="24"/>
          <w:u w:val="single"/>
        </w:rPr>
        <w:t>xtra</w:t>
      </w:r>
      <w:r>
        <w:rPr>
          <w:b/>
          <w:i w:val="0"/>
          <w:smallCaps w:val="0"/>
          <w:strike w:val="0"/>
          <w:sz w:val="24"/>
          <w:highlight w:val="cyan"/>
          <w:u w:val="single"/>
        </w:rPr>
        <w:t>t</w:t>
      </w:r>
      <w:r>
        <w:rPr>
          <w:b/>
          <w:i w:val="0"/>
          <w:smallCaps w:val="0"/>
          <w:strike w:val="0"/>
          <w:sz w:val="24"/>
          <w:u w:val="single"/>
        </w:rPr>
        <w:t xml:space="preserve">errestrial </w:t>
      </w:r>
      <w:r>
        <w:rPr>
          <w:b/>
          <w:i w:val="0"/>
          <w:smallCaps w:val="0"/>
          <w:strike w:val="0"/>
          <w:sz w:val="24"/>
          <w:highlight w:val="cyan"/>
          <w:u w:val="single"/>
        </w:rPr>
        <w:t>life rejects its universe of origin</w:t>
      </w:r>
      <w:r>
        <w:rPr>
          <w:b w:val="0"/>
          <w:i w:val="0"/>
          <w:smallCaps w:val="0"/>
          <w:strike w:val="0"/>
          <w:sz w:val="16"/>
          <w:u w:val="none"/>
        </w:rPr>
        <w:t xml:space="preserve">, in </w:t>
      </w:r>
      <w:r>
        <w:rPr>
          <w:b w:val="0"/>
          <w:i w:val="0"/>
          <w:smallCaps w:val="0"/>
          <w:strike w:val="0"/>
          <w:sz w:val="16"/>
          <w:u w:val="none"/>
        </w:rPr>
        <w:t>favor</w:t>
      </w:r>
      <w:r>
        <w:rPr>
          <w:b w:val="0"/>
          <w:i w:val="0"/>
          <w:smallCaps w:val="0"/>
          <w:strike w:val="0"/>
          <w:sz w:val="16"/>
          <w:u w:val="none"/>
        </w:rPr>
        <w:t xml:space="preserve"> something more interesting in the Great Beyond. Smart calls this </w:t>
      </w:r>
      <w:r>
        <w:rPr>
          <w:b w:val="0"/>
          <w:i w:val="0"/>
          <w:smallCaps w:val="0"/>
          <w:strike w:val="0"/>
          <w:sz w:val="22"/>
          <w:u w:val="single"/>
        </w:rPr>
        <w:t>the Transcension Hypothesis</w:t>
      </w:r>
      <w:r>
        <w:rPr>
          <w:b w:val="0"/>
          <w:i w:val="0"/>
          <w:smallCaps w:val="0"/>
          <w:strike w:val="0"/>
          <w:sz w:val="16"/>
          <w:u w:val="none"/>
        </w:rPr>
        <w: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