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try-or-die</w:t>
      </w:r>
      <w:r>
        <w:rPr>
          <w:b/>
          <w:i w:val="0"/>
          <w:smallCaps w:val="0"/>
          <w:strike w:val="0"/>
          <w:sz w:val="26"/>
          <w:u w:val="none"/>
        </w:rPr>
        <w:t xml:space="preserve">---extinction is </w:t>
      </w:r>
      <w:r>
        <w:rPr>
          <w:b/>
          <w:i w:val="0"/>
          <w:smallCaps w:val="0"/>
          <w:strike w:val="0"/>
          <w:sz w:val="26"/>
          <w:u w:val="single"/>
        </w:rPr>
        <w:t>inevitable</w:t>
      </w:r>
      <w:r>
        <w:rPr>
          <w:b/>
          <w:i w:val="0"/>
          <w:smallCaps w:val="0"/>
          <w:strike w:val="0"/>
          <w:sz w:val="26"/>
          <w:u w:val="none"/>
        </w:rPr>
        <w:t xml:space="preserve"> because of heat death---only </w:t>
      </w:r>
      <w:r>
        <w:rPr>
          <w:b/>
          <w:i w:val="0"/>
          <w:smallCaps w:val="0"/>
          <w:strike w:val="0"/>
          <w:sz w:val="26"/>
          <w:u w:val="single"/>
        </w:rPr>
        <w:t>continued human development</w:t>
      </w:r>
      <w:r>
        <w:rPr>
          <w:b/>
          <w:i w:val="0"/>
          <w:smallCaps w:val="0"/>
          <w:strike w:val="0"/>
          <w:sz w:val="26"/>
          <w:u w:val="none"/>
        </w:rPr>
        <w:t xml:space="preserve"> can engineer a way out</w:t>
      </w:r>
    </w:p>
    <w:p>
      <w:pPr>
        <w:spacing w:after="80"/>
      </w:pPr>
      <w:r>
        <w:rPr>
          <w:b w:val="0"/>
          <w:i w:val="0"/>
          <w:smallCaps w:val="0"/>
          <w:strike w:val="0"/>
          <w:u w:val="none"/>
        </w:rPr>
        <w:t xml:space="preserve">Jim </w:t>
      </w:r>
      <w:r>
        <w:rPr>
          <w:b/>
          <w:i w:val="0"/>
          <w:smallCaps w:val="0"/>
          <w:strike w:val="0"/>
          <w:sz w:val="26"/>
          <w:u w:val="none"/>
        </w:rPr>
        <w:t>Holt 4</w:t>
      </w:r>
      <w:r>
        <w:rPr>
          <w:b w:val="0"/>
          <w:i w:val="0"/>
          <w:smallCaps w:val="0"/>
          <w:strike w:val="0"/>
          <w:u w:val="none"/>
        </w:rPr>
        <w:t>, M.A. in Mathematics from the University of Virginia, Faculty Fellow in the Philosophy Department at Columbia University, Contributor to The New York Times, The New York Times Magazine, The New York Review of Books, The New Yorker, The American Scholar, and Slate, “Star Trek and the Lifeboat Scenario”, Slate Magazine, 3/4/2004, https://slate.com/news-and-politics/2004/03/star-trek-and-the-lifeboat-scenario.html</w:t>
      </w:r>
    </w:p>
    <w:p>
      <w:pPr>
        <w:spacing w:after="60"/>
      </w:pPr>
      <w:r>
        <w:rPr>
          <w:b w:val="0"/>
          <w:i w:val="0"/>
          <w:smallCaps w:val="0"/>
          <w:strike w:val="0"/>
          <w:u w:val="none"/>
        </w:rPr>
        <w:t xml:space="preserve">Tipler’s idea of an infinite frolic just before the Big Crunch was seductive to me—more so, at least, than Dyson’s vision of a community of increasingly </w:t>
      </w:r>
      <w:r>
        <w:rPr>
          <w:b w:val="0"/>
          <w:i w:val="0"/>
          <w:smallCaps w:val="0"/>
          <w:strike w:val="0"/>
          <w:u w:val="none"/>
        </w:rPr>
        <w:t>dilute</w:t>
      </w:r>
      <w:r>
        <w:rPr>
          <w:b w:val="0"/>
          <w:i w:val="0"/>
          <w:smallCaps w:val="0"/>
          <w:strike w:val="0"/>
          <w:u w:val="none"/>
        </w:rPr>
        <w:t xml:space="preserve"> Black Clouds staving off the cold in an eternal Big Chill. But </w:t>
      </w:r>
      <w:r>
        <w:rPr>
          <w:b w:val="0"/>
          <w:i w:val="0"/>
          <w:smallCaps w:val="0"/>
          <w:strike w:val="0"/>
          <w:sz w:val="22"/>
          <w:u w:val="single"/>
        </w:rPr>
        <w:t xml:space="preserve">if the universe is in a runaway expansion, both are pipe dreams. </w:t>
      </w:r>
      <w:r>
        <w:rPr>
          <w:b w:val="0"/>
          <w:i w:val="0"/>
          <w:smallCaps w:val="0"/>
          <w:strike w:val="0"/>
          <w:sz w:val="22"/>
          <w:highlight w:val="cyan"/>
          <w:u w:val="single"/>
        </w:rPr>
        <w:t xml:space="preserve">The </w:t>
      </w:r>
      <w:r>
        <w:rPr>
          <w:b/>
          <w:i w:val="0"/>
          <w:smallCaps w:val="0"/>
          <w:strike w:val="0"/>
          <w:sz w:val="26"/>
          <w:highlight w:val="cyan"/>
          <w:u w:val="single"/>
        </w:rPr>
        <w:t xml:space="preserve">only way </w:t>
      </w:r>
      <w:r>
        <w:rPr>
          <w:b/>
          <w:i w:val="0"/>
          <w:smallCaps w:val="0"/>
          <w:strike w:val="0"/>
          <w:sz w:val="24"/>
          <w:highlight w:val="cyan"/>
          <w:u w:val="single"/>
        </w:rPr>
        <w:t>to survive</w:t>
      </w:r>
      <w:r>
        <w:rPr>
          <w:b w:val="0"/>
          <w:i w:val="0"/>
          <w:smallCaps w:val="0"/>
          <w:strike w:val="0"/>
          <w:sz w:val="22"/>
          <w:u w:val="single"/>
        </w:rPr>
        <w:t xml:space="preserve"> in the long run </w:t>
      </w:r>
      <w:r>
        <w:rPr>
          <w:b w:val="0"/>
          <w:i w:val="0"/>
          <w:smallCaps w:val="0"/>
          <w:strike w:val="0"/>
          <w:sz w:val="22"/>
          <w:highlight w:val="cyan"/>
          <w:u w:val="single"/>
        </w:rPr>
        <w:t xml:space="preserve">is to </w:t>
      </w:r>
      <w:r>
        <w:rPr>
          <w:b/>
          <w:i w:val="0"/>
          <w:smallCaps w:val="0"/>
          <w:strike w:val="0"/>
          <w:sz w:val="24"/>
          <w:highlight w:val="cyan"/>
          <w:u w:val="single"/>
        </w:rPr>
        <w:t>get the hell out</w:t>
      </w:r>
      <w:r>
        <w:rPr>
          <w:b w:val="0"/>
          <w:i w:val="0"/>
          <w:smallCaps w:val="0"/>
          <w:strike w:val="0"/>
          <w:sz w:val="22"/>
          <w:u w:val="single"/>
        </w:rPr>
        <w:t>. Yet how do you escape a dying universe if</w:t>
      </w:r>
      <w:r>
        <w:rPr>
          <w:b w:val="0"/>
          <w:i w:val="0"/>
          <w:smallCaps w:val="0"/>
          <w:strike w:val="0"/>
          <w:u w:val="none"/>
        </w:rPr>
        <w:t>—as little Alvy Singer pointed out—</w:t>
      </w:r>
      <w:r>
        <w:rPr>
          <w:b w:val="0"/>
          <w:i w:val="0"/>
          <w:smallCaps w:val="0"/>
          <w:strike w:val="0"/>
          <w:sz w:val="22"/>
          <w:u w:val="single"/>
        </w:rPr>
        <w:t>the universe is everything?</w:t>
      </w:r>
    </w:p>
    <w:p>
      <w:pPr>
        <w:spacing w:after="60"/>
      </w:pPr>
      <w:r>
        <w:rPr>
          <w:b w:val="0"/>
          <w:i w:val="0"/>
          <w:smallCaps w:val="0"/>
          <w:strike w:val="0"/>
          <w:sz w:val="22"/>
          <w:u w:val="single"/>
        </w:rPr>
        <w:t>A man who claims to see an answer to this question is Michio Kaku</w:t>
      </w:r>
      <w:r>
        <w:rPr>
          <w:b w:val="0"/>
          <w:i w:val="0"/>
          <w:smallCaps w:val="0"/>
          <w:strike w:val="0"/>
          <w:u w:val="none"/>
        </w:rPr>
        <w:t xml:space="preserve">. A theoretical physicist at City College in New York, Kaku looks and talks a bit like the character Sulu on Star Trek. (He can be seen in the recent Michael Apted film about great scientists, Me and Isaac Newton.) He is not the least bit worried about the fate of this universe. </w:t>
      </w:r>
      <w:r>
        <w:rPr>
          <w:b w:val="0"/>
          <w:i w:val="0"/>
          <w:smallCaps w:val="0"/>
          <w:strike w:val="0"/>
          <w:sz w:val="22"/>
          <w:highlight w:val="cyan"/>
          <w:u w:val="single"/>
        </w:rPr>
        <w:t>“If your ship is sinking,”</w:t>
      </w:r>
      <w:r>
        <w:rPr>
          <w:b w:val="0"/>
          <w:i w:val="0"/>
          <w:smallCaps w:val="0"/>
          <w:strike w:val="0"/>
          <w:u w:val="none"/>
        </w:rPr>
        <w:t xml:space="preserve"> he said to me, </w:t>
      </w:r>
      <w:r>
        <w:rPr>
          <w:b w:val="0"/>
          <w:i w:val="0"/>
          <w:smallCaps w:val="0"/>
          <w:strike w:val="0"/>
          <w:sz w:val="22"/>
          <w:u w:val="single"/>
        </w:rPr>
        <w:t xml:space="preserve">“why not </w:t>
      </w:r>
      <w:r>
        <w:rPr>
          <w:b/>
          <w:i w:val="0"/>
          <w:smallCaps w:val="0"/>
          <w:strike w:val="0"/>
          <w:sz w:val="24"/>
          <w:highlight w:val="cyan"/>
          <w:u w:val="single"/>
        </w:rPr>
        <w:t>get a lifeboat and leave</w:t>
      </w:r>
      <w:r>
        <w:rPr>
          <w:b w:val="0"/>
          <w:i w:val="0"/>
          <w:smallCaps w:val="0"/>
          <w:strike w:val="0"/>
          <w:sz w:val="22"/>
          <w:u w:val="single"/>
        </w:rPr>
        <w:t xml:space="preserve">?” We </w:t>
      </w:r>
      <w:r>
        <w:rPr>
          <w:b w:val="0"/>
          <w:i w:val="0"/>
          <w:smallCaps w:val="0"/>
          <w:strike w:val="0"/>
          <w:sz w:val="22"/>
          <w:highlight w:val="cyan"/>
          <w:u w:val="single"/>
        </w:rPr>
        <w:t>earthlings can’t do this</w:t>
      </w:r>
      <w:r>
        <w:rPr>
          <w:b w:val="0"/>
          <w:i w:val="0"/>
          <w:smallCaps w:val="0"/>
          <w:strike w:val="0"/>
          <w:sz w:val="22"/>
          <w:u w:val="single"/>
        </w:rPr>
        <w:t xml:space="preserve"> just </w:t>
      </w:r>
      <w:r>
        <w:rPr>
          <w:b w:val="0"/>
          <w:i w:val="0"/>
          <w:smallCaps w:val="0"/>
          <w:strike w:val="0"/>
          <w:sz w:val="22"/>
          <w:highlight w:val="cyan"/>
          <w:u w:val="single"/>
        </w:rPr>
        <w:t>yet</w:t>
      </w:r>
      <w:r>
        <w:rPr>
          <w:b w:val="0"/>
          <w:i w:val="0"/>
          <w:smallCaps w:val="0"/>
          <w:strike w:val="0"/>
          <w:u w:val="none"/>
        </w:rPr>
        <w:t xml:space="preserve">, Kaku observed. That is </w:t>
      </w:r>
      <w:r>
        <w:rPr>
          <w:b w:val="0"/>
          <w:i w:val="0"/>
          <w:smallCaps w:val="0"/>
          <w:strike w:val="0"/>
          <w:sz w:val="22"/>
          <w:u w:val="single"/>
        </w:rPr>
        <w:t xml:space="preserve">because we are a mere Type 1 civilization, able to marshal the energy only of a single planet. </w:t>
      </w:r>
      <w:r>
        <w:rPr>
          <w:b w:val="0"/>
          <w:i w:val="0"/>
          <w:smallCaps w:val="0"/>
          <w:strike w:val="0"/>
          <w:sz w:val="22"/>
          <w:highlight w:val="cyan"/>
          <w:u w:val="single"/>
        </w:rPr>
        <w:t>But</w:t>
      </w:r>
      <w:r>
        <w:rPr>
          <w:b w:val="0"/>
          <w:i w:val="0"/>
          <w:smallCaps w:val="0"/>
          <w:strike w:val="0"/>
          <w:sz w:val="22"/>
          <w:u w:val="single"/>
        </w:rPr>
        <w:t xml:space="preserve"> </w:t>
      </w:r>
      <w:r>
        <w:rPr>
          <w:b/>
          <w:i w:val="0"/>
          <w:smallCaps w:val="0"/>
          <w:strike w:val="0"/>
          <w:sz w:val="24"/>
          <w:u w:val="single"/>
        </w:rPr>
        <w:t xml:space="preserve">eventually, </w:t>
      </w:r>
      <w:r>
        <w:rPr>
          <w:b/>
          <w:i w:val="0"/>
          <w:smallCaps w:val="0"/>
          <w:strike w:val="0"/>
          <w:sz w:val="24"/>
          <w:highlight w:val="cyan"/>
          <w:u w:val="single"/>
        </w:rPr>
        <w:t>assuming</w:t>
      </w:r>
      <w:r>
        <w:rPr>
          <w:b/>
          <w:i w:val="0"/>
          <w:smallCaps w:val="0"/>
          <w:strike w:val="0"/>
          <w:sz w:val="24"/>
          <w:u w:val="single"/>
        </w:rPr>
        <w:t xml:space="preserve"> a </w:t>
      </w:r>
      <w:r>
        <w:rPr>
          <w:b/>
          <w:i w:val="0"/>
          <w:smallCaps w:val="0"/>
          <w:strike w:val="0"/>
          <w:sz w:val="24"/>
          <w:highlight w:val="cyan"/>
          <w:u w:val="single"/>
        </w:rPr>
        <w:t>reasonable</w:t>
      </w:r>
      <w:r>
        <w:rPr>
          <w:b/>
          <w:i w:val="0"/>
          <w:smallCaps w:val="0"/>
          <w:strike w:val="0"/>
          <w:sz w:val="24"/>
          <w:u w:val="single"/>
        </w:rPr>
        <w:t xml:space="preserve"> rate of economic </w:t>
      </w:r>
      <w:r>
        <w:rPr>
          <w:b/>
          <w:i w:val="0"/>
          <w:smallCaps w:val="0"/>
          <w:strike w:val="0"/>
          <w:sz w:val="24"/>
          <w:highlight w:val="cyan"/>
          <w:u w:val="single"/>
        </w:rPr>
        <w:t>growth and tech</w:t>
      </w:r>
      <w:r>
        <w:rPr>
          <w:b/>
          <w:i w:val="0"/>
          <w:smallCaps w:val="0"/>
          <w:strike w:val="0"/>
          <w:sz w:val="24"/>
          <w:u w:val="single"/>
        </w:rPr>
        <w:t xml:space="preserve">nological </w:t>
      </w:r>
      <w:r>
        <w:rPr>
          <w:b/>
          <w:i w:val="0"/>
          <w:smallCaps w:val="0"/>
          <w:strike w:val="0"/>
          <w:sz w:val="24"/>
          <w:highlight w:val="cyan"/>
          <w:u w:val="single"/>
        </w:rPr>
        <w:t>progress</w:t>
      </w:r>
      <w:r>
        <w:rPr>
          <w:b w:val="0"/>
          <w:i w:val="0"/>
          <w:smallCaps w:val="0"/>
          <w:strike w:val="0"/>
          <w:sz w:val="22"/>
          <w:highlight w:val="cyan"/>
          <w:u w:val="single"/>
        </w:rPr>
        <w:t xml:space="preserve">, we will </w:t>
      </w:r>
      <w:r>
        <w:rPr>
          <w:b/>
          <w:i w:val="0"/>
          <w:smallCaps w:val="0"/>
          <w:strike w:val="0"/>
          <w:sz w:val="24"/>
          <w:highlight w:val="cyan"/>
          <w:u w:val="single"/>
        </w:rPr>
        <w:t>graduate</w:t>
      </w:r>
      <w:r>
        <w:rPr>
          <w:b w:val="0"/>
          <w:i w:val="0"/>
          <w:smallCaps w:val="0"/>
          <w:strike w:val="0"/>
          <w:sz w:val="22"/>
          <w:u w:val="single"/>
        </w:rPr>
        <w:t xml:space="preserve"> to being </w:t>
      </w:r>
      <w:r>
        <w:rPr>
          <w:b w:val="0"/>
          <w:i w:val="0"/>
          <w:smallCaps w:val="0"/>
          <w:strike w:val="0"/>
          <w:sz w:val="22"/>
          <w:highlight w:val="cyan"/>
          <w:u w:val="single"/>
        </w:rPr>
        <w:t>a Type 2 civilization</w:t>
      </w:r>
      <w:r>
        <w:rPr>
          <w:b w:val="0"/>
          <w:i w:val="0"/>
          <w:smallCaps w:val="0"/>
          <w:strike w:val="0"/>
          <w:sz w:val="22"/>
          <w:u w:val="single"/>
        </w:rPr>
        <w:t xml:space="preserve">, commanding the energy of a star, and </w:t>
      </w:r>
      <w:r>
        <w:rPr>
          <w:b w:val="0"/>
          <w:i w:val="0"/>
          <w:smallCaps w:val="0"/>
          <w:strike w:val="0"/>
          <w:sz w:val="22"/>
          <w:highlight w:val="cyan"/>
          <w:u w:val="single"/>
        </w:rPr>
        <w:t>thence</w:t>
      </w:r>
      <w:r>
        <w:rPr>
          <w:b w:val="0"/>
          <w:i w:val="0"/>
          <w:smallCaps w:val="0"/>
          <w:strike w:val="0"/>
          <w:sz w:val="22"/>
          <w:u w:val="single"/>
        </w:rPr>
        <w:t xml:space="preserve"> to being a </w:t>
      </w:r>
      <w:r>
        <w:rPr>
          <w:b w:val="0"/>
          <w:i w:val="0"/>
          <w:smallCaps w:val="0"/>
          <w:strike w:val="0"/>
          <w:sz w:val="22"/>
          <w:highlight w:val="cyan"/>
          <w:u w:val="single"/>
        </w:rPr>
        <w:t>Type 3</w:t>
      </w:r>
      <w:r>
        <w:rPr>
          <w:b w:val="0"/>
          <w:i w:val="0"/>
          <w:smallCaps w:val="0"/>
          <w:strike w:val="0"/>
          <w:sz w:val="22"/>
          <w:u w:val="single"/>
        </w:rPr>
        <w:t xml:space="preserve"> civilization, able to summon the energy of an entire galaxy. Then </w:t>
      </w:r>
      <w:r>
        <w:rPr>
          <w:b/>
          <w:i w:val="0"/>
          <w:smallCaps w:val="0"/>
          <w:strike w:val="0"/>
          <w:sz w:val="24"/>
          <w:highlight w:val="cyan"/>
          <w:u w:val="single"/>
        </w:rPr>
        <w:t>space-time</w:t>
      </w:r>
      <w:r>
        <w:rPr>
          <w:b/>
          <w:i w:val="0"/>
          <w:smallCaps w:val="0"/>
          <w:strike w:val="0"/>
          <w:sz w:val="24"/>
          <w:u w:val="single"/>
        </w:rPr>
        <w:t xml:space="preserve"> itself </w:t>
      </w:r>
      <w:r>
        <w:rPr>
          <w:b/>
          <w:i w:val="0"/>
          <w:smallCaps w:val="0"/>
          <w:strike w:val="0"/>
          <w:sz w:val="24"/>
          <w:highlight w:val="cyan"/>
          <w:u w:val="single"/>
        </w:rPr>
        <w:t>will be our plaything</w:t>
      </w:r>
      <w:r>
        <w:rPr>
          <w:b w:val="0"/>
          <w:i w:val="0"/>
          <w:smallCaps w:val="0"/>
          <w:strike w:val="0"/>
          <w:sz w:val="22"/>
          <w:highlight w:val="cyan"/>
          <w:u w:val="single"/>
        </w:rPr>
        <w:t>. We’ll</w:t>
      </w:r>
      <w:r>
        <w:rPr>
          <w:b w:val="0"/>
          <w:i w:val="0"/>
          <w:smallCaps w:val="0"/>
          <w:strike w:val="0"/>
          <w:sz w:val="22"/>
          <w:u w:val="single"/>
        </w:rPr>
        <w:t xml:space="preserve"> have the power to </w:t>
      </w:r>
      <w:r>
        <w:rPr>
          <w:b/>
          <w:i w:val="0"/>
          <w:smallCaps w:val="0"/>
          <w:strike w:val="0"/>
          <w:sz w:val="24"/>
          <w:highlight w:val="cyan"/>
          <w:u w:val="single"/>
        </w:rPr>
        <w:t>open</w:t>
      </w:r>
      <w:r>
        <w:rPr>
          <w:b/>
          <w:i w:val="0"/>
          <w:smallCaps w:val="0"/>
          <w:strike w:val="0"/>
          <w:sz w:val="24"/>
          <w:u w:val="single"/>
        </w:rPr>
        <w:t xml:space="preserve"> up </w:t>
      </w:r>
      <w:r>
        <w:rPr>
          <w:b/>
          <w:i w:val="0"/>
          <w:smallCaps w:val="0"/>
          <w:strike w:val="0"/>
          <w:sz w:val="24"/>
          <w:highlight w:val="cyan"/>
          <w:u w:val="single"/>
        </w:rPr>
        <w:t>a “wormhole”</w:t>
      </w:r>
      <w:r>
        <w:rPr>
          <w:b w:val="0"/>
          <w:i w:val="0"/>
          <w:smallCaps w:val="0"/>
          <w:strike w:val="0"/>
          <w:sz w:val="22"/>
          <w:highlight w:val="cyan"/>
          <w:u w:val="single"/>
        </w:rPr>
        <w:t xml:space="preserve"> through which we</w:t>
      </w:r>
      <w:r>
        <w:rPr>
          <w:b w:val="0"/>
          <w:i w:val="0"/>
          <w:smallCaps w:val="0"/>
          <w:strike w:val="0"/>
          <w:sz w:val="22"/>
          <w:u w:val="single"/>
        </w:rPr>
        <w:t xml:space="preserve"> can </w:t>
      </w:r>
      <w:r>
        <w:rPr>
          <w:b/>
          <w:i w:val="0"/>
          <w:smallCaps w:val="0"/>
          <w:strike w:val="0"/>
          <w:sz w:val="24"/>
          <w:highlight w:val="cyan"/>
          <w:u w:val="single"/>
        </w:rPr>
        <w:t>slip into a</w:t>
      </w:r>
      <w:r>
        <w:rPr>
          <w:b/>
          <w:i w:val="0"/>
          <w:smallCaps w:val="0"/>
          <w:strike w:val="0"/>
          <w:sz w:val="24"/>
          <w:u w:val="single"/>
        </w:rPr>
        <w:t xml:space="preserve"> </w:t>
      </w:r>
      <w:r>
        <w:rPr>
          <w:b/>
          <w:i w:val="0"/>
          <w:smallCaps w:val="0"/>
          <w:strike w:val="0"/>
          <w:sz w:val="24"/>
          <w:u w:val="single"/>
        </w:rPr>
        <w:t xml:space="preserve">brand </w:t>
      </w:r>
      <w:r>
        <w:rPr>
          <w:b/>
          <w:i w:val="0"/>
          <w:smallCaps w:val="0"/>
          <w:strike w:val="0"/>
          <w:sz w:val="24"/>
          <w:highlight w:val="cyan"/>
          <w:u w:val="single"/>
        </w:rPr>
        <w:t>new</w:t>
      </w:r>
      <w:r>
        <w:rPr>
          <w:b/>
          <w:i w:val="0"/>
          <w:smallCaps w:val="0"/>
          <w:strike w:val="0"/>
          <w:sz w:val="24"/>
          <w:highlight w:val="cyan"/>
          <w:u w:val="single"/>
        </w:rPr>
        <w:t xml:space="preserve"> universe</w:t>
      </w:r>
      <w:r>
        <w:rPr>
          <w:b w:val="0"/>
          <w:i w:val="0"/>
          <w:smallCaps w:val="0"/>
          <w:strike w:val="0"/>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