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Experimental observation shows heat death is </w:t>
      </w:r>
      <w:r>
        <w:rPr>
          <w:b/>
          <w:i w:val="0"/>
          <w:smallCaps w:val="0"/>
          <w:strike w:val="0"/>
          <w:sz w:val="26"/>
          <w:u w:val="single"/>
        </w:rPr>
        <w:t>most likely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Jasper </w:t>
      </w:r>
      <w:r>
        <w:rPr>
          <w:b/>
          <w:i w:val="0"/>
          <w:smallCaps w:val="0"/>
          <w:strike w:val="0"/>
          <w:sz w:val="26"/>
          <w:u w:val="none"/>
        </w:rPr>
        <w:t>Hamill 17</w:t>
      </w:r>
      <w:r>
        <w:rPr>
          <w:b w:val="0"/>
          <w:i w:val="0"/>
          <w:smallCaps w:val="0"/>
          <w:strike w:val="0"/>
          <w:u w:val="none"/>
        </w:rPr>
        <w:t xml:space="preserve">, Tech and Science Editor at Metro, Reporter for Forbes, The Daily Mirror, The Herald, and The Register, “Brian Cox Says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Universe Will End In The Eternal Darkness Of ‘Heat Death’ When All The Stars Burn Out To Leave A Bleak, Featureless Void”, The Sun, 7/31/2017, https://www.thesun.co.uk/tech/4122260/brian-cox-says-the-universe-will-end-in-the-eternal-darkness-of-heat-death-after-the-stars-burn-out-and-black-holes-eat-each-other/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universe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doomed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a barren, dark and empty void with no stars to light up the gloom.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That's the prediction from Professor</w:t>
      </w:r>
      <w:r>
        <w:rPr>
          <w:b w:val="0"/>
          <w:i w:val="0"/>
          <w:smallCaps w:val="0"/>
          <w:strike w:val="0"/>
          <w:u w:val="none"/>
        </w:rPr>
        <w:t xml:space="preserve"> Brian </w:t>
      </w:r>
      <w:r>
        <w:rPr>
          <w:b w:val="0"/>
          <w:i w:val="0"/>
          <w:smallCaps w:val="0"/>
          <w:strike w:val="0"/>
          <w:sz w:val="22"/>
          <w:u w:val="single"/>
        </w:rPr>
        <w:t>Cox</w:t>
      </w:r>
      <w:r>
        <w:rPr>
          <w:b w:val="0"/>
          <w:i w:val="0"/>
          <w:smallCaps w:val="0"/>
          <w:strike w:val="0"/>
          <w:u w:val="none"/>
        </w:rPr>
        <w:t xml:space="preserve">, who told The Sun Online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universe will end its days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a </w:t>
      </w:r>
      <w:r>
        <w:rPr>
          <w:b w:val="0"/>
          <w:i w:val="0"/>
          <w:smallCaps w:val="0"/>
          <w:strike w:val="0"/>
          <w:sz w:val="22"/>
          <w:u w:val="single"/>
        </w:rPr>
        <w:t>grim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process called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"heat death"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Brian and Professor Jeff Forshaw, professor of Theoretical Physics at the University of Manchester, have just published a book called Universal: A Journey Through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Cosmos, which tells the story of everything from the Big Bang onwards.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We asked him about the theory of "heat death", which suggests that in billions of years, </w:t>
      </w:r>
      <w:r>
        <w:rPr>
          <w:b w:val="0"/>
          <w:i w:val="0"/>
          <w:smallCaps w:val="0"/>
          <w:strike w:val="0"/>
          <w:sz w:val="22"/>
          <w:u w:val="single"/>
        </w:rPr>
        <w:t>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universe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burn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turn into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holes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eventually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eat each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supermassive black holes left after this feeding frenzy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then evaporate, leaving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barren void of eternal nothingness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theory</w:t>
      </w:r>
      <w:r>
        <w:rPr>
          <w:b w:val="0"/>
          <w:i w:val="0"/>
          <w:smallCaps w:val="0"/>
          <w:strike w:val="0"/>
          <w:u w:val="none"/>
        </w:rPr>
        <w:t xml:space="preserve"> about the grim fate of our universe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hinges around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"theory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suggests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universe will continue growing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growing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rather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eventually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collapsing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on itself in a cataclysmic "Big Crunch".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"The universe 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probably</w:t>
      </w:r>
      <w:r>
        <w:rPr>
          <w:b w:val="0"/>
          <w:i w:val="0"/>
          <w:smallCaps w:val="0"/>
          <w:strike w:val="0"/>
          <w:sz w:val="24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end in heat death,"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said</w:t>
      </w:r>
      <w:r>
        <w:rPr>
          <w:b w:val="0"/>
          <w:i w:val="0"/>
          <w:smallCaps w:val="0"/>
          <w:strike w:val="0"/>
          <w:u w:val="none"/>
        </w:rPr>
        <w:t xml:space="preserve"> Professor </w:t>
      </w:r>
      <w:r>
        <w:rPr>
          <w:b w:val="0"/>
          <w:i w:val="0"/>
          <w:smallCaps w:val="0"/>
          <w:strike w:val="0"/>
          <w:sz w:val="22"/>
          <w:u w:val="single"/>
        </w:rPr>
        <w:t>Cox, who is a professor of Particle Physics</w:t>
      </w:r>
      <w:r>
        <w:rPr>
          <w:b w:val="0"/>
          <w:i w:val="0"/>
          <w:smallCaps w:val="0"/>
          <w:strike w:val="0"/>
          <w:u w:val="none"/>
        </w:rPr>
        <w:t xml:space="preserve"> at the University of Manchester </w:t>
      </w:r>
      <w:r>
        <w:rPr>
          <w:b w:val="0"/>
          <w:i w:val="0"/>
          <w:smallCaps w:val="0"/>
          <w:strike w:val="0"/>
          <w:u w:val="none"/>
        </w:rPr>
        <w:t>and also</w:t>
      </w:r>
      <w:r>
        <w:rPr>
          <w:b w:val="0"/>
          <w:i w:val="0"/>
          <w:smallCaps w:val="0"/>
          <w:strike w:val="0"/>
          <w:u w:val="none"/>
        </w:rPr>
        <w:t xml:space="preserve"> works at CERN.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"We have seen through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experimental observation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increasing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"If that continues, there will ultimately be no structures left."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