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evolutionary regression and it’s not worse than extinction</w:t>
      </w:r>
    </w:p>
    <w:p>
      <w:pPr>
        <w:spacing w:after="80"/>
      </w:pPr>
      <w:r>
        <w:rPr>
          <w:b w:val="0"/>
          <w:i w:val="0"/>
          <w:smallCaps w:val="0"/>
          <w:strike w:val="0"/>
          <w:u w:val="none"/>
        </w:rPr>
        <w:t xml:space="preserve">Paul </w:t>
      </w:r>
      <w:r>
        <w:rPr>
          <w:b/>
          <w:i w:val="0"/>
          <w:smallCaps w:val="0"/>
          <w:strike w:val="0"/>
          <w:sz w:val="26"/>
          <w:u w:val="none"/>
        </w:rPr>
        <w:t>Raven 10</w:t>
      </w:r>
      <w:r>
        <w:rPr>
          <w:b w:val="0"/>
          <w:i w:val="0"/>
          <w:smallCaps w:val="0"/>
          <w:strike w:val="0"/>
          <w:u w:val="none"/>
        </w:rPr>
        <w:t xml:space="preserve">, Reviews Editor of Interzone, </w:t>
      </w:r>
      <w:r>
        <w:rPr>
          <w:b w:val="0"/>
          <w:i w:val="0"/>
          <w:smallCaps w:val="0"/>
          <w:strike w:val="0"/>
          <w:u w:val="none"/>
        </w:rPr>
        <w:t>Master's in Creative Writing</w:t>
      </w:r>
      <w:r>
        <w:rPr>
          <w:b w:val="0"/>
          <w:i w:val="0"/>
          <w:smallCaps w:val="0"/>
          <w:strike w:val="0"/>
          <w:u w:val="none"/>
        </w:rPr>
        <w:t xml:space="preserve">, Editor in Chief of the SF/futurist webzine </w:t>
      </w:r>
      <w:r>
        <w:rPr>
          <w:b w:val="0"/>
          <w:i w:val="0"/>
          <w:smallCaps w:val="0"/>
          <w:strike w:val="0"/>
          <w:u w:val="none"/>
        </w:rPr>
        <w:t>Futurismic</w:t>
      </w:r>
      <w:r>
        <w:rPr>
          <w:b w:val="0"/>
          <w:i w:val="0"/>
          <w:smallCaps w:val="0"/>
          <w:strike w:val="0"/>
          <w:u w:val="none"/>
        </w:rPr>
        <w:t xml:space="preserve">, “What Could Be Worse Than Human Extinction?”, </w:t>
      </w:r>
      <w:r>
        <w:rPr>
          <w:b w:val="0"/>
          <w:i w:val="0"/>
          <w:smallCaps w:val="0"/>
          <w:strike w:val="0"/>
          <w:u w:val="none"/>
        </w:rPr>
        <w:t>Futurismic</w:t>
      </w:r>
      <w:r>
        <w:rPr>
          <w:b w:val="0"/>
          <w:i w:val="0"/>
          <w:smallCaps w:val="0"/>
          <w:strike w:val="0"/>
          <w:u w:val="none"/>
        </w:rPr>
        <w:t>, 12/14/2010, http://futurismic.com/2010/12/14/what-could-be-worse-than-human-extinction/</w:t>
      </w:r>
    </w:p>
    <w:p>
      <w:pPr>
        <w:spacing w:after="60"/>
      </w:pPr>
      <w:r>
        <w:rPr>
          <w:b w:val="0"/>
          <w:i w:val="0"/>
          <w:smallCaps w:val="0"/>
          <w:strike w:val="0"/>
          <w:sz w:val="16"/>
          <w:u w:val="none"/>
        </w:rPr>
        <w:t xml:space="preserve">From a philosophical perspective, </w:t>
      </w:r>
      <w:r>
        <w:rPr>
          <w:b w:val="0"/>
          <w:i w:val="0"/>
          <w:smallCaps w:val="0"/>
          <w:strike w:val="0"/>
          <w:sz w:val="22"/>
          <w:u w:val="single"/>
        </w:rPr>
        <w:t xml:space="preserve">human </w:t>
      </w:r>
      <w:r>
        <w:rPr>
          <w:b w:val="0"/>
          <w:i w:val="0"/>
          <w:smallCaps w:val="0"/>
          <w:strike w:val="0"/>
          <w:sz w:val="22"/>
          <w:highlight w:val="cyan"/>
          <w:u w:val="single"/>
        </w:rPr>
        <w:t>extinction is</w:t>
      </w:r>
      <w:r>
        <w:rPr>
          <w:b w:val="0"/>
          <w:i w:val="0"/>
          <w:smallCaps w:val="0"/>
          <w:strike w:val="0"/>
          <w:sz w:val="22"/>
          <w:u w:val="single"/>
        </w:rPr>
        <w:t xml:space="preserve"> just about </w:t>
      </w:r>
      <w:r>
        <w:rPr>
          <w:b w:val="0"/>
          <w:i w:val="0"/>
          <w:smallCaps w:val="0"/>
          <w:strike w:val="0"/>
          <w:sz w:val="22"/>
          <w:highlight w:val="cyan"/>
          <w:u w:val="single"/>
        </w:rPr>
        <w:t>the worst thing</w:t>
      </w:r>
      <w:r>
        <w:rPr>
          <w:b w:val="0"/>
          <w:i w:val="0"/>
          <w:smallCaps w:val="0"/>
          <w:strike w:val="0"/>
          <w:sz w:val="22"/>
          <w:u w:val="single"/>
        </w:rPr>
        <w:t xml:space="preserve"> we can imagine</w:t>
      </w:r>
      <w:r>
        <w:rPr>
          <w:b w:val="0"/>
          <w:i w:val="0"/>
          <w:smallCaps w:val="0"/>
          <w:strike w:val="0"/>
          <w:sz w:val="16"/>
          <w:u w:val="none"/>
        </w:rPr>
        <w:t xml:space="preserve">… and it’s a </w:t>
      </w:r>
      <w:r>
        <w:rPr>
          <w:b w:val="0"/>
          <w:i w:val="0"/>
          <w:smallCaps w:val="0"/>
          <w:strike w:val="0"/>
          <w:sz w:val="16"/>
          <w:u w:val="none"/>
        </w:rPr>
        <w:t>fairly recent</w:t>
      </w:r>
      <w:r>
        <w:rPr>
          <w:b w:val="0"/>
          <w:i w:val="0"/>
          <w:smallCaps w:val="0"/>
          <w:strike w:val="0"/>
          <w:sz w:val="16"/>
          <w:u w:val="none"/>
        </w:rPr>
        <w:t xml:space="preserve"> fear, too, with our conception of existential risk kick-started by the threat of mutually assured destruction. </w:t>
      </w:r>
      <w:r>
        <w:rPr>
          <w:b w:val="0"/>
          <w:i w:val="0"/>
          <w:smallCaps w:val="0"/>
          <w:strike w:val="0"/>
          <w:sz w:val="22"/>
          <w:highlight w:val="cyan"/>
          <w:u w:val="single"/>
        </w:rPr>
        <w:t>But what about</w:t>
      </w:r>
      <w:r>
        <w:rPr>
          <w:b w:val="0"/>
          <w:i w:val="0"/>
          <w:smallCaps w:val="0"/>
          <w:strike w:val="0"/>
          <w:sz w:val="22"/>
          <w:u w:val="single"/>
        </w:rPr>
        <w:t xml:space="preserve"> a slow slide back into an animal state from our current </w:t>
      </w:r>
      <w:r>
        <w:rPr>
          <w:b w:val="0"/>
          <w:i w:val="0"/>
          <w:smallCaps w:val="0"/>
          <w:strike w:val="0"/>
          <w:sz w:val="22"/>
          <w:u w:val="single"/>
        </w:rPr>
        <w:t>civilisational</w:t>
      </w:r>
      <w:r>
        <w:rPr>
          <w:b w:val="0"/>
          <w:i w:val="0"/>
          <w:smallCaps w:val="0"/>
          <w:strike w:val="0"/>
          <w:sz w:val="22"/>
          <w:u w:val="single"/>
        </w:rPr>
        <w:t xml:space="preserve"> peak? An </w:t>
      </w:r>
      <w:r>
        <w:rPr>
          <w:b/>
          <w:i w:val="0"/>
          <w:smallCaps w:val="0"/>
          <w:strike w:val="0"/>
          <w:sz w:val="24"/>
          <w:highlight w:val="cyan"/>
          <w:u w:val="single"/>
        </w:rPr>
        <w:t>evolutionary regression</w:t>
      </w:r>
      <w:r>
        <w:rPr>
          <w:b w:val="0"/>
          <w:i w:val="0"/>
          <w:smallCaps w:val="0"/>
          <w:strike w:val="0"/>
          <w:sz w:val="22"/>
          <w:u w:val="single"/>
        </w:rPr>
        <w:t xml:space="preserve"> triggered by the </w:t>
      </w:r>
      <w:r>
        <w:rPr>
          <w:b/>
          <w:i w:val="0"/>
          <w:smallCaps w:val="0"/>
          <w:strike w:val="0"/>
          <w:sz w:val="24"/>
          <w:u w:val="single"/>
        </w:rPr>
        <w:t>impoverishment of the environment</w:t>
      </w:r>
      <w:r>
        <w:rPr>
          <w:b w:val="0"/>
          <w:i w:val="0"/>
          <w:smallCaps w:val="0"/>
          <w:strike w:val="0"/>
          <w:sz w:val="22"/>
          <w:u w:val="single"/>
        </w:rPr>
        <w:t xml:space="preserve"> we mastered </w:t>
      </w:r>
      <w:r>
        <w:rPr>
          <w:b w:val="0"/>
          <w:i w:val="0"/>
          <w:smallCaps w:val="0"/>
          <w:strike w:val="0"/>
          <w:sz w:val="22"/>
          <w:u w:val="single"/>
        </w:rPr>
        <w:t>momentarily?</w:t>
      </w:r>
      <w:r>
        <w:rPr>
          <w:b w:val="0"/>
          <w:i w:val="0"/>
          <w:smallCaps w:val="0"/>
          <w:strike w:val="0"/>
          <w:sz w:val="16"/>
          <w:u w:val="none"/>
        </w:rPr>
        <w:t xml:space="preserve"> [via </w:t>
      </w:r>
      <w:r>
        <w:rPr>
          <w:b w:val="0"/>
          <w:i w:val="0"/>
          <w:smallCaps w:val="0"/>
          <w:strike w:val="0"/>
          <w:sz w:val="16"/>
          <w:u w:val="none"/>
        </w:rPr>
        <w:t>BigThink</w:t>
      </w:r>
      <w:r>
        <w:rPr>
          <w:b w:val="0"/>
          <w:i w:val="0"/>
          <w:smallCaps w:val="0"/>
          <w:strike w:val="0"/>
          <w:sz w:val="16"/>
          <w:u w:val="none"/>
        </w:rPr>
        <w:t>]</w:t>
      </w:r>
    </w:p>
    <w:p>
      <w:pPr>
        <w:spacing w:after="60"/>
      </w:pPr>
      <w:r>
        <w:rPr>
          <w:b w:val="0"/>
          <w:i w:val="0"/>
          <w:smallCaps w:val="0"/>
          <w:strike w:val="0"/>
          <w:sz w:val="16"/>
          <w:u w:val="none"/>
        </w:rPr>
        <w:t xml:space="preserve">Civilization obscures our similarity to other animals. We tend to hold ourselves to different standards because we see ourselves as above nature.  Many people find the slaughter of food animals objectionable. Yet no one is advocating intervention to save the gazelles from the lions or the rabbits from the foxes. Is the suffering of animals in the wild less important? Should we venture out in search of prey animals to rescue from their predators, and sick or injured animals in need of medical care? No, it would seem. It’s okay when nature imposes suffering on animals, but not when we do it. Similarly, it’s not okay when we are the </w:t>
      </w:r>
      <w:r>
        <w:rPr>
          <w:b w:val="0"/>
          <w:i w:val="0"/>
          <w:smallCaps w:val="0"/>
          <w:strike w:val="0"/>
          <w:sz w:val="16"/>
          <w:u w:val="none"/>
        </w:rPr>
        <w:t>subjects</w:t>
      </w:r>
      <w:r>
        <w:rPr>
          <w:b w:val="0"/>
          <w:i w:val="0"/>
          <w:smallCaps w:val="0"/>
          <w:strike w:val="0"/>
          <w:sz w:val="16"/>
          <w:u w:val="none"/>
        </w:rPr>
        <w:t xml:space="preserve"> of nature’s cruelty.</w:t>
      </w:r>
    </w:p>
    <w:p>
      <w:pPr>
        <w:spacing w:after="60"/>
      </w:pPr>
      <w:r>
        <w:rPr>
          <w:b w:val="0"/>
          <w:i w:val="0"/>
          <w:smallCaps w:val="0"/>
          <w:strike w:val="0"/>
          <w:sz w:val="16"/>
          <w:u w:val="none"/>
        </w:rPr>
        <w:t>Civilization has bestowed our species with a distorted self-image. Many people seem to have the impression that we operate independently of nature. We are fortunate that we’ve been able to act as though we are independent for as long as we have. If we don’t adjust our way of living so that it becomes sustainable, however, nature will eventually do this for us.</w:t>
      </w:r>
    </w:p>
    <w:p>
      <w:pPr>
        <w:spacing w:after="60"/>
      </w:pPr>
      <w:r>
        <w:rPr>
          <w:b w:val="0"/>
          <w:i w:val="0"/>
          <w:smallCaps w:val="0"/>
          <w:strike w:val="0"/>
          <w:sz w:val="22"/>
          <w:u w:val="single"/>
        </w:rPr>
        <w:t xml:space="preserve">The </w:t>
      </w:r>
      <w:r>
        <w:rPr>
          <w:b w:val="0"/>
          <w:i w:val="0"/>
          <w:smallCaps w:val="0"/>
          <w:strike w:val="0"/>
          <w:sz w:val="22"/>
          <w:u w:val="single"/>
        </w:rPr>
        <w:t>worst case</w:t>
      </w:r>
      <w:r>
        <w:rPr>
          <w:b w:val="0"/>
          <w:i w:val="0"/>
          <w:smallCaps w:val="0"/>
          <w:strike w:val="0"/>
          <w:sz w:val="22"/>
          <w:u w:val="single"/>
        </w:rPr>
        <w:t xml:space="preserve"> scenario is not that humans will become extinct, but that we will come to experience the cruel will of nature as other animals do</w:t>
      </w:r>
      <w:r>
        <w:rPr>
          <w:b w:val="0"/>
          <w:i w:val="0"/>
          <w:smallCaps w:val="0"/>
          <w:strike w:val="0"/>
          <w:sz w:val="16"/>
          <w:u w:val="none"/>
        </w:rPr>
        <w:t xml:space="preserve">. We can’t rule out the possibility that we will become more </w:t>
      </w:r>
      <w:r>
        <w:rPr>
          <w:b w:val="0"/>
          <w:i w:val="0"/>
          <w:smallCaps w:val="0"/>
          <w:strike w:val="0"/>
          <w:sz w:val="16"/>
          <w:u w:val="none"/>
        </w:rPr>
        <w:t>similar to</w:t>
      </w:r>
      <w:r>
        <w:rPr>
          <w:b w:val="0"/>
          <w:i w:val="0"/>
          <w:smallCaps w:val="0"/>
          <w:strike w:val="0"/>
          <w:sz w:val="16"/>
          <w:u w:val="none"/>
        </w:rPr>
        <w:t xml:space="preserve"> our primate cousins in intelligence, behavior, and quality of life. We may be enjoying the peak of human intelligence, morality, and technological advancement.</w:t>
      </w:r>
    </w:p>
    <w:p>
      <w:pPr>
        <w:spacing w:after="60"/>
      </w:pPr>
      <w:r>
        <w:rPr>
          <w:b w:val="0"/>
          <w:i w:val="0"/>
          <w:smallCaps w:val="0"/>
          <w:strike w:val="0"/>
          <w:sz w:val="16"/>
          <w:u w:val="none"/>
        </w:rPr>
        <w:t xml:space="preserve">On the face of it, </w:t>
      </w:r>
      <w:r>
        <w:rPr>
          <w:b/>
          <w:i w:val="0"/>
          <w:smallCaps w:val="0"/>
          <w:strike w:val="0"/>
          <w:sz w:val="24"/>
          <w:highlight w:val="cyan"/>
          <w:u w:val="single"/>
        </w:rPr>
        <w:t>this is</w:t>
      </w:r>
      <w:r>
        <w:rPr>
          <w:b/>
          <w:i w:val="0"/>
          <w:smallCaps w:val="0"/>
          <w:strike w:val="0"/>
          <w:sz w:val="24"/>
          <w:u w:val="single"/>
        </w:rPr>
        <w:t xml:space="preserve"> just </w:t>
      </w:r>
      <w:r>
        <w:rPr>
          <w:b/>
          <w:i w:val="0"/>
          <w:smallCaps w:val="0"/>
          <w:strike w:val="0"/>
          <w:sz w:val="24"/>
          <w:highlight w:val="cyan"/>
          <w:u w:val="single"/>
        </w:rPr>
        <w:t>a</w:t>
      </w:r>
      <w:r>
        <w:rPr>
          <w:b/>
          <w:i w:val="0"/>
          <w:smallCaps w:val="0"/>
          <w:strike w:val="0"/>
          <w:sz w:val="24"/>
          <w:u w:val="single"/>
        </w:rPr>
        <w:t xml:space="preserve">nother </w:t>
      </w:r>
      <w:r>
        <w:rPr>
          <w:b/>
          <w:i w:val="0"/>
          <w:smallCaps w:val="0"/>
          <w:strike w:val="0"/>
          <w:sz w:val="24"/>
          <w:highlight w:val="cyan"/>
          <w:u w:val="single"/>
        </w:rPr>
        <w:t>finger-waggy</w:t>
      </w:r>
      <w:r>
        <w:rPr>
          <w:b/>
          <w:i w:val="0"/>
          <w:smallCaps w:val="0"/>
          <w:strike w:val="0"/>
          <w:sz w:val="24"/>
          <w:u w:val="single"/>
        </w:rPr>
        <w:t xml:space="preserve"> “if we don’t sort things out soon</w:t>
      </w:r>
      <w:r>
        <w:rPr>
          <w:b/>
          <w:i w:val="0"/>
          <w:smallCaps w:val="0"/>
          <w:strike w:val="0"/>
          <w:sz w:val="24"/>
          <w:u w:val="single"/>
        </w:rPr>
        <w:t>… ”</w:t>
      </w:r>
      <w:r>
        <w:rPr>
          <w:b/>
          <w:i w:val="0"/>
          <w:smallCaps w:val="0"/>
          <w:strike w:val="0"/>
          <w:sz w:val="24"/>
          <w:u w:val="single"/>
        </w:rPr>
        <w:t xml:space="preserve"> </w:t>
      </w:r>
      <w:r>
        <w:rPr>
          <w:b/>
          <w:i w:val="0"/>
          <w:smallCaps w:val="0"/>
          <w:strike w:val="0"/>
          <w:sz w:val="24"/>
          <w:highlight w:val="cyan"/>
          <w:u w:val="single"/>
        </w:rPr>
        <w:t>warning</w:t>
      </w:r>
      <w:r>
        <w:rPr>
          <w:b w:val="0"/>
          <w:i w:val="0"/>
          <w:smallCaps w:val="0"/>
          <w:strike w:val="0"/>
          <w:sz w:val="16"/>
          <w:u w:val="none"/>
        </w:rPr>
        <w:t xml:space="preserve">, but I think you can detach the results from the cause – there are any number of reasons we might find </w:t>
      </w:r>
      <w:r>
        <w:rPr>
          <w:b w:val="0"/>
          <w:i w:val="0"/>
          <w:smallCaps w:val="0"/>
          <w:strike w:val="0"/>
          <w:sz w:val="16"/>
          <w:u w:val="none"/>
        </w:rPr>
        <w:t>civilisation</w:t>
      </w:r>
      <w:r>
        <w:rPr>
          <w:b w:val="0"/>
          <w:i w:val="0"/>
          <w:smallCaps w:val="0"/>
          <w:strike w:val="0"/>
          <w:sz w:val="16"/>
          <w:u w:val="none"/>
        </w:rPr>
        <w:t xml:space="preserve"> as we know it receding into the patchwork memories of the past. Indeed, </w:t>
      </w:r>
      <w:r>
        <w:rPr>
          <w:b w:val="0"/>
          <w:i w:val="0"/>
          <w:smallCaps w:val="0"/>
          <w:strike w:val="0"/>
          <w:sz w:val="22"/>
          <w:u w:val="single"/>
        </w:rPr>
        <w:t>given our tendency to prattle on about “the good old days”, you could probably convince a lot of people it was already happening…</w:t>
      </w:r>
    </w:p>
    <w:p>
      <w:pPr>
        <w:spacing w:after="60"/>
      </w:pPr>
      <w:r>
        <w:rPr>
          <w:b w:val="0"/>
          <w:i w:val="0"/>
          <w:smallCaps w:val="0"/>
          <w:strike w:val="0"/>
          <w:sz w:val="22"/>
          <w:u w:val="single"/>
        </w:rPr>
        <w:t>But</w:t>
      </w:r>
      <w:r>
        <w:rPr>
          <w:b w:val="0"/>
          <w:i w:val="0"/>
          <w:smallCaps w:val="0"/>
          <w:strike w:val="0"/>
          <w:sz w:val="16"/>
          <w:u w:val="none"/>
        </w:rPr>
        <w:t xml:space="preserve"> in recent years </w:t>
      </w:r>
      <w:r>
        <w:rPr>
          <w:b w:val="0"/>
          <w:i w:val="0"/>
          <w:smallCaps w:val="0"/>
          <w:strike w:val="0"/>
          <w:sz w:val="22"/>
          <w:u w:val="single"/>
        </w:rPr>
        <w:t xml:space="preserve">that </w:t>
      </w:r>
      <w:r>
        <w:rPr>
          <w:b w:val="0"/>
          <w:i w:val="0"/>
          <w:smallCaps w:val="0"/>
          <w:strike w:val="0"/>
          <w:sz w:val="22"/>
          <w:highlight w:val="cyan"/>
          <w:u w:val="single"/>
        </w:rPr>
        <w:t>nostalgic view of the-past-as-idyll has become</w:t>
      </w:r>
      <w:r>
        <w:rPr>
          <w:b w:val="0"/>
          <w:i w:val="0"/>
          <w:smallCaps w:val="0"/>
          <w:strike w:val="0"/>
          <w:sz w:val="22"/>
          <w:u w:val="single"/>
        </w:rPr>
        <w:t xml:space="preserve"> </w:t>
      </w:r>
      <w:r>
        <w:rPr>
          <w:b/>
          <w:i w:val="0"/>
          <w:smallCaps w:val="0"/>
          <w:strike w:val="0"/>
          <w:sz w:val="24"/>
          <w:u w:val="single"/>
        </w:rPr>
        <w:t xml:space="preserve">more and more of </w:t>
      </w:r>
      <w:r>
        <w:rPr>
          <w:b/>
          <w:i w:val="0"/>
          <w:smallCaps w:val="0"/>
          <w:strike w:val="0"/>
          <w:sz w:val="24"/>
          <w:highlight w:val="cyan"/>
          <w:u w:val="single"/>
        </w:rPr>
        <w:t>an irritant</w:t>
      </w:r>
      <w:r>
        <w:rPr>
          <w:b w:val="0"/>
          <w:i w:val="0"/>
          <w:smallCaps w:val="0"/>
          <w:strike w:val="0"/>
          <w:sz w:val="22"/>
          <w:u w:val="single"/>
        </w:rPr>
        <w:t xml:space="preserve"> to me.</w:t>
      </w:r>
      <w:r>
        <w:rPr>
          <w:b w:val="0"/>
          <w:i w:val="0"/>
          <w:smallCaps w:val="0"/>
          <w:strike w:val="0"/>
          <w:sz w:val="22"/>
          <w:u w:val="single"/>
        </w:rPr>
        <w:t xml:space="preserve"> </w:t>
      </w:r>
      <w:r>
        <w:rPr>
          <w:b w:val="0"/>
          <w:i w:val="0"/>
          <w:smallCaps w:val="0"/>
          <w:strike w:val="0"/>
          <w:sz w:val="22"/>
          <w:highlight w:val="cyan"/>
          <w:u w:val="single"/>
        </w:rPr>
        <w:t>Despite</w:t>
      </w:r>
      <w:r>
        <w:rPr>
          <w:b w:val="0"/>
          <w:i w:val="0"/>
          <w:smallCaps w:val="0"/>
          <w:strike w:val="0"/>
          <w:sz w:val="22"/>
          <w:u w:val="single"/>
        </w:rPr>
        <w:t xml:space="preserve"> the very real </w:t>
      </w:r>
      <w:r>
        <w:rPr>
          <w:b w:val="0"/>
          <w:i w:val="0"/>
          <w:smallCaps w:val="0"/>
          <w:strike w:val="0"/>
          <w:sz w:val="22"/>
          <w:highlight w:val="cyan"/>
          <w:u w:val="single"/>
        </w:rPr>
        <w:t>problems</w:t>
      </w:r>
      <w:r>
        <w:rPr>
          <w:b w:val="0"/>
          <w:i w:val="0"/>
          <w:smallCaps w:val="0"/>
          <w:strike w:val="0"/>
          <w:sz w:val="22"/>
          <w:u w:val="single"/>
        </w:rPr>
        <w:t xml:space="preserve"> facing human beings as individuals and as a species, I think </w:t>
      </w:r>
      <w:r>
        <w:rPr>
          <w:b w:val="0"/>
          <w:i w:val="0"/>
          <w:smallCaps w:val="0"/>
          <w:strike w:val="0"/>
          <w:sz w:val="22"/>
          <w:highlight w:val="cyan"/>
          <w:u w:val="single"/>
        </w:rPr>
        <w:t>conditions</w:t>
      </w:r>
      <w:r>
        <w:rPr>
          <w:b w:val="0"/>
          <w:i w:val="0"/>
          <w:smallCaps w:val="0"/>
          <w:strike w:val="0"/>
          <w:sz w:val="22"/>
          <w:u w:val="single"/>
        </w:rPr>
        <w:t xml:space="preserve"> and opportunities </w:t>
      </w:r>
      <w:r>
        <w:rPr>
          <w:b w:val="0"/>
          <w:i w:val="0"/>
          <w:smallCaps w:val="0"/>
          <w:strike w:val="0"/>
          <w:sz w:val="22"/>
          <w:highlight w:val="cyan"/>
          <w:u w:val="single"/>
        </w:rPr>
        <w:t xml:space="preserve">for the average person have been </w:t>
      </w:r>
      <w:r>
        <w:rPr>
          <w:b/>
          <w:i w:val="0"/>
          <w:smallCaps w:val="0"/>
          <w:strike w:val="0"/>
          <w:sz w:val="24"/>
          <w:highlight w:val="cyan"/>
          <w:u w:val="single"/>
        </w:rPr>
        <w:t>improving steadily</w:t>
      </w:r>
      <w:r>
        <w:rPr>
          <w:b w:val="0"/>
          <w:i w:val="0"/>
          <w:smallCaps w:val="0"/>
          <w:strike w:val="0"/>
          <w:sz w:val="22"/>
          <w:u w:val="single"/>
        </w:rPr>
        <w:t xml:space="preserve"> for a long time (even though those improvements,</w:t>
      </w:r>
      <w:r>
        <w:rPr>
          <w:b w:val="0"/>
          <w:i w:val="0"/>
          <w:smallCaps w:val="0"/>
          <w:strike w:val="0"/>
          <w:sz w:val="16"/>
          <w:u w:val="none"/>
        </w:rPr>
        <w:t xml:space="preserve"> like William Gibson’s future, </w:t>
      </w:r>
      <w:r>
        <w:rPr>
          <w:b w:val="0"/>
          <w:i w:val="0"/>
          <w:smallCaps w:val="0"/>
          <w:strike w:val="0"/>
          <w:sz w:val="22"/>
          <w:u w:val="single"/>
        </w:rPr>
        <w:t xml:space="preserve">are – sadly – not evenly distributed). </w:t>
      </w:r>
      <w:r>
        <w:rPr>
          <w:b w:val="0"/>
          <w:i w:val="0"/>
          <w:smallCaps w:val="0"/>
          <w:strike w:val="0"/>
          <w:sz w:val="22"/>
          <w:highlight w:val="cyan"/>
          <w:u w:val="single"/>
        </w:rPr>
        <w:t>This is</w:t>
      </w:r>
      <w:r>
        <w:rPr>
          <w:b w:val="0"/>
          <w:i w:val="0"/>
          <w:smallCaps w:val="0"/>
          <w:strike w:val="0"/>
          <w:sz w:val="22"/>
          <w:u w:val="single"/>
        </w:rPr>
        <w:t xml:space="preserve"> perhaps the same </w:t>
      </w:r>
      <w:r>
        <w:rPr>
          <w:b w:val="0"/>
          <w:i w:val="0"/>
          <w:smallCaps w:val="0"/>
          <w:strike w:val="0"/>
          <w:sz w:val="22"/>
          <w:highlight w:val="cyan"/>
          <w:u w:val="single"/>
        </w:rPr>
        <w:t>myopia</w:t>
      </w:r>
      <w:r>
        <w:rPr>
          <w:b w:val="0"/>
          <w:i w:val="0"/>
          <w:smallCaps w:val="0"/>
          <w:strike w:val="0"/>
          <w:sz w:val="22"/>
          <w:u w:val="single"/>
        </w:rPr>
        <w:t xml:space="preserve"> that makes us see the decline of the Western economies as a global recession: because things aren’t quite as easy for us </w:t>
      </w:r>
      <w:r>
        <w:rPr>
          <w:b w:val="0"/>
          <w:i w:val="0"/>
          <w:smallCaps w:val="0"/>
          <w:strike w:val="0"/>
          <w:sz w:val="22"/>
          <w:u w:val="single"/>
        </w:rPr>
        <w:t>in particular as</w:t>
      </w:r>
      <w:r>
        <w:rPr>
          <w:b w:val="0"/>
          <w:i w:val="0"/>
          <w:smallCaps w:val="0"/>
          <w:strike w:val="0"/>
          <w:sz w:val="22"/>
          <w:u w:val="single"/>
        </w:rPr>
        <w:t xml:space="preserve"> they were a few decades back, then </w:t>
      </w:r>
      <w:r>
        <w:rPr>
          <w:b w:val="0"/>
          <w:i w:val="0"/>
          <w:smallCaps w:val="0"/>
          <w:strike w:val="0"/>
          <w:sz w:val="22"/>
          <w:highlight w:val="cyan"/>
          <w:u w:val="single"/>
        </w:rPr>
        <w:t xml:space="preserve">we’re </w:t>
      </w:r>
      <w:r>
        <w:rPr>
          <w:b/>
          <w:i w:val="0"/>
          <w:smallCaps w:val="0"/>
          <w:strike w:val="0"/>
          <w:sz w:val="24"/>
          <w:highlight w:val="cyan"/>
          <w:u w:val="single"/>
        </w:rPr>
        <w:t>obviously bound for hell in a handbasket, AMIRITES?</w:t>
      </w:r>
    </w:p>
    <w:p>
      <w:pPr>
        <w:spacing w:after="60"/>
      </w:pPr>
      <w:r>
        <w:rPr>
          <w:b w:val="0"/>
          <w:i w:val="0"/>
          <w:smallCaps w:val="0"/>
          <w:strike w:val="0"/>
          <w:sz w:val="16"/>
          <w:u w:val="none"/>
        </w:rPr>
        <w:t xml:space="preserve">Well, </w:t>
      </w:r>
      <w:r>
        <w:rPr>
          <w:b/>
          <w:i w:val="0"/>
          <w:smallCaps w:val="0"/>
          <w:strike w:val="0"/>
          <w:sz w:val="24"/>
          <w:highlight w:val="cyan"/>
          <w:u w:val="single"/>
        </w:rPr>
        <w:t>I’m not so sure</w:t>
      </w:r>
      <w:r>
        <w:rPr>
          <w:b w:val="0"/>
          <w:i w:val="0"/>
          <w:smallCaps w:val="0"/>
          <w:strike w:val="0"/>
          <w:sz w:val="16"/>
          <w:u w:val="none"/>
        </w:rPr>
        <w:t xml:space="preserve">; I think </w:t>
      </w:r>
      <w:r>
        <w:rPr>
          <w:b/>
          <w:i w:val="0"/>
          <w:smallCaps w:val="0"/>
          <w:strike w:val="0"/>
          <w:sz w:val="24"/>
          <w:highlight w:val="cyan"/>
          <w:u w:val="single"/>
        </w:rPr>
        <w:t>we have it in us</w:t>
      </w:r>
      <w:r>
        <w:rPr>
          <w:b/>
          <w:i w:val="0"/>
          <w:smallCaps w:val="0"/>
          <w:strike w:val="0"/>
          <w:sz w:val="24"/>
          <w:u w:val="single"/>
        </w:rPr>
        <w:t xml:space="preserve"> a species </w:t>
      </w:r>
      <w:r>
        <w:rPr>
          <w:b/>
          <w:i w:val="0"/>
          <w:smallCaps w:val="0"/>
          <w:strike w:val="0"/>
          <w:sz w:val="24"/>
          <w:highlight w:val="cyan"/>
          <w:u w:val="single"/>
        </w:rPr>
        <w:t>to</w:t>
      </w:r>
      <w:r>
        <w:rPr>
          <w:b/>
          <w:i w:val="0"/>
          <w:smallCaps w:val="0"/>
          <w:strike w:val="0"/>
          <w:sz w:val="24"/>
          <w:u w:val="single"/>
        </w:rPr>
        <w:t xml:space="preserve"> survive, </w:t>
      </w:r>
      <w:r>
        <w:rPr>
          <w:b/>
          <w:i w:val="0"/>
          <w:smallCaps w:val="0"/>
          <w:strike w:val="0"/>
          <w:sz w:val="24"/>
          <w:highlight w:val="cyan"/>
          <w:u w:val="single"/>
        </w:rPr>
        <w:t>prosper</w:t>
      </w:r>
      <w:r>
        <w:rPr>
          <w:b/>
          <w:i w:val="0"/>
          <w:smallCaps w:val="0"/>
          <w:strike w:val="0"/>
          <w:sz w:val="24"/>
          <w:u w:val="single"/>
        </w:rPr>
        <w:t xml:space="preserve"> and spread beyond </w:t>
      </w:r>
      <w:r>
        <w:rPr>
          <w:b/>
          <w:i w:val="0"/>
          <w:smallCaps w:val="0"/>
          <w:strike w:val="0"/>
          <w:sz w:val="24"/>
          <w:u w:val="single"/>
        </w:rPr>
        <w:t>the gravity</w:t>
      </w:r>
      <w:r>
        <w:rPr>
          <w:b/>
          <w:i w:val="0"/>
          <w:smallCaps w:val="0"/>
          <w:strike w:val="0"/>
          <w:sz w:val="24"/>
          <w:u w:val="single"/>
        </w:rPr>
        <w:t xml:space="preserve"> well</w:t>
      </w:r>
      <w:r>
        <w:rPr>
          <w:b w:val="0"/>
          <w:i w:val="0"/>
          <w:smallCaps w:val="0"/>
          <w:strike w:val="0"/>
          <w:sz w:val="16"/>
          <w:u w:val="none"/>
        </w:rPr>
        <w:t>. But to achieve that, I suspect we’ll need to start thinking of ourselves as a species rather than as individual nations… which may turn out to be the greatest challenge we’ve ever come up against, rooted as it is in the very evolutionary processes that made us what we are.</w:t>
      </w:r>
    </w:p>
    <w:p>
      <w:pPr>
        <w:spacing w:after="60"/>
      </w:pPr>
      <w:r>
        <w:rPr>
          <w:b w:val="0"/>
          <w:i w:val="0"/>
          <w:smallCaps w:val="0"/>
          <w:strike w:val="0"/>
          <w:sz w:val="16"/>
          <w:u w:val="none"/>
        </w:rPr>
        <w:t xml:space="preserve">Still – it’s worth a shot, wouldn’t you say? </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