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Lab universes are impossible</w:t>
      </w:r>
    </w:p>
    <w:p>
      <w:pPr>
        <w:spacing w:after="80"/>
      </w:pPr>
      <w:r>
        <w:rPr>
          <w:b w:val="0"/>
          <w:i w:val="0"/>
          <w:smallCaps w:val="0"/>
          <w:strike w:val="0"/>
          <w:u w:val="none"/>
        </w:rPr>
        <w:t xml:space="preserve">Dr. </w:t>
      </w:r>
      <w:r>
        <w:rPr>
          <w:b w:val="0"/>
          <w:i w:val="0"/>
          <w:smallCaps w:val="0"/>
          <w:strike w:val="0"/>
          <w:u w:val="none"/>
        </w:rPr>
        <w:t>Zeeya</w:t>
      </w:r>
      <w:r>
        <w:rPr>
          <w:b w:val="0"/>
          <w:i w:val="0"/>
          <w:smallCaps w:val="0"/>
          <w:strike w:val="0"/>
          <w:u w:val="none"/>
        </w:rPr>
        <w:t xml:space="preserve"> </w:t>
      </w:r>
      <w:r>
        <w:rPr>
          <w:b/>
          <w:i w:val="0"/>
          <w:smallCaps w:val="0"/>
          <w:strike w:val="0"/>
          <w:sz w:val="26"/>
          <w:u w:val="none"/>
        </w:rPr>
        <w:t>Merali 17</w:t>
      </w:r>
      <w:r>
        <w:rPr>
          <w:b w:val="0"/>
          <w:i w:val="0"/>
          <w:smallCaps w:val="0"/>
          <w:strike w:val="0"/>
          <w:u w:val="none"/>
        </w:rPr>
        <w:t xml:space="preserve">, PhD in Theoretical Cosmology, Freelance Science Writer and Author of </w:t>
      </w:r>
      <w:r>
        <w:rPr>
          <w:b w:val="0"/>
          <w:i w:val="0"/>
          <w:smallCaps w:val="0"/>
          <w:strike w:val="0"/>
          <w:u w:val="none"/>
        </w:rPr>
        <w:t>A</w:t>
      </w:r>
      <w:r>
        <w:rPr>
          <w:b w:val="0"/>
          <w:i w:val="0"/>
          <w:smallCaps w:val="0"/>
          <w:strike w:val="0"/>
          <w:u w:val="none"/>
        </w:rPr>
        <w:t xml:space="preserve"> Big Bang in a Little Room: The Quest to Create New Universes, “Creating a Universe in the Lab? The Idea Is No Joke”, Discover Magazine, 6/19/2017, http://blogs.discovermagazine.com/crux/2017/06/19/build-a-universe-in-the-lab/#.XCTdaVxKjHw</w:t>
      </w:r>
    </w:p>
    <w:p>
      <w:pPr>
        <w:spacing w:after="60"/>
      </w:pPr>
      <w:r>
        <w:rPr>
          <w:b w:val="0"/>
          <w:i w:val="0"/>
          <w:smallCaps w:val="0"/>
          <w:strike w:val="0"/>
          <w:sz w:val="16"/>
          <w:u w:val="none"/>
        </w:rPr>
        <w:t xml:space="preserve">At the other end of the philosophical spectrum, I met with Don Page, a physicist and evangelical Christian at the University of Alberta in Canada, noted for his early collaboration with Stephen Hawking on the nature of black holes. To Page, the salient point is that God created the Universe ex nihilo – from absolutely nothing. The kind of </w:t>
      </w:r>
      <w:r>
        <w:rPr>
          <w:b w:val="0"/>
          <w:i w:val="0"/>
          <w:smallCaps w:val="0"/>
          <w:strike w:val="0"/>
          <w:sz w:val="22"/>
          <w:highlight w:val="cyan"/>
          <w:u w:val="single"/>
        </w:rPr>
        <w:t>cosmogenesis</w:t>
      </w:r>
      <w:r>
        <w:rPr>
          <w:b w:val="0"/>
          <w:i w:val="0"/>
          <w:smallCaps w:val="0"/>
          <w:strike w:val="0"/>
          <w:sz w:val="16"/>
          <w:u w:val="none"/>
        </w:rPr>
        <w:t xml:space="preserve"> envisioned by Linde, in contrast, </w:t>
      </w:r>
      <w:r>
        <w:rPr>
          <w:b w:val="0"/>
          <w:i w:val="0"/>
          <w:smallCaps w:val="0"/>
          <w:strike w:val="0"/>
          <w:sz w:val="22"/>
          <w:highlight w:val="cyan"/>
          <w:u w:val="single"/>
        </w:rPr>
        <w:t>would require</w:t>
      </w:r>
      <w:r>
        <w:rPr>
          <w:b w:val="0"/>
          <w:i w:val="0"/>
          <w:smallCaps w:val="0"/>
          <w:strike w:val="0"/>
          <w:sz w:val="22"/>
          <w:u w:val="single"/>
        </w:rPr>
        <w:t xml:space="preserve"> physicists to cook up their cosmos in </w:t>
      </w:r>
      <w:r>
        <w:rPr>
          <w:b w:val="0"/>
          <w:i w:val="0"/>
          <w:smallCaps w:val="0"/>
          <w:strike w:val="0"/>
          <w:sz w:val="22"/>
          <w:highlight w:val="cyan"/>
          <w:u w:val="single"/>
        </w:rPr>
        <w:t>a highly technical lab</w:t>
      </w:r>
      <w:r>
        <w:rPr>
          <w:b w:val="0"/>
          <w:i w:val="0"/>
          <w:smallCaps w:val="0"/>
          <w:strike w:val="0"/>
          <w:sz w:val="22"/>
          <w:u w:val="single"/>
        </w:rPr>
        <w:t xml:space="preserve">oratory, </w:t>
      </w:r>
      <w:r>
        <w:rPr>
          <w:b w:val="0"/>
          <w:i w:val="0"/>
          <w:smallCaps w:val="0"/>
          <w:strike w:val="0"/>
          <w:sz w:val="22"/>
          <w:highlight w:val="cyan"/>
          <w:u w:val="single"/>
        </w:rPr>
        <w:t>using a far more powerful cousin of</w:t>
      </w:r>
      <w:r>
        <w:rPr>
          <w:b w:val="0"/>
          <w:i w:val="0"/>
          <w:smallCaps w:val="0"/>
          <w:strike w:val="0"/>
          <w:sz w:val="22"/>
          <w:u w:val="single"/>
        </w:rPr>
        <w:t xml:space="preserve"> the </w:t>
      </w:r>
      <w:r>
        <w:rPr>
          <w:b/>
          <w:i w:val="0"/>
          <w:smallCaps w:val="0"/>
          <w:strike w:val="0"/>
          <w:sz w:val="24"/>
          <w:highlight w:val="cyan"/>
          <w:u w:val="single"/>
        </w:rPr>
        <w:t>L</w:t>
      </w:r>
      <w:r>
        <w:rPr>
          <w:b w:val="0"/>
          <w:i w:val="0"/>
          <w:smallCaps w:val="0"/>
          <w:strike w:val="0"/>
          <w:sz w:val="16"/>
          <w:u w:val="none"/>
        </w:rPr>
        <w:t xml:space="preserve">arge </w:t>
      </w:r>
      <w:r>
        <w:rPr>
          <w:b/>
          <w:i w:val="0"/>
          <w:smallCaps w:val="0"/>
          <w:strike w:val="0"/>
          <w:sz w:val="24"/>
          <w:highlight w:val="cyan"/>
          <w:u w:val="single"/>
        </w:rPr>
        <w:t>H</w:t>
      </w:r>
      <w:r>
        <w:rPr>
          <w:b w:val="0"/>
          <w:i w:val="0"/>
          <w:smallCaps w:val="0"/>
          <w:strike w:val="0"/>
          <w:sz w:val="16"/>
          <w:u w:val="none"/>
        </w:rPr>
        <w:t xml:space="preserve">adron </w:t>
      </w:r>
      <w:r>
        <w:rPr>
          <w:b/>
          <w:i w:val="0"/>
          <w:smallCaps w:val="0"/>
          <w:strike w:val="0"/>
          <w:sz w:val="24"/>
          <w:highlight w:val="cyan"/>
          <w:u w:val="single"/>
        </w:rPr>
        <w:t>C</w:t>
      </w:r>
      <w:r>
        <w:rPr>
          <w:b w:val="0"/>
          <w:i w:val="0"/>
          <w:smallCaps w:val="0"/>
          <w:strike w:val="0"/>
          <w:sz w:val="16"/>
          <w:u w:val="none"/>
        </w:rPr>
        <w:t xml:space="preserve">ollider near Geneva. </w:t>
      </w:r>
      <w:r>
        <w:rPr>
          <w:b w:val="0"/>
          <w:i w:val="0"/>
          <w:smallCaps w:val="0"/>
          <w:strike w:val="0"/>
          <w:sz w:val="22"/>
          <w:highlight w:val="cyan"/>
          <w:u w:val="single"/>
        </w:rPr>
        <w:t>It would</w:t>
      </w:r>
      <w:r>
        <w:rPr>
          <w:b w:val="0"/>
          <w:i w:val="0"/>
          <w:smallCaps w:val="0"/>
          <w:strike w:val="0"/>
          <w:sz w:val="22"/>
          <w:u w:val="single"/>
        </w:rPr>
        <w:t xml:space="preserve"> also </w:t>
      </w:r>
      <w:r>
        <w:rPr>
          <w:b w:val="0"/>
          <w:i w:val="0"/>
          <w:smallCaps w:val="0"/>
          <w:strike w:val="0"/>
          <w:sz w:val="22"/>
          <w:highlight w:val="cyan"/>
          <w:u w:val="single"/>
        </w:rPr>
        <w:t>require a</w:t>
      </w:r>
      <w:r>
        <w:rPr>
          <w:b w:val="0"/>
          <w:i w:val="0"/>
          <w:smallCaps w:val="0"/>
          <w:strike w:val="0"/>
          <w:sz w:val="22"/>
          <w:u w:val="single"/>
        </w:rPr>
        <w:t xml:space="preserve"> seed particle called a </w:t>
      </w:r>
      <w:r>
        <w:rPr>
          <w:b w:val="0"/>
          <w:i w:val="0"/>
          <w:smallCaps w:val="0"/>
          <w:strike w:val="0"/>
          <w:sz w:val="22"/>
          <w:highlight w:val="cyan"/>
          <w:u w:val="single"/>
        </w:rPr>
        <w:t>‘monopole’ (which</w:t>
      </w:r>
      <w:r>
        <w:rPr>
          <w:b w:val="0"/>
          <w:i w:val="0"/>
          <w:smallCaps w:val="0"/>
          <w:strike w:val="0"/>
          <w:sz w:val="22"/>
          <w:u w:val="single"/>
        </w:rPr>
        <w:t xml:space="preserve"> is hypothesized to exist by some models of </w:t>
      </w:r>
      <w:r>
        <w:rPr>
          <w:b w:val="0"/>
          <w:i w:val="0"/>
          <w:smallCaps w:val="0"/>
          <w:strike w:val="0"/>
          <w:sz w:val="22"/>
          <w:u w:val="single"/>
        </w:rPr>
        <w:t>physics, but</w:t>
      </w:r>
      <w:r>
        <w:rPr>
          <w:b w:val="0"/>
          <w:i w:val="0"/>
          <w:smallCaps w:val="0"/>
          <w:strike w:val="0"/>
          <w:sz w:val="22"/>
          <w:u w:val="single"/>
        </w:rPr>
        <w:t xml:space="preserve"> </w:t>
      </w:r>
      <w:r>
        <w:rPr>
          <w:b w:val="0"/>
          <w:i w:val="0"/>
          <w:smallCaps w:val="0"/>
          <w:strike w:val="0"/>
          <w:sz w:val="22"/>
          <w:highlight w:val="cyan"/>
          <w:u w:val="single"/>
        </w:rPr>
        <w:t>has yet to be found)</w:t>
      </w:r>
      <w:r>
        <w:rPr>
          <w:b w:val="0"/>
          <w:i w:val="0"/>
          <w:smallCaps w:val="0"/>
          <w:strike w:val="0"/>
          <w:sz w:val="22"/>
          <w:u w:val="single"/>
        </w:rPr>
        <w:t>.</w:t>
      </w:r>
    </w:p>
    <w:p>
      <w:pPr>
        <w:spacing w:after="60"/>
      </w:pPr>
      <w:r>
        <w:rPr>
          <w:b w:val="0"/>
          <w:i w:val="0"/>
          <w:smallCaps w:val="0"/>
          <w:strike w:val="0"/>
          <w:sz w:val="16"/>
          <w:u w:val="none"/>
        </w:rPr>
        <w:t xml:space="preserve">The idea goes that if we could impart enough energy to a </w:t>
      </w:r>
      <w:r>
        <w:rPr>
          <w:b w:val="0"/>
          <w:i w:val="0"/>
          <w:smallCaps w:val="0"/>
          <w:strike w:val="0"/>
          <w:sz w:val="16"/>
          <w:u w:val="none"/>
        </w:rPr>
        <w:t>monopole</w:t>
      </w:r>
      <w:r>
        <w:rPr>
          <w:b w:val="0"/>
          <w:i w:val="0"/>
          <w:smallCaps w:val="0"/>
          <w:strike w:val="0"/>
          <w:sz w:val="16"/>
          <w:u w:val="none"/>
        </w:rPr>
        <w:t xml:space="preserve">, it will start to inflate. Rather than </w:t>
      </w:r>
      <w:r>
        <w:rPr>
          <w:b w:val="0"/>
          <w:i w:val="0"/>
          <w:smallCaps w:val="0"/>
          <w:strike w:val="0"/>
          <w:sz w:val="16"/>
          <w:u w:val="none"/>
        </w:rPr>
        <w:t>growing in size</w:t>
      </w:r>
      <w:r>
        <w:rPr>
          <w:b w:val="0"/>
          <w:i w:val="0"/>
          <w:smallCaps w:val="0"/>
          <w:strike w:val="0"/>
          <w:sz w:val="16"/>
          <w:u w:val="none"/>
        </w:rPr>
        <w:t xml:space="preserve"> within our Universe, the expanding monopole would bend spacetime within the accelerator to create a tiny wormhole tunnel leading to a separate region of space. From within our </w:t>
      </w:r>
      <w:r>
        <w:rPr>
          <w:b w:val="0"/>
          <w:i w:val="0"/>
          <w:smallCaps w:val="0"/>
          <w:strike w:val="0"/>
          <w:sz w:val="16"/>
          <w:u w:val="none"/>
        </w:rPr>
        <w:t>lab</w:t>
      </w:r>
      <w:r>
        <w:rPr>
          <w:b w:val="0"/>
          <w:i w:val="0"/>
          <w:smallCaps w:val="0"/>
          <w:strike w:val="0"/>
          <w:sz w:val="16"/>
          <w:u w:val="none"/>
        </w:rPr>
        <w:t xml:space="preserve"> we would see only the mouth of the wormhole; it would appear to us as a mini black hole, so small as to be utterly harmless. But if we could travel into that wormhole, we would pass through a gateway into a rapidly expanding baby universe that we had created. (A video illustrating this process provides some further details.)</w:t>
      </w:r>
    </w:p>
    <w:p>
      <w:pPr>
        <w:spacing w:after="60"/>
      </w:pPr>
      <w:r>
        <w:rPr>
          <w:b w:val="0"/>
          <w:i w:val="0"/>
          <w:smallCaps w:val="0"/>
          <w:strike w:val="0"/>
          <w:sz w:val="22"/>
          <w:highlight w:val="cyan"/>
          <w:u w:val="single"/>
        </w:rPr>
        <w:t xml:space="preserve">We have </w:t>
      </w:r>
      <w:r>
        <w:rPr>
          <w:b/>
          <w:i w:val="0"/>
          <w:smallCaps w:val="0"/>
          <w:strike w:val="0"/>
          <w:sz w:val="24"/>
          <w:highlight w:val="cyan"/>
          <w:u w:val="single"/>
        </w:rPr>
        <w:t>no reason</w:t>
      </w:r>
      <w:r>
        <w:rPr>
          <w:b w:val="0"/>
          <w:i w:val="0"/>
          <w:smallCaps w:val="0"/>
          <w:strike w:val="0"/>
          <w:sz w:val="22"/>
          <w:highlight w:val="cyan"/>
          <w:u w:val="single"/>
        </w:rPr>
        <w:t xml:space="preserve"> to believe</w:t>
      </w:r>
      <w:r>
        <w:rPr>
          <w:b w:val="0"/>
          <w:i w:val="0"/>
          <w:smallCaps w:val="0"/>
          <w:strike w:val="0"/>
          <w:sz w:val="22"/>
          <w:u w:val="single"/>
        </w:rPr>
        <w:t xml:space="preserve"> that </w:t>
      </w:r>
      <w:r>
        <w:rPr>
          <w:b/>
          <w:i w:val="0"/>
          <w:smallCaps w:val="0"/>
          <w:strike w:val="0"/>
          <w:sz w:val="24"/>
          <w:highlight w:val="cyan"/>
          <w:u w:val="single"/>
        </w:rPr>
        <w:t>even the most advanced</w:t>
      </w:r>
      <w:r>
        <w:rPr>
          <w:b w:val="0"/>
          <w:i w:val="0"/>
          <w:smallCaps w:val="0"/>
          <w:strike w:val="0"/>
          <w:sz w:val="22"/>
          <w:u w:val="single"/>
        </w:rPr>
        <w:t xml:space="preserve"> physics </w:t>
      </w:r>
      <w:r>
        <w:rPr>
          <w:b w:val="0"/>
          <w:i w:val="0"/>
          <w:smallCaps w:val="0"/>
          <w:strike w:val="0"/>
          <w:sz w:val="22"/>
          <w:highlight w:val="cyan"/>
          <w:u w:val="single"/>
        </w:rPr>
        <w:t>hackers could conjure a cosmos</w:t>
      </w:r>
      <w:r>
        <w:rPr>
          <w:b w:val="0"/>
          <w:i w:val="0"/>
          <w:smallCaps w:val="0"/>
          <w:strike w:val="0"/>
          <w:sz w:val="22"/>
          <w:u w:val="single"/>
        </w:rPr>
        <w:t xml:space="preserve"> from nothing at all</w:t>
      </w:r>
      <w:r>
        <w:rPr>
          <w:b w:val="0"/>
          <w:i w:val="0"/>
          <w:smallCaps w:val="0"/>
          <w:strike w:val="0"/>
          <w:sz w:val="16"/>
          <w:u w:val="none"/>
        </w:rPr>
        <w:t>, Page argues. Linde’s concept of cosmogenesis, audacious as it might be, is still fundamentally technological. Page, therefore, sees little threat to his faith. On this first issue, then, cosmogenesis would not necessarily upset existing theological views.</w:t>
      </w:r>
    </w:p>
    <w:p>
      <w:pPr>
        <w:spacing w:after="60"/>
      </w:pPr>
      <w:r>
        <w:rPr>
          <w:b w:val="0"/>
          <w:i w:val="0"/>
          <w:smallCaps w:val="0"/>
          <w:strike w:val="0"/>
          <w:sz w:val="12"/>
          <w:u w:val="none"/>
        </w:rPr>
        <w:t xml:space="preserve">But flipping the problem around, I started to wonder: what are the implications of humans even considering the possibility of one day making a universe that could become inhabited by intelligent life? As I discuss in my book A Big Bang in a Little Room (2017), current theory suggests that, once we have created a new universe, we would have little ability to control its evolution or the potential suffering of any of its residents. Wouldn’t that make us irresponsible and reckless deities? I posed the question to Eduardo </w:t>
      </w:r>
      <w:r>
        <w:rPr>
          <w:b w:val="0"/>
          <w:i w:val="0"/>
          <w:smallCaps w:val="0"/>
          <w:strike w:val="0"/>
          <w:sz w:val="12"/>
          <w:u w:val="none"/>
        </w:rPr>
        <w:t>Guendelman</w:t>
      </w:r>
      <w:r>
        <w:rPr>
          <w:b w:val="0"/>
          <w:i w:val="0"/>
          <w:smallCaps w:val="0"/>
          <w:strike w:val="0"/>
          <w:sz w:val="12"/>
          <w:u w:val="none"/>
        </w:rPr>
        <w:t xml:space="preserve">, a physicist at Ben Gurion University in Israel, who was one of the architects of the cosmogenesis model back in the 1980s. Today, </w:t>
      </w:r>
      <w:r>
        <w:rPr>
          <w:b w:val="0"/>
          <w:i w:val="0"/>
          <w:smallCaps w:val="0"/>
          <w:strike w:val="0"/>
          <w:sz w:val="12"/>
          <w:u w:val="none"/>
        </w:rPr>
        <w:t>Guendelman</w:t>
      </w:r>
      <w:r>
        <w:rPr>
          <w:b w:val="0"/>
          <w:i w:val="0"/>
          <w:smallCaps w:val="0"/>
          <w:strike w:val="0"/>
          <w:sz w:val="12"/>
          <w:u w:val="none"/>
        </w:rPr>
        <w:t xml:space="preserve"> is engaged in research that could bring baby-universe-making within practical grasp. I was surprised to find that the moral issues did not cause him any discomfort. </w:t>
      </w:r>
      <w:r>
        <w:rPr>
          <w:b w:val="0"/>
          <w:i w:val="0"/>
          <w:smallCaps w:val="0"/>
          <w:strike w:val="0"/>
          <w:sz w:val="12"/>
          <w:u w:val="none"/>
        </w:rPr>
        <w:t>Guendelman</w:t>
      </w:r>
      <w:r>
        <w:rPr>
          <w:b w:val="0"/>
          <w:i w:val="0"/>
          <w:smallCaps w:val="0"/>
          <w:strike w:val="0"/>
          <w:sz w:val="12"/>
          <w:u w:val="none"/>
        </w:rPr>
        <w:t xml:space="preserve"> likens scientists pondering their responsibility over making a baby universe to parents deciding </w:t>
      </w:r>
      <w:r>
        <w:rPr>
          <w:b w:val="0"/>
          <w:i w:val="0"/>
          <w:smallCaps w:val="0"/>
          <w:strike w:val="0"/>
          <w:sz w:val="12"/>
          <w:u w:val="none"/>
        </w:rPr>
        <w:t>whether or not</w:t>
      </w:r>
      <w:r>
        <w:rPr>
          <w:b w:val="0"/>
          <w:i w:val="0"/>
          <w:smallCaps w:val="0"/>
          <w:strike w:val="0"/>
          <w:sz w:val="12"/>
          <w:u w:val="none"/>
        </w:rPr>
        <w:t xml:space="preserve"> to have children, knowing they will inevitably introduce them to a life filled with pain as well as joy.</w:t>
      </w:r>
    </w:p>
    <w:p>
      <w:pPr>
        <w:spacing w:after="60"/>
      </w:pPr>
      <w:r>
        <w:rPr>
          <w:b w:val="0"/>
          <w:i w:val="0"/>
          <w:smallCaps w:val="0"/>
          <w:strike w:val="0"/>
          <w:sz w:val="12"/>
          <w:u w:val="none"/>
        </w:rPr>
        <w:t>Other physicists are more wary. Nobuyuki Sakai of Yamaguchi University in Japan, one of the theorists who proposed that a monopole could serve as the seed for a baby universe, admitted that cosmogenesis is a thorny issue that we should ‘worry’ about as a society in the future. But he absolved himself of any ethical concerns today. Although he is performing the calculations that could allow cosmogenesis, he notes that it will be decades before such an experiment might feasibly be realized. Ethical concerns can wait.</w:t>
      </w:r>
    </w:p>
    <w:p>
      <w:pPr>
        <w:spacing w:after="60"/>
      </w:pPr>
      <w:r>
        <w:rPr>
          <w:b w:val="0"/>
          <w:i w:val="0"/>
          <w:smallCaps w:val="0"/>
          <w:strike w:val="0"/>
          <w:sz w:val="12"/>
          <w:u w:val="none"/>
        </w:rPr>
        <w:t xml:space="preserve">Many of the physicists I approached were reluctant to wade into such potential philosophical quandaries. </w:t>
      </w:r>
      <w:r>
        <w:rPr>
          <w:b w:val="0"/>
          <w:i w:val="0"/>
          <w:smallCaps w:val="0"/>
          <w:strike w:val="0"/>
          <w:sz w:val="12"/>
          <w:u w:val="none"/>
        </w:rPr>
        <w:t>So</w:t>
      </w:r>
      <w:r>
        <w:rPr>
          <w:b w:val="0"/>
          <w:i w:val="0"/>
          <w:smallCaps w:val="0"/>
          <w:strike w:val="0"/>
          <w:sz w:val="12"/>
          <w:u w:val="none"/>
        </w:rPr>
        <w:t xml:space="preserve"> I turned to a philosopher, Anders Sandberg at the University of Oxford, who contemplates the moral implications of creating artificial sentient life in computer simulations. He argues that the proliferation of intelligent life, regardless of form, can be taken as something that has inherent value. In that case, cosmogenesis might </w:t>
      </w:r>
      <w:r>
        <w:rPr>
          <w:b w:val="0"/>
          <w:i w:val="0"/>
          <w:smallCaps w:val="0"/>
          <w:strike w:val="0"/>
          <w:sz w:val="12"/>
          <w:u w:val="none"/>
        </w:rPr>
        <w:t>actually be</w:t>
      </w:r>
      <w:r>
        <w:rPr>
          <w:b w:val="0"/>
          <w:i w:val="0"/>
          <w:smallCaps w:val="0"/>
          <w:strike w:val="0"/>
          <w:sz w:val="12"/>
          <w:u w:val="none"/>
        </w:rPr>
        <w:t xml:space="preserve"> a moral obligation.</w:t>
      </w:r>
    </w:p>
    <w:p>
      <w:pPr>
        <w:spacing w:after="60"/>
      </w:pPr>
      <w:r>
        <w:rPr>
          <w:b w:val="0"/>
          <w:i w:val="0"/>
          <w:smallCaps w:val="0"/>
          <w:strike w:val="0"/>
          <w:sz w:val="12"/>
          <w:u w:val="none"/>
        </w:rPr>
        <w:t>Looking back on my numerous conversations with scientists and philosophers on these issues, I’ve concluded that the editors at Nuclear Physics B did a disservice both to physics and to theology. Their little act of censorship served only to stifle an important discussion. The real danger lies in fostering an air of hostility between the two sides, leaving scientists afraid to speak honestly about the religious and ethical consequences of their work out of concerns of professional reprisal or ridicule.</w:t>
      </w:r>
    </w:p>
    <w:p>
      <w:pPr>
        <w:spacing w:after="60"/>
      </w:pPr>
      <w:r>
        <w:rPr>
          <w:b/>
          <w:i w:val="0"/>
          <w:smallCaps w:val="0"/>
          <w:strike w:val="0"/>
          <w:sz w:val="24"/>
          <w:highlight w:val="cyan"/>
          <w:u w:val="single"/>
        </w:rPr>
        <w:t>We will not be creating baby universes anytime soon</w:t>
      </w:r>
      <w:r>
        <w:rPr>
          <w:b w:val="0"/>
          <w:i w:val="0"/>
          <w:smallCaps w:val="0"/>
          <w:strike w:val="0"/>
          <w:sz w:val="16"/>
          <w:u w:val="none"/>
        </w:rPr>
        <w:t>, but scientists in all areas of research must feel able to freely articulate the implications of their work without concern for causing offense. Cosmogenesis is an extreme example that tests the principle. Parallel ethical issues are at stake in the more near-term prospects of creating artificial intelligence or developing new kinds of weapons, for instance. As Sandberg put it, although it is understandable that scientists shy away from philosophy, afraid of being thought weird for veering beyond their comfort zone, the unwanted result is that many of them keep quiet on things that really matter.</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