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They should have already done it! That means either the impact isn’t true, or aliens don’t exist.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Richard A. </w:t>
      </w:r>
      <w:r>
        <w:rPr>
          <w:b/>
          <w:i w:val="0"/>
          <w:smallCaps w:val="0"/>
          <w:strike w:val="0"/>
          <w:sz w:val="26"/>
          <w:u w:val="none"/>
        </w:rPr>
        <w:t>Posner 4</w:t>
      </w:r>
      <w:r>
        <w:rPr>
          <w:b w:val="0"/>
          <w:i w:val="0"/>
          <w:smallCaps w:val="0"/>
          <w:strike w:val="0"/>
          <w:u w:val="none"/>
        </w:rPr>
        <w:t>, Circuit Judge on the United States Court of Appeals for the Seventh Circuit and Senior Lecturer at the University of Chicago Law School, LLB from Harvard University Law School, Catastrophe: Risk and Response, p. 31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possible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catastrophes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examined</w:t>
      </w:r>
      <w:r>
        <w:rPr>
          <w:b w:val="0"/>
          <w:i w:val="0"/>
          <w:smallCaps w:val="0"/>
          <w:strike w:val="0"/>
          <w:u w:val="none"/>
        </w:rPr>
        <w:t xml:space="preserve"> by the assessors were not limited to a </w:t>
      </w:r>
      <w:r>
        <w:rPr>
          <w:b w:val="0"/>
          <w:i w:val="0"/>
          <w:smallCaps w:val="0"/>
          <w:strike w:val="0"/>
          <w:u w:val="none"/>
        </w:rPr>
        <w:t>strangelet</w:t>
      </w:r>
      <w:r>
        <w:rPr>
          <w:b w:val="0"/>
          <w:i w:val="0"/>
          <w:smallCaps w:val="0"/>
          <w:strike w:val="0"/>
          <w:u w:val="none"/>
        </w:rPr>
        <w:t xml:space="preserve"> disaster.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included</w:t>
      </w:r>
      <w:r>
        <w:rPr>
          <w:b w:val="0"/>
          <w:i w:val="0"/>
          <w:smallCaps w:val="0"/>
          <w:strike w:val="0"/>
          <w:u w:val="none"/>
        </w:rPr>
        <w:t xml:space="preserve"> creating a black hole that would swallow the earth and maybe the rest of our solar system as </w:t>
      </w:r>
      <w:r>
        <w:rPr>
          <w:b w:val="0"/>
          <w:i w:val="0"/>
          <w:smallCaps w:val="0"/>
          <w:strike w:val="0"/>
          <w:u w:val="none"/>
        </w:rPr>
        <w:t>well,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destroying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entire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universe by causing a phase transition</w:t>
      </w:r>
      <w:r>
        <w:rPr>
          <w:b w:val="0"/>
          <w:i w:val="0"/>
          <w:smallCaps w:val="0"/>
          <w:strike w:val="0"/>
          <w:u w:val="none"/>
        </w:rPr>
        <w:t>. What we call "space" may conceivably "exist in different 'phases,' rather as water can exist in three forms: ice, liquid, and steam</w:t>
      </w:r>
      <w:r>
        <w:rPr>
          <w:b w:val="0"/>
          <w:i w:val="0"/>
          <w:smallCaps w:val="0"/>
          <w:strike w:val="0"/>
          <w:u w:val="none"/>
        </w:rPr>
        <w:t>. . . .</w:t>
      </w:r>
      <w:r>
        <w:rPr>
          <w:b w:val="0"/>
          <w:i w:val="0"/>
          <w:smallCaps w:val="0"/>
          <w:strike w:val="0"/>
          <w:u w:val="none"/>
        </w:rPr>
        <w:t xml:space="preserve"> Some [</w:t>
      </w:r>
      <w:r>
        <w:rPr>
          <w:b w:val="0"/>
          <w:i w:val="0"/>
          <w:smallCaps w:val="0"/>
          <w:strike w:val="0"/>
          <w:u w:val="none"/>
        </w:rPr>
        <w:t>physicistsl</w:t>
      </w:r>
      <w:r>
        <w:rPr>
          <w:b w:val="0"/>
          <w:i w:val="0"/>
          <w:smallCaps w:val="0"/>
          <w:strike w:val="0"/>
          <w:u w:val="none"/>
        </w:rPr>
        <w:t xml:space="preserve"> have speculated that </w:t>
      </w:r>
      <w:r>
        <w:rPr>
          <w:b w:val="0"/>
          <w:i w:val="0"/>
          <w:smallCaps w:val="0"/>
          <w:strike w:val="0"/>
          <w:sz w:val="22"/>
          <w:u w:val="single"/>
        </w:rPr>
        <w:t>the concentrated energy created</w:t>
      </w:r>
      <w:r>
        <w:rPr>
          <w:b w:val="0"/>
          <w:i w:val="0"/>
          <w:smallCaps w:val="0"/>
          <w:strike w:val="0"/>
          <w:u w:val="none"/>
        </w:rPr>
        <w:t xml:space="preserve"> when [subatomic] particles crash together </w:t>
      </w:r>
      <w:r>
        <w:rPr>
          <w:b w:val="0"/>
          <w:i w:val="0"/>
          <w:smallCaps w:val="0"/>
          <w:strike w:val="0"/>
          <w:sz w:val="22"/>
          <w:u w:val="single"/>
        </w:rPr>
        <w:t>could trigger a 'phase transition' that would rip the fabric of space itself</w:t>
      </w:r>
      <w:r>
        <w:rPr>
          <w:b w:val="0"/>
          <w:i w:val="0"/>
          <w:smallCaps w:val="0"/>
          <w:strike w:val="0"/>
          <w:u w:val="none"/>
        </w:rPr>
        <w:t xml:space="preserve">,'1 </w:t>
      </w:r>
      <w:r>
        <w:rPr>
          <w:b w:val="0"/>
          <w:i w:val="0"/>
          <w:smallCaps w:val="0"/>
          <w:strike w:val="0"/>
          <w:sz w:val="22"/>
          <w:u w:val="single"/>
        </w:rPr>
        <w:t>destroying all the atoms in the entire universe</w:t>
      </w:r>
      <w:r>
        <w:rPr>
          <w:b w:val="0"/>
          <w:i w:val="0"/>
          <w:smallCaps w:val="0"/>
          <w:strike w:val="0"/>
          <w:u w:val="none"/>
        </w:rPr>
        <w:t xml:space="preserve">.48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However, 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consequences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seem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less likely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even than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strangelet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disaster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One minor though intriguing reason for thinking this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there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intelligent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life elsewhere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universe,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seems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highly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sheer number of planets</w:t>
      </w:r>
      <w:r>
        <w:rPr>
          <w:b w:val="0"/>
          <w:i w:val="0"/>
          <w:smallCaps w:val="0"/>
          <w:strike w:val="0"/>
          <w:u w:val="none"/>
        </w:rPr>
        <w:t xml:space="preserve"> (see the introduction),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some civilization more advanced than our own would already have built a</w:t>
      </w:r>
      <w:r>
        <w:rPr>
          <w:b/>
          <w:i w:val="0"/>
          <w:smallCaps w:val="0"/>
          <w:strike w:val="0"/>
          <w:sz w:val="24"/>
          <w:u w:val="single"/>
        </w:rPr>
        <w:t xml:space="preserve"> particle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accelerator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powerful as RH</w:t>
      </w:r>
      <w:r>
        <w:rPr>
          <w:b w:val="0"/>
          <w:i w:val="0"/>
          <w:smallCaps w:val="0"/>
          <w:strike w:val="0"/>
          <w:sz w:val="22"/>
          <w:u w:val="single"/>
        </w:rPr>
        <w:t>IC,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precipitating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phase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transition that would have destroyed the universe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