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Extinction is the </w:t>
      </w:r>
      <w:r>
        <w:rPr>
          <w:b/>
          <w:i w:val="0"/>
          <w:smallCaps w:val="0"/>
          <w:strike w:val="0"/>
          <w:sz w:val="26"/>
          <w:u w:val="single"/>
        </w:rPr>
        <w:t>worst outcome</w:t>
      </w:r>
      <w:r>
        <w:rPr>
          <w:b/>
          <w:i w:val="0"/>
          <w:smallCaps w:val="0"/>
          <w:strike w:val="0"/>
          <w:sz w:val="26"/>
          <w:u w:val="none"/>
        </w:rPr>
        <w:t xml:space="preserve"> for non-human life by </w:t>
      </w:r>
      <w:r>
        <w:rPr>
          <w:b/>
          <w:i w:val="0"/>
          <w:smallCaps w:val="0"/>
          <w:strike w:val="0"/>
          <w:sz w:val="26"/>
          <w:u w:val="single"/>
        </w:rPr>
        <w:t>obliterating</w:t>
      </w:r>
      <w:r>
        <w:rPr>
          <w:b/>
          <w:i w:val="0"/>
          <w:smallCaps w:val="0"/>
          <w:strike w:val="0"/>
          <w:sz w:val="26"/>
          <w:u w:val="none"/>
        </w:rPr>
        <w:t xml:space="preserve"> them as well---the </w:t>
      </w:r>
      <w:r>
        <w:rPr>
          <w:b/>
          <w:i w:val="0"/>
          <w:smallCaps w:val="0"/>
          <w:strike w:val="0"/>
          <w:sz w:val="26"/>
          <w:u w:val="single"/>
        </w:rPr>
        <w:t>better option</w:t>
      </w:r>
      <w:r>
        <w:rPr>
          <w:b/>
          <w:i w:val="0"/>
          <w:smallCaps w:val="0"/>
          <w:strike w:val="0"/>
          <w:sz w:val="26"/>
          <w:u w:val="none"/>
        </w:rPr>
        <w:t xml:space="preserve"> to the removal of </w:t>
      </w:r>
      <w:r>
        <w:rPr>
          <w:b/>
          <w:i w:val="0"/>
          <w:smallCaps w:val="0"/>
          <w:strike w:val="0"/>
          <w:sz w:val="26"/>
          <w:u w:val="single"/>
        </w:rPr>
        <w:t>suffering</w:t>
      </w:r>
      <w:r>
        <w:rPr>
          <w:b/>
          <w:i w:val="0"/>
          <w:smallCaps w:val="0"/>
          <w:strike w:val="0"/>
          <w:sz w:val="26"/>
          <w:u w:val="none"/>
        </w:rPr>
        <w:t xml:space="preserve">, not removal of </w:t>
      </w:r>
      <w:r>
        <w:rPr>
          <w:b/>
          <w:i w:val="0"/>
          <w:smallCaps w:val="0"/>
          <w:strike w:val="0"/>
          <w:sz w:val="26"/>
          <w:u w:val="single"/>
        </w:rPr>
        <w:t>sufferers</w:t>
      </w:r>
      <w:r>
        <w:rPr>
          <w:b/>
          <w:i w:val="0"/>
          <w:smallCaps w:val="0"/>
          <w:strike w:val="0"/>
          <w:sz w:val="26"/>
          <w:u w:val="none"/>
        </w:rPr>
        <w:t xml:space="preserve">, which </w:t>
      </w:r>
      <w:r>
        <w:rPr>
          <w:b/>
          <w:i w:val="0"/>
          <w:smallCaps w:val="0"/>
          <w:strike w:val="0"/>
          <w:sz w:val="26"/>
          <w:u w:val="single"/>
        </w:rPr>
        <w:t>requires</w:t>
      </w:r>
      <w:r>
        <w:rPr>
          <w:b/>
          <w:i w:val="0"/>
          <w:smallCaps w:val="0"/>
          <w:strike w:val="0"/>
          <w:sz w:val="26"/>
          <w:u w:val="none"/>
        </w:rPr>
        <w:t xml:space="preserve"> continued existence, innovation, and improvement</w:t>
      </w:r>
    </w:p>
    <w:p>
      <w:pPr>
        <w:spacing w:after="80"/>
      </w:pPr>
      <w:r>
        <w:rPr>
          <w:b w:val="0"/>
          <w:i w:val="0"/>
          <w:smallCaps w:val="0"/>
          <w:strike w:val="0"/>
          <w:u w:val="none"/>
        </w:rPr>
        <w:t xml:space="preserve">Dr. Thomas </w:t>
      </w:r>
      <w:r>
        <w:rPr>
          <w:b/>
          <w:i w:val="0"/>
          <w:smallCaps w:val="0"/>
          <w:strike w:val="0"/>
          <w:sz w:val="26"/>
          <w:u w:val="none"/>
        </w:rPr>
        <w:t>Moynihan 20</w:t>
      </w:r>
      <w:r>
        <w:rPr>
          <w:b w:val="0"/>
          <w:i w:val="0"/>
          <w:smallCaps w:val="0"/>
          <w:strike w:val="0"/>
          <w:u w:val="none"/>
        </w:rPr>
        <w:t>, Researcher at the Future of Humanity Institute at the University of Oxford, DPhil from the University of Oxford, “Solve Suffering by Blowing up the Universe? The Dubious Philosophy of Human Extinction”, Global Policy, 11/19/2020, https://www.globalpolicyjournal.com/blog/19/11/2020/solve-suffering-blowing-universe-dubious-philosophy-human-extinction</w:t>
      </w:r>
    </w:p>
    <w:p>
      <w:pPr>
        <w:spacing w:after="60"/>
      </w:pPr>
      <w:r>
        <w:rPr>
          <w:b w:val="0"/>
          <w:i w:val="0"/>
          <w:smallCaps w:val="0"/>
          <w:strike w:val="0"/>
          <w:sz w:val="22"/>
          <w:u w:val="single"/>
        </w:rPr>
        <w:t xml:space="preserve">At a time </w:t>
      </w:r>
      <w:r>
        <w:rPr>
          <w:b w:val="0"/>
          <w:i w:val="0"/>
          <w:smallCaps w:val="0"/>
          <w:strike w:val="0"/>
          <w:sz w:val="22"/>
          <w:highlight w:val="cyan"/>
          <w:u w:val="single"/>
        </w:rPr>
        <w:t>when humans are threatening</w:t>
      </w:r>
      <w:r>
        <w:rPr>
          <w:b w:val="0"/>
          <w:i w:val="0"/>
          <w:smallCaps w:val="0"/>
          <w:strike w:val="0"/>
          <w:sz w:val="16"/>
          <w:u w:val="none"/>
        </w:rPr>
        <w:t xml:space="preserve"> the </w:t>
      </w:r>
      <w:r>
        <w:rPr>
          <w:b w:val="0"/>
          <w:i w:val="0"/>
          <w:smallCaps w:val="0"/>
          <w:strike w:val="0"/>
          <w:sz w:val="22"/>
          <w:u w:val="single"/>
        </w:rPr>
        <w:t xml:space="preserve">extinction of so </w:t>
      </w:r>
      <w:r>
        <w:rPr>
          <w:b w:val="0"/>
          <w:i w:val="0"/>
          <w:smallCaps w:val="0"/>
          <w:strike w:val="0"/>
          <w:sz w:val="22"/>
          <w:highlight w:val="cyan"/>
          <w:u w:val="single"/>
        </w:rPr>
        <w:t>many</w:t>
      </w:r>
      <w:r>
        <w:rPr>
          <w:b w:val="0"/>
          <w:i w:val="0"/>
          <w:smallCaps w:val="0"/>
          <w:strike w:val="0"/>
          <w:sz w:val="16"/>
          <w:u w:val="none"/>
        </w:rPr>
        <w:t xml:space="preserve"> other </w:t>
      </w:r>
      <w:r>
        <w:rPr>
          <w:b w:val="0"/>
          <w:i w:val="0"/>
          <w:smallCaps w:val="0"/>
          <w:strike w:val="0"/>
          <w:sz w:val="22"/>
          <w:highlight w:val="cyan"/>
          <w:u w:val="single"/>
        </w:rPr>
        <w:t>species</w:t>
      </w:r>
      <w:r>
        <w:rPr>
          <w:b w:val="0"/>
          <w:i w:val="0"/>
          <w:smallCaps w:val="0"/>
          <w:strike w:val="0"/>
          <w:sz w:val="22"/>
          <w:u w:val="single"/>
        </w:rPr>
        <w:t xml:space="preserve">, it might not seem so surprising that </w:t>
      </w:r>
      <w:r>
        <w:rPr>
          <w:b w:val="0"/>
          <w:i w:val="0"/>
          <w:smallCaps w:val="0"/>
          <w:strike w:val="0"/>
          <w:sz w:val="22"/>
          <w:highlight w:val="cyan"/>
          <w:u w:val="single"/>
        </w:rPr>
        <w:t>some</w:t>
      </w:r>
      <w:r>
        <w:rPr>
          <w:b w:val="0"/>
          <w:i w:val="0"/>
          <w:smallCaps w:val="0"/>
          <w:strike w:val="0"/>
          <w:sz w:val="22"/>
          <w:u w:val="single"/>
        </w:rPr>
        <w:t xml:space="preserve"> people </w:t>
      </w:r>
      <w:r>
        <w:rPr>
          <w:b w:val="0"/>
          <w:i w:val="0"/>
          <w:smallCaps w:val="0"/>
          <w:strike w:val="0"/>
          <w:sz w:val="22"/>
          <w:highlight w:val="cyan"/>
          <w:u w:val="single"/>
        </w:rPr>
        <w:t>think</w:t>
      </w:r>
      <w:r>
        <w:rPr>
          <w:b w:val="0"/>
          <w:i w:val="0"/>
          <w:smallCaps w:val="0"/>
          <w:strike w:val="0"/>
          <w:sz w:val="22"/>
          <w:u w:val="single"/>
        </w:rPr>
        <w:t xml:space="preserve"> that</w:t>
      </w:r>
      <w:r>
        <w:rPr>
          <w:b w:val="0"/>
          <w:i w:val="0"/>
          <w:smallCaps w:val="0"/>
          <w:strike w:val="0"/>
          <w:sz w:val="16"/>
          <w:u w:val="none"/>
        </w:rPr>
        <w:t xml:space="preserve"> the </w:t>
      </w:r>
      <w:r>
        <w:rPr>
          <w:b w:val="0"/>
          <w:i w:val="0"/>
          <w:smallCaps w:val="0"/>
          <w:strike w:val="0"/>
          <w:sz w:val="22"/>
          <w:highlight w:val="cyan"/>
          <w:u w:val="single"/>
        </w:rPr>
        <w:t>extinction</w:t>
      </w:r>
      <w:r>
        <w:rPr>
          <w:b w:val="0"/>
          <w:i w:val="0"/>
          <w:smallCaps w:val="0"/>
          <w:strike w:val="0"/>
          <w:sz w:val="16"/>
          <w:u w:val="none"/>
        </w:rPr>
        <w:t xml:space="preserve"> of our own species </w:t>
      </w:r>
      <w:r>
        <w:rPr>
          <w:b w:val="0"/>
          <w:i w:val="0"/>
          <w:smallCaps w:val="0"/>
          <w:strike w:val="0"/>
          <w:sz w:val="22"/>
          <w:highlight w:val="cyan"/>
          <w:u w:val="single"/>
        </w:rPr>
        <w:t>would be</w:t>
      </w:r>
      <w:r>
        <w:rPr>
          <w:b w:val="0"/>
          <w:i w:val="0"/>
          <w:smallCaps w:val="0"/>
          <w:strike w:val="0"/>
          <w:sz w:val="16"/>
          <w:u w:val="none"/>
        </w:rPr>
        <w:t xml:space="preserve"> a </w:t>
      </w:r>
      <w:r>
        <w:rPr>
          <w:b w:val="0"/>
          <w:i w:val="0"/>
          <w:smallCaps w:val="0"/>
          <w:strike w:val="0"/>
          <w:sz w:val="22"/>
          <w:highlight w:val="cyan"/>
          <w:u w:val="single"/>
        </w:rPr>
        <w:t>good</w:t>
      </w:r>
      <w:r>
        <w:rPr>
          <w:b w:val="0"/>
          <w:i w:val="0"/>
          <w:smallCaps w:val="0"/>
          <w:strike w:val="0"/>
          <w:sz w:val="16"/>
          <w:u w:val="none"/>
        </w:rPr>
        <w:t xml:space="preserve"> thing. Take, for example, the Voluntary Human Extinction Movement, whose </w:t>
      </w:r>
      <w:r>
        <w:rPr>
          <w:b w:val="0"/>
          <w:i w:val="0"/>
          <w:smallCaps w:val="0"/>
          <w:strike w:val="0"/>
          <w:sz w:val="22"/>
          <w:u w:val="single"/>
        </w:rPr>
        <w:t>founder believes</w:t>
      </w:r>
      <w:r>
        <w:rPr>
          <w:b w:val="0"/>
          <w:i w:val="0"/>
          <w:smallCaps w:val="0"/>
          <w:strike w:val="0"/>
          <w:sz w:val="16"/>
          <w:u w:val="none"/>
        </w:rPr>
        <w:t xml:space="preserve"> that our </w:t>
      </w:r>
      <w:r>
        <w:rPr>
          <w:b w:val="0"/>
          <w:i w:val="0"/>
          <w:smallCaps w:val="0"/>
          <w:strike w:val="0"/>
          <w:sz w:val="22"/>
          <w:u w:val="single"/>
        </w:rPr>
        <w:t>extinction would put an end to the damage we inflict on</w:t>
      </w:r>
      <w:r>
        <w:rPr>
          <w:b w:val="0"/>
          <w:i w:val="0"/>
          <w:smallCaps w:val="0"/>
          <w:strike w:val="0"/>
          <w:sz w:val="16"/>
          <w:u w:val="none"/>
        </w:rPr>
        <w:t xml:space="preserve"> each other and </w:t>
      </w:r>
      <w:r>
        <w:rPr>
          <w:b w:val="0"/>
          <w:i w:val="0"/>
          <w:smallCaps w:val="0"/>
          <w:strike w:val="0"/>
          <w:sz w:val="22"/>
          <w:u w:val="single"/>
        </w:rPr>
        <w:t>ecosystems</w:t>
      </w:r>
      <w:r>
        <w:rPr>
          <w:b w:val="0"/>
          <w:i w:val="0"/>
          <w:smallCaps w:val="0"/>
          <w:strike w:val="0"/>
          <w:sz w:val="16"/>
          <w:u w:val="none"/>
        </w:rPr>
        <w:t xml:space="preserve"> more generally.</w:t>
      </w:r>
    </w:p>
    <w:p>
      <w:pPr>
        <w:spacing w:after="60"/>
      </w:pPr>
      <w:r>
        <w:rPr>
          <w:b w:val="0"/>
          <w:i w:val="0"/>
          <w:smallCaps w:val="0"/>
          <w:strike w:val="0"/>
          <w:sz w:val="16"/>
          <w:u w:val="none"/>
        </w:rPr>
        <w:t xml:space="preserve">Or </w:t>
      </w:r>
      <w:r>
        <w:rPr>
          <w:b w:val="0"/>
          <w:i w:val="0"/>
          <w:smallCaps w:val="0"/>
          <w:strike w:val="0"/>
          <w:sz w:val="22"/>
          <w:u w:val="single"/>
        </w:rPr>
        <w:t>there’s</w:t>
      </w:r>
      <w:r>
        <w:rPr>
          <w:b w:val="0"/>
          <w:i w:val="0"/>
          <w:smallCaps w:val="0"/>
          <w:strike w:val="0"/>
          <w:sz w:val="16"/>
          <w:u w:val="none"/>
        </w:rPr>
        <w:t xml:space="preserve"> the South African philosopher David </w:t>
      </w:r>
      <w:r>
        <w:rPr>
          <w:b w:val="0"/>
          <w:i w:val="0"/>
          <w:smallCaps w:val="0"/>
          <w:strike w:val="0"/>
          <w:sz w:val="22"/>
          <w:u w:val="single"/>
        </w:rPr>
        <w:t>Benatar, who argues that bringing people into existence always does them harm</w:t>
      </w:r>
      <w:r>
        <w:rPr>
          <w:b w:val="0"/>
          <w:i w:val="0"/>
          <w:smallCaps w:val="0"/>
          <w:strike w:val="0"/>
          <w:sz w:val="16"/>
          <w:u w:val="none"/>
        </w:rPr>
        <w:t>. He recommends we cease procreating and gradually desert the Earth.</w:t>
      </w:r>
    </w:p>
    <w:p>
      <w:pPr>
        <w:spacing w:after="60"/>
      </w:pPr>
      <w:r>
        <w:rPr>
          <w:b w:val="0"/>
          <w:i w:val="0"/>
          <w:smallCaps w:val="0"/>
          <w:strike w:val="0"/>
          <w:sz w:val="16"/>
          <w:u w:val="none"/>
        </w:rPr>
        <w:t xml:space="preserve">But humans aren’t the only beings to feel pain. Non-human animals would continue suffering without us. So, driven by a desire to eliminate suffering entirely, some people have shockingly advocated taking the rest of nature with us. </w:t>
      </w:r>
      <w:r>
        <w:rPr>
          <w:b w:val="0"/>
          <w:i w:val="0"/>
          <w:smallCaps w:val="0"/>
          <w:strike w:val="0"/>
          <w:sz w:val="22"/>
          <w:u w:val="single"/>
        </w:rPr>
        <w:t>They recommend that we actively abolish the world, rather than simply desert it</w:t>
      </w:r>
      <w:r>
        <w:rPr>
          <w:b w:val="0"/>
          <w:i w:val="0"/>
          <w:smallCaps w:val="0"/>
          <w:strike w:val="0"/>
          <w:sz w:val="16"/>
          <w:u w:val="none"/>
        </w:rPr>
        <w:t>.</w:t>
      </w:r>
    </w:p>
    <w:p>
      <w:pPr>
        <w:spacing w:after="60"/>
      </w:pPr>
      <w:r>
        <w:rPr>
          <w:b w:val="0"/>
          <w:i w:val="0"/>
          <w:smallCaps w:val="0"/>
          <w:strike w:val="0"/>
          <w:sz w:val="12"/>
          <w:u w:val="none"/>
        </w:rPr>
        <w:t>This disturbing and extremist position goes surprisingly far back in history.</w:t>
      </w:r>
    </w:p>
    <w:p>
      <w:pPr>
        <w:spacing w:after="60"/>
      </w:pPr>
      <w:r>
        <w:rPr>
          <w:b w:val="0"/>
          <w:i w:val="0"/>
          <w:smallCaps w:val="0"/>
          <w:strike w:val="0"/>
          <w:sz w:val="12"/>
          <w:u w:val="none"/>
        </w:rPr>
        <w:t>Benevolent world-exploders</w:t>
      </w:r>
    </w:p>
    <w:p>
      <w:pPr>
        <w:spacing w:after="60"/>
      </w:pPr>
      <w:r>
        <w:rPr>
          <w:b w:val="0"/>
          <w:i w:val="0"/>
          <w:smallCaps w:val="0"/>
          <w:strike w:val="0"/>
          <w:sz w:val="12"/>
          <w:u w:val="none"/>
        </w:rPr>
        <w:t>Around 1600 years ago, Saint Augustine suggested that humans stop procreating. He endorsed this, however, because he wanted to hasten the Last Judgement and the eternity of joy thereafter.</w:t>
      </w:r>
    </w:p>
    <w:p>
      <w:pPr>
        <w:spacing w:after="60"/>
      </w:pPr>
      <w:r>
        <w:rPr>
          <w:b w:val="0"/>
          <w:i w:val="0"/>
          <w:smallCaps w:val="0"/>
          <w:strike w:val="0"/>
          <w:sz w:val="12"/>
          <w:u w:val="none"/>
        </w:rPr>
        <w:t>If you don’t believe in an afterlife, this becomes a less attractive option. You’d have to be motivated exclusively by removing suffering from nature, without any promise of gaining supernatural rewards. Probably the first person to advocate human extinction in this way was Arthur Schopenhauer. He did so 200 years ago, in 1819, urging that we “spare” the “coming generations” of “the burden of existence”.</w:t>
      </w:r>
    </w:p>
    <w:p>
      <w:pPr>
        <w:spacing w:after="60"/>
      </w:pPr>
      <w:r>
        <w:rPr>
          <w:b w:val="0"/>
          <w:i w:val="0"/>
          <w:smallCaps w:val="0"/>
          <w:strike w:val="0"/>
          <w:sz w:val="12"/>
          <w:u w:val="none"/>
        </w:rPr>
        <w:t>Schopenhauer saw existence as pain so he believed we should stop bringing humans into existence. And he was clear about the result if everyone obeyed: “The human race would die out.”</w:t>
      </w:r>
    </w:p>
    <w:p>
      <w:pPr>
        <w:spacing w:after="60"/>
      </w:pPr>
      <w:r>
        <w:rPr>
          <w:b w:val="0"/>
          <w:i w:val="0"/>
          <w:smallCaps w:val="0"/>
          <w:strike w:val="0"/>
          <w:sz w:val="12"/>
          <w:u w:val="none"/>
        </w:rPr>
        <w:t>But what about the pain of non-human animals? Schopenhauer had an answer, but it wasn’t a convincing one. He was a philosophical idealist, believing that the existence of external nature depends on our self-consciousness of it. So, with the abolition of human brains, the sufferings of less self-aware animals would also “vanish” as they ceased to exist without us around to perceive them.</w:t>
      </w:r>
    </w:p>
    <w:p>
      <w:pPr>
        <w:spacing w:after="60"/>
      </w:pPr>
      <w:r>
        <w:rPr>
          <w:b w:val="0"/>
          <w:i w:val="0"/>
          <w:smallCaps w:val="0"/>
          <w:strike w:val="0"/>
          <w:sz w:val="12"/>
          <w:u w:val="none"/>
        </w:rPr>
        <w:t>Even on Schopenhauer’s own terms, there’s a problem. What if other intelligent and self-conscious beings exist? Perhaps on other planets? Surely, then, our sacrifice would mean nothing; existence and painful perception of it would continue. It fell to Schopenhauer’s disciple, Eduard von Hartmann, to propose a more complete solution.</w:t>
      </w:r>
    </w:p>
    <w:p>
      <w:pPr>
        <w:spacing w:after="60"/>
      </w:pPr>
      <w:r>
        <w:rPr>
          <w:b w:val="0"/>
          <w:i w:val="0"/>
          <w:smallCaps w:val="0"/>
          <w:strike w:val="0"/>
          <w:sz w:val="12"/>
          <w:u w:val="none"/>
        </w:rPr>
        <w:t>Abolishing the universe</w:t>
      </w:r>
    </w:p>
    <w:p>
      <w:pPr>
        <w:spacing w:after="60"/>
      </w:pPr>
      <w:r>
        <w:rPr>
          <w:b w:val="0"/>
          <w:i w:val="0"/>
          <w:smallCaps w:val="0"/>
          <w:strike w:val="0"/>
          <w:sz w:val="12"/>
          <w:u w:val="none"/>
        </w:rPr>
        <w:t>Hartmann, born in Berlin in 1842, wrote a system of pessimistic philosophy that was almost as lengthy as his impressive beard. Infamous in his own time, but completely forgotten in ours, Hartmann proposed a shockingly radical vision.</w:t>
      </w:r>
    </w:p>
    <w:p>
      <w:pPr>
        <w:spacing w:after="60"/>
      </w:pPr>
      <w:r>
        <w:rPr>
          <w:b w:val="0"/>
          <w:i w:val="0"/>
          <w:smallCaps w:val="0"/>
          <w:strike w:val="0"/>
          <w:sz w:val="12"/>
          <w:u w:val="none"/>
        </w:rPr>
        <w:t xml:space="preserve">Writing in 1869, Hartmann rebuked Schopenhauer for thinking of the problem of suffering in only a local and temporary sense. His predecessor’s vision of human extinction “by sexual continence” would not suffice. Hartmann was convinced that, after a few </w:t>
      </w:r>
      <w:r>
        <w:rPr>
          <w:b w:val="0"/>
          <w:i w:val="0"/>
          <w:smallCaps w:val="0"/>
          <w:strike w:val="0"/>
          <w:sz w:val="12"/>
          <w:u w:val="none"/>
        </w:rPr>
        <w:t>aeons</w:t>
      </w:r>
      <w:r>
        <w:rPr>
          <w:b w:val="0"/>
          <w:i w:val="0"/>
          <w:smallCaps w:val="0"/>
          <w:strike w:val="0"/>
          <w:sz w:val="12"/>
          <w:u w:val="none"/>
        </w:rPr>
        <w:t>, another self-conscious species would re-evolve on Earth. This would merely “perpetuate the misery of existence”.</w:t>
      </w:r>
    </w:p>
    <w:p>
      <w:pPr>
        <w:spacing w:after="60"/>
      </w:pPr>
      <w:r>
        <w:rPr>
          <w:b w:val="0"/>
          <w:i w:val="0"/>
          <w:smallCaps w:val="0"/>
          <w:strike w:val="0"/>
          <w:sz w:val="12"/>
          <w:u w:val="none"/>
        </w:rPr>
        <w:t>Hartmann also believed that life exists on other planets. Given his belief that most of it was probably unintelligent, the suffering of such beings would be helpless. They wouldn’t be able to do anything about it.</w:t>
      </w:r>
    </w:p>
    <w:p>
      <w:pPr>
        <w:spacing w:after="60"/>
      </w:pPr>
      <w:r>
        <w:rPr>
          <w:b w:val="0"/>
          <w:i w:val="0"/>
          <w:smallCaps w:val="0"/>
          <w:strike w:val="0"/>
          <w:sz w:val="12"/>
          <w:u w:val="none"/>
        </w:rPr>
        <w:t xml:space="preserve">So, rather than only destroying our own kind, Hartmann thought that, as intelligent beings, we are obligated to find a way to eliminate suffering, permanently and universally. He believed that it is up to humanity to “annihilate” the universe: it is our duty, he </w:t>
      </w:r>
      <w:r>
        <w:rPr>
          <w:b w:val="0"/>
          <w:i w:val="0"/>
          <w:smallCaps w:val="0"/>
          <w:strike w:val="0"/>
          <w:sz w:val="12"/>
          <w:u w:val="none"/>
        </w:rPr>
        <w:t>wrote,</w:t>
      </w:r>
      <w:r>
        <w:rPr>
          <w:b w:val="0"/>
          <w:i w:val="0"/>
          <w:smallCaps w:val="0"/>
          <w:strike w:val="0"/>
          <w:sz w:val="12"/>
          <w:u w:val="none"/>
        </w:rPr>
        <w:t xml:space="preserve"> to “cause the whole </w:t>
      </w:r>
      <w:r>
        <w:rPr>
          <w:b w:val="0"/>
          <w:i w:val="0"/>
          <w:smallCaps w:val="0"/>
          <w:strike w:val="0"/>
          <w:sz w:val="12"/>
          <w:u w:val="none"/>
        </w:rPr>
        <w:t>kosmos</w:t>
      </w:r>
      <w:r>
        <w:rPr>
          <w:b w:val="0"/>
          <w:i w:val="0"/>
          <w:smallCaps w:val="0"/>
          <w:strike w:val="0"/>
          <w:sz w:val="12"/>
          <w:u w:val="none"/>
        </w:rPr>
        <w:t xml:space="preserve"> to disappear”.</w:t>
      </w:r>
    </w:p>
    <w:p>
      <w:pPr>
        <w:spacing w:after="60"/>
      </w:pPr>
      <w:r>
        <w:rPr>
          <w:b w:val="0"/>
          <w:i w:val="0"/>
          <w:smallCaps w:val="0"/>
          <w:strike w:val="0"/>
          <w:sz w:val="12"/>
          <w:u w:val="none"/>
        </w:rPr>
        <w:t xml:space="preserve">Hartmann hoped that if humanity did not prove up to this </w:t>
      </w:r>
      <w:r>
        <w:rPr>
          <w:b w:val="0"/>
          <w:i w:val="0"/>
          <w:smallCaps w:val="0"/>
          <w:strike w:val="0"/>
          <w:sz w:val="12"/>
          <w:u w:val="none"/>
        </w:rPr>
        <w:t>task</w:t>
      </w:r>
      <w:r>
        <w:rPr>
          <w:b w:val="0"/>
          <w:i w:val="0"/>
          <w:smallCaps w:val="0"/>
          <w:strike w:val="0"/>
          <w:sz w:val="12"/>
          <w:u w:val="none"/>
        </w:rPr>
        <w:t xml:space="preserve"> then some planets might evolve beings that would be, long after our own sun is frozen. But he didn’t think this meant we could be complacent. He noted the stringency of conditions required for a planet to be habitable (let alone </w:t>
      </w:r>
      <w:r>
        <w:rPr>
          <w:b w:val="0"/>
          <w:i w:val="0"/>
          <w:smallCaps w:val="0"/>
          <w:strike w:val="0"/>
          <w:sz w:val="12"/>
          <w:u w:val="none"/>
        </w:rPr>
        <w:t>evolve</w:t>
      </w:r>
      <w:r>
        <w:rPr>
          <w:b w:val="0"/>
          <w:i w:val="0"/>
          <w:smallCaps w:val="0"/>
          <w:strike w:val="0"/>
          <w:sz w:val="12"/>
          <w:u w:val="none"/>
        </w:rPr>
        <w:t xml:space="preserve"> creatures with complex brains</w:t>
      </w:r>
      <w:r>
        <w:rPr>
          <w:b w:val="0"/>
          <w:i w:val="0"/>
          <w:smallCaps w:val="0"/>
          <w:strike w:val="0"/>
          <w:sz w:val="12"/>
          <w:u w:val="none"/>
        </w:rPr>
        <w:t>), and</w:t>
      </w:r>
      <w:r>
        <w:rPr>
          <w:b w:val="0"/>
          <w:i w:val="0"/>
          <w:smallCaps w:val="0"/>
          <w:strike w:val="0"/>
          <w:sz w:val="12"/>
          <w:u w:val="none"/>
        </w:rPr>
        <w:t xml:space="preserve"> concluded that the duty might fall exclusively on humans, here and now.</w:t>
      </w:r>
    </w:p>
    <w:p>
      <w:pPr>
        <w:spacing w:after="60"/>
      </w:pPr>
      <w:r>
        <w:rPr>
          <w:b w:val="0"/>
          <w:i w:val="0"/>
          <w:smallCaps w:val="0"/>
          <w:strike w:val="0"/>
          <w:sz w:val="12"/>
          <w:u w:val="none"/>
        </w:rPr>
        <w:t>Euthanasia shockwaves</w:t>
      </w:r>
    </w:p>
    <w:p>
      <w:pPr>
        <w:spacing w:after="60"/>
      </w:pPr>
      <w:r>
        <w:rPr>
          <w:b w:val="0"/>
          <w:i w:val="0"/>
          <w:smallCaps w:val="0"/>
          <w:strike w:val="0"/>
          <w:sz w:val="12"/>
          <w:u w:val="none"/>
        </w:rPr>
        <w:t xml:space="preserve">Hartmann was convinced this was the purpose of creation: that our universe exists </w:t>
      </w:r>
      <w:r>
        <w:rPr>
          <w:b w:val="0"/>
          <w:i w:val="0"/>
          <w:smallCaps w:val="0"/>
          <w:strike w:val="0"/>
          <w:sz w:val="12"/>
          <w:u w:val="none"/>
        </w:rPr>
        <w:t>in order to</w:t>
      </w:r>
      <w:r>
        <w:rPr>
          <w:b w:val="0"/>
          <w:i w:val="0"/>
          <w:smallCaps w:val="0"/>
          <w:strike w:val="0"/>
          <w:sz w:val="12"/>
          <w:u w:val="none"/>
        </w:rPr>
        <w:t xml:space="preserve"> evolve beings compassionate and clever enough to decide to abolish existence itself. He imagined this final moment as a shockwave of deadly euthanasia rippling outwards from Earth, blotting out the “existence of this cosmos” until “all its world-lenses and nebulae have been abolished”.</w:t>
      </w:r>
    </w:p>
    <w:p>
      <w:pPr>
        <w:spacing w:after="60"/>
      </w:pPr>
      <w:r>
        <w:rPr>
          <w:b w:val="0"/>
          <w:i w:val="0"/>
          <w:smallCaps w:val="0"/>
          <w:strike w:val="0"/>
          <w:sz w:val="12"/>
          <w:u w:val="none"/>
        </w:rPr>
        <w:t>He remained unclear as to exactly how this goal would be achieved. Speaking vaguely of humanity’s increasing global unification and spiritual disillusion, he hinted to future scientific and technological discoveries. He was, thankfully, a metaphysician not a physicist.</w:t>
      </w:r>
    </w:p>
    <w:p>
      <w:pPr>
        <w:spacing w:after="60"/>
      </w:pPr>
      <w:r>
        <w:rPr>
          <w:b w:val="0"/>
          <w:i w:val="0"/>
          <w:smallCaps w:val="0"/>
          <w:strike w:val="0"/>
          <w:sz w:val="16"/>
          <w:u w:val="none"/>
        </w:rPr>
        <w:t xml:space="preserve">Hartmann’s </w:t>
      </w:r>
      <w:r>
        <w:rPr>
          <w:b w:val="0"/>
          <w:i w:val="0"/>
          <w:smallCaps w:val="0"/>
          <w:strike w:val="0"/>
          <w:sz w:val="22"/>
          <w:u w:val="single"/>
        </w:rPr>
        <w:t>philosophy is</w:t>
      </w:r>
      <w:r>
        <w:rPr>
          <w:b w:val="0"/>
          <w:i w:val="0"/>
          <w:smallCaps w:val="0"/>
          <w:strike w:val="0"/>
          <w:sz w:val="16"/>
          <w:u w:val="none"/>
        </w:rPr>
        <w:t xml:space="preserve"> fascinating. It is also </w:t>
      </w:r>
      <w:r>
        <w:rPr>
          <w:b/>
          <w:i w:val="0"/>
          <w:smallCaps w:val="0"/>
          <w:strike w:val="0"/>
          <w:sz w:val="24"/>
          <w:highlight w:val="cyan"/>
          <w:u w:val="single"/>
        </w:rPr>
        <w:t>unimaginably wrong</w:t>
      </w:r>
      <w:r>
        <w:rPr>
          <w:b w:val="0"/>
          <w:i w:val="0"/>
          <w:smallCaps w:val="0"/>
          <w:strike w:val="0"/>
          <w:sz w:val="16"/>
          <w:u w:val="none"/>
        </w:rPr>
        <w:t xml:space="preserve">. This is </w:t>
      </w:r>
      <w:r>
        <w:rPr>
          <w:b w:val="0"/>
          <w:i w:val="0"/>
          <w:smallCaps w:val="0"/>
          <w:strike w:val="0"/>
          <w:sz w:val="22"/>
          <w:u w:val="single"/>
        </w:rPr>
        <w:t xml:space="preserve">because he </w:t>
      </w:r>
      <w:r>
        <w:rPr>
          <w:b/>
          <w:i w:val="0"/>
          <w:smallCaps w:val="0"/>
          <w:strike w:val="0"/>
          <w:sz w:val="24"/>
          <w:highlight w:val="cyan"/>
          <w:u w:val="single"/>
        </w:rPr>
        <w:t>confuses</w:t>
      </w:r>
      <w:r>
        <w:rPr>
          <w:b w:val="0"/>
          <w:i w:val="0"/>
          <w:smallCaps w:val="0"/>
          <w:strike w:val="0"/>
          <w:sz w:val="22"/>
          <w:u w:val="single"/>
        </w:rPr>
        <w:t xml:space="preserve"> the </w:t>
      </w:r>
      <w:r>
        <w:rPr>
          <w:b/>
          <w:i w:val="0"/>
          <w:smallCaps w:val="0"/>
          <w:strike w:val="0"/>
          <w:sz w:val="24"/>
          <w:highlight w:val="cyan"/>
          <w:u w:val="single"/>
        </w:rPr>
        <w:t>eradication of suffering</w:t>
      </w:r>
      <w:r>
        <w:rPr>
          <w:b w:val="0"/>
          <w:i w:val="0"/>
          <w:smallCaps w:val="0"/>
          <w:strike w:val="0"/>
          <w:sz w:val="22"/>
          <w:highlight w:val="cyan"/>
          <w:u w:val="single"/>
        </w:rPr>
        <w:t xml:space="preserve"> with</w:t>
      </w:r>
      <w:r>
        <w:rPr>
          <w:b w:val="0"/>
          <w:i w:val="0"/>
          <w:smallCaps w:val="0"/>
          <w:strike w:val="0"/>
          <w:sz w:val="22"/>
          <w:u w:val="single"/>
        </w:rPr>
        <w:t xml:space="preserve"> the </w:t>
      </w:r>
      <w:r>
        <w:rPr>
          <w:b/>
          <w:i w:val="0"/>
          <w:smallCaps w:val="0"/>
          <w:strike w:val="0"/>
          <w:sz w:val="24"/>
          <w:highlight w:val="cyan"/>
          <w:u w:val="single"/>
        </w:rPr>
        <w:t>eradication of sufferers</w:t>
      </w:r>
      <w:r>
        <w:rPr>
          <w:b w:val="0"/>
          <w:i w:val="0"/>
          <w:smallCaps w:val="0"/>
          <w:strike w:val="0"/>
          <w:sz w:val="22"/>
          <w:highlight w:val="cyan"/>
          <w:u w:val="single"/>
        </w:rPr>
        <w:t>. Conflating</w:t>
      </w:r>
      <w:r>
        <w:rPr>
          <w:b w:val="0"/>
          <w:i w:val="0"/>
          <w:smallCaps w:val="0"/>
          <w:strike w:val="0"/>
          <w:sz w:val="22"/>
          <w:u w:val="single"/>
        </w:rPr>
        <w:t xml:space="preserve"> this distinction </w:t>
      </w:r>
      <w:r>
        <w:rPr>
          <w:b w:val="0"/>
          <w:i w:val="0"/>
          <w:smallCaps w:val="0"/>
          <w:strike w:val="0"/>
          <w:sz w:val="22"/>
          <w:highlight w:val="cyan"/>
          <w:u w:val="single"/>
        </w:rPr>
        <w:t>leads to</w:t>
      </w:r>
      <w:r>
        <w:rPr>
          <w:b w:val="0"/>
          <w:i w:val="0"/>
          <w:smallCaps w:val="0"/>
          <w:strike w:val="0"/>
          <w:sz w:val="16"/>
          <w:u w:val="none"/>
        </w:rPr>
        <w:t xml:space="preserve"> crazy </w:t>
      </w:r>
      <w:r>
        <w:rPr>
          <w:b/>
          <w:i w:val="0"/>
          <w:smallCaps w:val="0"/>
          <w:strike w:val="0"/>
          <w:sz w:val="24"/>
          <w:u w:val="single"/>
        </w:rPr>
        <w:t xml:space="preserve">visions of </w:t>
      </w:r>
      <w:r>
        <w:rPr>
          <w:b/>
          <w:i w:val="0"/>
          <w:smallCaps w:val="0"/>
          <w:strike w:val="0"/>
          <w:sz w:val="24"/>
          <w:highlight w:val="cyan"/>
          <w:u w:val="single"/>
        </w:rPr>
        <w:t>omnicide</w:t>
      </w:r>
      <w:r>
        <w:rPr>
          <w:b w:val="0"/>
          <w:i w:val="0"/>
          <w:smallCaps w:val="0"/>
          <w:strike w:val="0"/>
          <w:sz w:val="22"/>
          <w:u w:val="single"/>
        </w:rPr>
        <w:t xml:space="preserve">. To get rid of suffering you don’t need to get rid of sufferers: </w:t>
      </w:r>
      <w:r>
        <w:rPr>
          <w:b w:val="0"/>
          <w:i w:val="0"/>
          <w:smallCaps w:val="0"/>
          <w:strike w:val="0"/>
          <w:sz w:val="22"/>
          <w:highlight w:val="cyan"/>
          <w:u w:val="single"/>
        </w:rPr>
        <w:t xml:space="preserve">you could instead try </w:t>
      </w:r>
      <w:r>
        <w:rPr>
          <w:b/>
          <w:i w:val="0"/>
          <w:smallCaps w:val="0"/>
          <w:strike w:val="0"/>
          <w:sz w:val="24"/>
          <w:highlight w:val="cyan"/>
          <w:u w:val="single"/>
        </w:rPr>
        <w:t>removing</w:t>
      </w:r>
      <w:r>
        <w:rPr>
          <w:b/>
          <w:i w:val="0"/>
          <w:smallCaps w:val="0"/>
          <w:strike w:val="0"/>
          <w:sz w:val="24"/>
          <w:u w:val="single"/>
        </w:rPr>
        <w:t xml:space="preserve"> the causes of </w:t>
      </w:r>
      <w:r>
        <w:rPr>
          <w:b/>
          <w:i w:val="0"/>
          <w:smallCaps w:val="0"/>
          <w:strike w:val="0"/>
          <w:sz w:val="24"/>
          <w:highlight w:val="cyan"/>
          <w:u w:val="single"/>
        </w:rPr>
        <w:t>pain</w:t>
      </w:r>
      <w:r>
        <w:rPr>
          <w:b w:val="0"/>
          <w:i w:val="0"/>
          <w:smallCaps w:val="0"/>
          <w:strike w:val="0"/>
          <w:sz w:val="22"/>
          <w:highlight w:val="cyan"/>
          <w:u w:val="single"/>
        </w:rPr>
        <w:t xml:space="preserve">. We should </w:t>
      </w:r>
      <w:r>
        <w:rPr>
          <w:b/>
          <w:i w:val="0"/>
          <w:smallCaps w:val="0"/>
          <w:strike w:val="0"/>
          <w:sz w:val="24"/>
          <w:highlight w:val="cyan"/>
          <w:u w:val="single"/>
        </w:rPr>
        <w:t>eliminate suffering</w:t>
      </w:r>
      <w:r>
        <w:rPr>
          <w:b w:val="0"/>
          <w:i w:val="0"/>
          <w:smallCaps w:val="0"/>
          <w:strike w:val="0"/>
          <w:sz w:val="22"/>
          <w:u w:val="single"/>
        </w:rPr>
        <w:t xml:space="preserve">, </w:t>
      </w:r>
      <w:r>
        <w:rPr>
          <w:b/>
          <w:i w:val="0"/>
          <w:smallCaps w:val="0"/>
          <w:strike w:val="0"/>
          <w:sz w:val="24"/>
          <w:u w:val="single"/>
        </w:rPr>
        <w:t>not the sufferer</w:t>
      </w:r>
      <w:r>
        <w:rPr>
          <w:b w:val="0"/>
          <w:i w:val="0"/>
          <w:smallCaps w:val="0"/>
          <w:strike w:val="0"/>
          <w:sz w:val="16"/>
          <w:u w:val="none"/>
        </w:rPr>
        <w:t>.</w:t>
      </w:r>
    </w:p>
    <w:p>
      <w:pPr>
        <w:spacing w:after="60"/>
      </w:pPr>
      <w:r>
        <w:rPr>
          <w:b w:val="0"/>
          <w:i w:val="0"/>
          <w:smallCaps w:val="0"/>
          <w:strike w:val="0"/>
          <w:sz w:val="16"/>
          <w:u w:val="none"/>
        </w:rPr>
        <w:t xml:space="preserve">Indeed, </w:t>
      </w:r>
      <w:r>
        <w:rPr>
          <w:b w:val="0"/>
          <w:i w:val="0"/>
          <w:smallCaps w:val="0"/>
          <w:strike w:val="0"/>
          <w:sz w:val="22"/>
          <w:highlight w:val="cyan"/>
          <w:u w:val="single"/>
        </w:rPr>
        <w:t>so long as there are intelligent beings</w:t>
      </w:r>
      <w:r>
        <w:rPr>
          <w:b w:val="0"/>
          <w:i w:val="0"/>
          <w:smallCaps w:val="0"/>
          <w:strike w:val="0"/>
          <w:sz w:val="22"/>
          <w:u w:val="single"/>
        </w:rPr>
        <w:t xml:space="preserve"> around, </w:t>
      </w:r>
      <w:r>
        <w:rPr>
          <w:b w:val="0"/>
          <w:i w:val="0"/>
          <w:smallCaps w:val="0"/>
          <w:strike w:val="0"/>
          <w:sz w:val="22"/>
          <w:highlight w:val="cyan"/>
          <w:u w:val="single"/>
        </w:rPr>
        <w:t>there’s</w:t>
      </w:r>
      <w:r>
        <w:rPr>
          <w:b w:val="0"/>
          <w:i w:val="0"/>
          <w:smallCaps w:val="0"/>
          <w:strike w:val="0"/>
          <w:sz w:val="22"/>
          <w:u w:val="single"/>
        </w:rPr>
        <w:t xml:space="preserve"> at least </w:t>
      </w:r>
      <w:r>
        <w:rPr>
          <w:b w:val="0"/>
          <w:i w:val="0"/>
          <w:smallCaps w:val="0"/>
          <w:strike w:val="0"/>
          <w:sz w:val="22"/>
          <w:highlight w:val="cyan"/>
          <w:u w:val="single"/>
        </w:rPr>
        <w:t xml:space="preserve">the </w:t>
      </w:r>
      <w:r>
        <w:rPr>
          <w:b/>
          <w:i w:val="0"/>
          <w:smallCaps w:val="0"/>
          <w:strike w:val="0"/>
          <w:sz w:val="24"/>
          <w:highlight w:val="cyan"/>
          <w:u w:val="single"/>
        </w:rPr>
        <w:t>opportunity</w:t>
      </w:r>
      <w:r>
        <w:rPr>
          <w:b w:val="0"/>
          <w:i w:val="0"/>
          <w:smallCaps w:val="0"/>
          <w:strike w:val="0"/>
          <w:sz w:val="22"/>
          <w:highlight w:val="cyan"/>
          <w:u w:val="single"/>
        </w:rPr>
        <w:t xml:space="preserve"> for</w:t>
      </w:r>
      <w:r>
        <w:rPr>
          <w:b w:val="0"/>
          <w:i w:val="0"/>
          <w:smallCaps w:val="0"/>
          <w:strike w:val="0"/>
          <w:sz w:val="22"/>
          <w:u w:val="single"/>
        </w:rPr>
        <w:t xml:space="preserve"> a </w:t>
      </w:r>
      <w:r>
        <w:rPr>
          <w:b/>
          <w:i w:val="0"/>
          <w:smallCaps w:val="0"/>
          <w:strike w:val="0"/>
          <w:sz w:val="24"/>
          <w:highlight w:val="cyan"/>
          <w:u w:val="single"/>
        </w:rPr>
        <w:t>radical removal</w:t>
      </w:r>
      <w:r>
        <w:rPr>
          <w:b w:val="0"/>
          <w:i w:val="0"/>
          <w:smallCaps w:val="0"/>
          <w:strike w:val="0"/>
          <w:sz w:val="22"/>
          <w:highlight w:val="cyan"/>
          <w:u w:val="single"/>
        </w:rPr>
        <w:t xml:space="preserve"> of suffering</w:t>
      </w:r>
      <w:r>
        <w:rPr>
          <w:b w:val="0"/>
          <w:i w:val="0"/>
          <w:smallCaps w:val="0"/>
          <w:strike w:val="0"/>
          <w:sz w:val="16"/>
          <w:u w:val="none"/>
        </w:rPr>
        <w:t xml:space="preserve">. Philosophers such as David Pearce even argue that, </w:t>
      </w:r>
      <w:r>
        <w:rPr>
          <w:b w:val="0"/>
          <w:i w:val="0"/>
          <w:smallCaps w:val="0"/>
          <w:strike w:val="0"/>
          <w:sz w:val="22"/>
          <w:u w:val="single"/>
        </w:rPr>
        <w:t xml:space="preserve">in the future, </w:t>
      </w:r>
      <w:r>
        <w:rPr>
          <w:b/>
          <w:i w:val="0"/>
          <w:smallCaps w:val="0"/>
          <w:strike w:val="0"/>
          <w:sz w:val="24"/>
          <w:highlight w:val="cyan"/>
          <w:u w:val="single"/>
        </w:rPr>
        <w:t>tech</w:t>
      </w:r>
      <w:r>
        <w:rPr>
          <w:b/>
          <w:i w:val="0"/>
          <w:smallCaps w:val="0"/>
          <w:strike w:val="0"/>
          <w:sz w:val="24"/>
          <w:u w:val="single"/>
        </w:rPr>
        <w:t>nologies</w:t>
      </w:r>
      <w:r>
        <w:rPr>
          <w:b w:val="0"/>
          <w:i w:val="0"/>
          <w:smallCaps w:val="0"/>
          <w:strike w:val="0"/>
          <w:sz w:val="22"/>
          <w:u w:val="single"/>
        </w:rPr>
        <w:t xml:space="preserve"> </w:t>
      </w:r>
      <w:r>
        <w:rPr>
          <w:b w:val="0"/>
          <w:i w:val="0"/>
          <w:smallCaps w:val="0"/>
          <w:strike w:val="0"/>
          <w:sz w:val="22"/>
          <w:highlight w:val="cyan"/>
          <w:u w:val="single"/>
        </w:rPr>
        <w:t xml:space="preserve">like </w:t>
      </w:r>
      <w:r>
        <w:rPr>
          <w:b/>
          <w:i w:val="0"/>
          <w:smallCaps w:val="0"/>
          <w:strike w:val="0"/>
          <w:sz w:val="24"/>
          <w:highlight w:val="cyan"/>
          <w:u w:val="single"/>
        </w:rPr>
        <w:t>g</w:t>
      </w:r>
      <w:r>
        <w:rPr>
          <w:b/>
          <w:i w:val="0"/>
          <w:smallCaps w:val="0"/>
          <w:strike w:val="0"/>
          <w:sz w:val="24"/>
          <w:u w:val="single"/>
        </w:rPr>
        <w:t xml:space="preserve">enetic </w:t>
      </w:r>
      <w:r>
        <w:rPr>
          <w:b/>
          <w:i w:val="0"/>
          <w:smallCaps w:val="0"/>
          <w:strike w:val="0"/>
          <w:sz w:val="24"/>
          <w:highlight w:val="cyan"/>
          <w:u w:val="single"/>
        </w:rPr>
        <w:t>e</w:t>
      </w:r>
      <w:r>
        <w:rPr>
          <w:b/>
          <w:i w:val="0"/>
          <w:smallCaps w:val="0"/>
          <w:strike w:val="0"/>
          <w:sz w:val="24"/>
          <w:u w:val="single"/>
        </w:rPr>
        <w:t>ngineering</w:t>
      </w:r>
      <w:r>
        <w:rPr>
          <w:b w:val="0"/>
          <w:i w:val="0"/>
          <w:smallCaps w:val="0"/>
          <w:strike w:val="0"/>
          <w:sz w:val="22"/>
          <w:u w:val="single"/>
        </w:rPr>
        <w:t xml:space="preserve"> </w:t>
      </w:r>
      <w:r>
        <w:rPr>
          <w:b w:val="0"/>
          <w:i w:val="0"/>
          <w:smallCaps w:val="0"/>
          <w:strike w:val="0"/>
          <w:sz w:val="22"/>
          <w:highlight w:val="cyan"/>
          <w:u w:val="single"/>
        </w:rPr>
        <w:t>will</w:t>
      </w:r>
      <w:r>
        <w:rPr>
          <w:b w:val="0"/>
          <w:i w:val="0"/>
          <w:smallCaps w:val="0"/>
          <w:strike w:val="0"/>
          <w:sz w:val="22"/>
          <w:u w:val="single"/>
        </w:rPr>
        <w:t xml:space="preserve"> be able to </w:t>
      </w:r>
      <w:r>
        <w:rPr>
          <w:b/>
          <w:i w:val="0"/>
          <w:smallCaps w:val="0"/>
          <w:strike w:val="0"/>
          <w:sz w:val="24"/>
          <w:highlight w:val="cyan"/>
          <w:u w:val="single"/>
        </w:rPr>
        <w:t>entirely phase it out</w:t>
      </w:r>
      <w:r>
        <w:rPr>
          <w:b w:val="0"/>
          <w:i w:val="0"/>
          <w:smallCaps w:val="0"/>
          <w:strike w:val="0"/>
          <w:sz w:val="22"/>
          <w:highlight w:val="cyan"/>
          <w:u w:val="single"/>
        </w:rPr>
        <w:t xml:space="preserve">, </w:t>
      </w:r>
      <w:r>
        <w:rPr>
          <w:b/>
          <w:i w:val="0"/>
          <w:smallCaps w:val="0"/>
          <w:strike w:val="0"/>
          <w:sz w:val="24"/>
          <w:highlight w:val="cyan"/>
          <w:u w:val="single"/>
        </w:rPr>
        <w:t>abolishing pain</w:t>
      </w:r>
      <w:r>
        <w:rPr>
          <w:b w:val="0"/>
          <w:i w:val="0"/>
          <w:smallCaps w:val="0"/>
          <w:strike w:val="0"/>
          <w:sz w:val="22"/>
          <w:u w:val="single"/>
        </w:rPr>
        <w:t xml:space="preserve"> from the Earth. With the right interventions</w:t>
      </w:r>
      <w:r>
        <w:rPr>
          <w:b w:val="0"/>
          <w:i w:val="0"/>
          <w:smallCaps w:val="0"/>
          <w:strike w:val="0"/>
          <w:sz w:val="16"/>
          <w:u w:val="none"/>
        </w:rPr>
        <w:t xml:space="preserve">, Pearce contends, </w:t>
      </w:r>
      <w:r>
        <w:rPr>
          <w:b w:val="0"/>
          <w:i w:val="0"/>
          <w:smallCaps w:val="0"/>
          <w:strike w:val="0"/>
          <w:sz w:val="22"/>
          <w:highlight w:val="cyan"/>
          <w:u w:val="single"/>
        </w:rPr>
        <w:t>humans and non-humans could</w:t>
      </w:r>
      <w:r>
        <w:rPr>
          <w:b w:val="0"/>
          <w:i w:val="0"/>
          <w:smallCaps w:val="0"/>
          <w:strike w:val="0"/>
          <w:sz w:val="22"/>
          <w:u w:val="single"/>
        </w:rPr>
        <w:t xml:space="preserve"> plausibly </w:t>
      </w:r>
      <w:r>
        <w:rPr>
          <w:b w:val="0"/>
          <w:i w:val="0"/>
          <w:smallCaps w:val="0"/>
          <w:strike w:val="0"/>
          <w:sz w:val="22"/>
          <w:highlight w:val="cyan"/>
          <w:u w:val="single"/>
        </w:rPr>
        <w:t xml:space="preserve">be driven by </w:t>
      </w:r>
      <w:r>
        <w:rPr>
          <w:b/>
          <w:i w:val="0"/>
          <w:smallCaps w:val="0"/>
          <w:strike w:val="0"/>
          <w:sz w:val="24"/>
          <w:highlight w:val="cyan"/>
          <w:u w:val="single"/>
        </w:rPr>
        <w:t>“gradients of bliss”</w:t>
      </w:r>
      <w:r>
        <w:rPr>
          <w:b w:val="0"/>
          <w:i w:val="0"/>
          <w:smallCaps w:val="0"/>
          <w:strike w:val="0"/>
          <w:sz w:val="22"/>
          <w:u w:val="single"/>
        </w:rPr>
        <w:t>,</w:t>
      </w:r>
      <w:r>
        <w:rPr>
          <w:b w:val="0"/>
          <w:i w:val="0"/>
          <w:smallCaps w:val="0"/>
          <w:strike w:val="0"/>
          <w:sz w:val="22"/>
          <w:u w:val="single"/>
        </w:rPr>
        <w:t xml:space="preserve"> not privation and pain.</w:t>
      </w:r>
    </w:p>
    <w:p>
      <w:pPr>
        <w:spacing w:after="60"/>
      </w:pPr>
      <w:r>
        <w:rPr>
          <w:b w:val="0"/>
          <w:i w:val="0"/>
          <w:smallCaps w:val="0"/>
          <w:strike w:val="0"/>
          <w:sz w:val="16"/>
          <w:u w:val="none"/>
        </w:rPr>
        <w:t xml:space="preserve">This wouldn’t necessarily need to be a Brave New World, populated by blissed-out, stupefied beings: plausibly, people could still be highly motivated, just by pursuing a range of sublime joys, rather than avoiding negative </w:t>
      </w:r>
      <w:r>
        <w:rPr>
          <w:b w:val="0"/>
          <w:i w:val="0"/>
          <w:smallCaps w:val="0"/>
          <w:strike w:val="0"/>
          <w:sz w:val="16"/>
          <w:u w:val="none"/>
        </w:rPr>
        <w:t>feeling</w:t>
      </w:r>
      <w:r>
        <w:rPr>
          <w:b w:val="0"/>
          <w:i w:val="0"/>
          <w:smallCaps w:val="0"/>
          <w:strike w:val="0"/>
          <w:sz w:val="16"/>
          <w:u w:val="none"/>
        </w:rPr>
        <w:t xml:space="preserve">. Pearce even argues that, </w:t>
      </w:r>
      <w:r>
        <w:rPr>
          <w:b w:val="0"/>
          <w:i w:val="0"/>
          <w:smallCaps w:val="0"/>
          <w:strike w:val="0"/>
          <w:sz w:val="22"/>
          <w:u w:val="single"/>
        </w:rPr>
        <w:t>in the far future</w:t>
      </w:r>
      <w:r>
        <w:rPr>
          <w:b w:val="0"/>
          <w:i w:val="0"/>
          <w:smallCaps w:val="0"/>
          <w:strike w:val="0"/>
          <w:sz w:val="16"/>
          <w:u w:val="none"/>
        </w:rPr>
        <w:t xml:space="preserve">, our </w:t>
      </w:r>
      <w:r>
        <w:rPr>
          <w:b w:val="0"/>
          <w:i w:val="0"/>
          <w:smallCaps w:val="0"/>
          <w:strike w:val="0"/>
          <w:sz w:val="22"/>
          <w:highlight w:val="cyan"/>
          <w:u w:val="single"/>
        </w:rPr>
        <w:t>descendents</w:t>
      </w:r>
      <w:r>
        <w:rPr>
          <w:b w:val="0"/>
          <w:i w:val="0"/>
          <w:smallCaps w:val="0"/>
          <w:strike w:val="0"/>
          <w:sz w:val="22"/>
          <w:highlight w:val="cyan"/>
          <w:u w:val="single"/>
        </w:rPr>
        <w:t xml:space="preserve"> might</w:t>
      </w:r>
      <w:r>
        <w:rPr>
          <w:b w:val="0"/>
          <w:i w:val="0"/>
          <w:smallCaps w:val="0"/>
          <w:strike w:val="0"/>
          <w:sz w:val="22"/>
          <w:u w:val="single"/>
        </w:rPr>
        <w:t xml:space="preserve"> be able to </w:t>
      </w:r>
      <w:r>
        <w:rPr>
          <w:b/>
          <w:i w:val="0"/>
          <w:smallCaps w:val="0"/>
          <w:strike w:val="0"/>
          <w:sz w:val="24"/>
          <w:highlight w:val="cyan"/>
          <w:u w:val="single"/>
        </w:rPr>
        <w:t>effect the same change on other biospheres</w:t>
      </w:r>
      <w:r>
        <w:rPr>
          <w:b w:val="0"/>
          <w:i w:val="0"/>
          <w:smallCaps w:val="0"/>
          <w:strike w:val="0"/>
          <w:sz w:val="16"/>
          <w:u w:val="none"/>
        </w:rPr>
        <w:t>, throughout the observable universe.</w:t>
      </w:r>
    </w:p>
    <w:p>
      <w:pPr>
        <w:spacing w:after="60"/>
      </w:pPr>
      <w:r>
        <w:rPr>
          <w:b w:val="0"/>
          <w:i w:val="0"/>
          <w:smallCaps w:val="0"/>
          <w:strike w:val="0"/>
          <w:sz w:val="16"/>
          <w:u w:val="none"/>
        </w:rPr>
        <w:t xml:space="preserve">So, </w:t>
      </w:r>
      <w:r>
        <w:rPr>
          <w:b/>
          <w:i w:val="0"/>
          <w:smallCaps w:val="0"/>
          <w:strike w:val="0"/>
          <w:sz w:val="24"/>
          <w:highlight w:val="cyan"/>
          <w:u w:val="single"/>
        </w:rPr>
        <w:t>even if</w:t>
      </w:r>
      <w:r>
        <w:rPr>
          <w:b w:val="0"/>
          <w:i w:val="0"/>
          <w:smallCaps w:val="0"/>
          <w:strike w:val="0"/>
          <w:sz w:val="16"/>
          <w:u w:val="none"/>
        </w:rPr>
        <w:t xml:space="preserve"> you think </w:t>
      </w:r>
      <w:r>
        <w:rPr>
          <w:b/>
          <w:i w:val="0"/>
          <w:smallCaps w:val="0"/>
          <w:strike w:val="0"/>
          <w:sz w:val="24"/>
          <w:highlight w:val="cyan"/>
          <w:u w:val="single"/>
        </w:rPr>
        <w:t>removing suffering is</w:t>
      </w:r>
      <w:r>
        <w:rPr>
          <w:b/>
          <w:i w:val="0"/>
          <w:smallCaps w:val="0"/>
          <w:strike w:val="0"/>
          <w:sz w:val="24"/>
          <w:u w:val="single"/>
        </w:rPr>
        <w:t xml:space="preserve"> our </w:t>
      </w:r>
      <w:r>
        <w:rPr>
          <w:b/>
          <w:i w:val="0"/>
          <w:smallCaps w:val="0"/>
          <w:strike w:val="0"/>
          <w:sz w:val="24"/>
          <w:highlight w:val="cyan"/>
          <w:u w:val="single"/>
        </w:rPr>
        <w:t>absolute</w:t>
      </w:r>
      <w:r>
        <w:rPr>
          <w:b/>
          <w:i w:val="0"/>
          <w:smallCaps w:val="0"/>
          <w:strike w:val="0"/>
          <w:sz w:val="24"/>
          <w:u w:val="single"/>
        </w:rPr>
        <w:t xml:space="preserve"> priority</w:t>
      </w:r>
      <w:r>
        <w:rPr>
          <w:b w:val="0"/>
          <w:i w:val="0"/>
          <w:smallCaps w:val="0"/>
          <w:strike w:val="0"/>
          <w:sz w:val="22"/>
          <w:u w:val="single"/>
        </w:rPr>
        <w:t xml:space="preserve">, </w:t>
      </w:r>
      <w:r>
        <w:rPr>
          <w:b w:val="0"/>
          <w:i w:val="0"/>
          <w:smallCaps w:val="0"/>
          <w:strike w:val="0"/>
          <w:sz w:val="22"/>
          <w:highlight w:val="cyan"/>
          <w:u w:val="single"/>
        </w:rPr>
        <w:t xml:space="preserve">there is </w:t>
      </w:r>
      <w:r>
        <w:rPr>
          <w:b/>
          <w:i w:val="0"/>
          <w:smallCaps w:val="0"/>
          <w:strike w:val="0"/>
          <w:sz w:val="24"/>
          <w:highlight w:val="cyan"/>
          <w:u w:val="single"/>
        </w:rPr>
        <w:t>astronomical value</w:t>
      </w:r>
      <w:r>
        <w:rPr>
          <w:b w:val="0"/>
          <w:i w:val="0"/>
          <w:smallCaps w:val="0"/>
          <w:strike w:val="0"/>
          <w:sz w:val="22"/>
          <w:highlight w:val="cyan"/>
          <w:u w:val="single"/>
        </w:rPr>
        <w:t xml:space="preserve"> in</w:t>
      </w:r>
      <w:r>
        <w:rPr>
          <w:b w:val="0"/>
          <w:i w:val="0"/>
          <w:smallCaps w:val="0"/>
          <w:strike w:val="0"/>
          <w:sz w:val="22"/>
          <w:u w:val="single"/>
        </w:rPr>
        <w:t xml:space="preserve"> us </w:t>
      </w:r>
      <w:r>
        <w:rPr>
          <w:b/>
          <w:i w:val="0"/>
          <w:smallCaps w:val="0"/>
          <w:strike w:val="0"/>
          <w:sz w:val="24"/>
          <w:highlight w:val="cyan"/>
          <w:u w:val="single"/>
        </w:rPr>
        <w:t>stickin</w:t>
      </w:r>
      <w:r>
        <w:rPr>
          <w:b/>
          <w:i w:val="0"/>
          <w:smallCaps w:val="0"/>
          <w:strike w:val="0"/>
          <w:sz w:val="24"/>
          <w:highlight w:val="cyan"/>
          <w:u w:val="single"/>
        </w:rPr>
        <w:t xml:space="preserve"> around</w:t>
      </w:r>
      <w:r>
        <w:rPr>
          <w:b w:val="0"/>
          <w:i w:val="0"/>
          <w:smallCaps w:val="0"/>
          <w:strike w:val="0"/>
          <w:sz w:val="22"/>
          <w:u w:val="single"/>
        </w:rPr>
        <w:t>. We may owe it to sufferers generally</w:t>
      </w:r>
      <w:r>
        <w:rPr>
          <w:b w:val="0"/>
          <w:i w:val="0"/>
          <w:smallCaps w:val="0"/>
          <w:strike w:val="0"/>
          <w:sz w:val="16"/>
          <w:u w:val="none"/>
        </w:rPr>
        <w:t xml:space="preserve">. </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