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Moral and tech evolution will </w:t>
      </w:r>
      <w:r>
        <w:rPr>
          <w:b/>
          <w:i w:val="0"/>
          <w:smallCaps w:val="0"/>
          <w:strike w:val="0"/>
          <w:sz w:val="26"/>
          <w:u w:val="single"/>
        </w:rPr>
        <w:t>inevitably</w:t>
      </w:r>
      <w:r>
        <w:rPr>
          <w:b/>
          <w:i w:val="0"/>
          <w:smallCaps w:val="0"/>
          <w:strike w:val="0"/>
          <w:sz w:val="26"/>
          <w:u w:val="none"/>
        </w:rPr>
        <w:t xml:space="preserve"> stop animal exploitation and prevent </w:t>
      </w:r>
      <w:r>
        <w:rPr>
          <w:b/>
          <w:i w:val="0"/>
          <w:smallCaps w:val="0"/>
          <w:strike w:val="0"/>
          <w:sz w:val="26"/>
          <w:u w:val="single"/>
        </w:rPr>
        <w:t>wild animal</w:t>
      </w:r>
      <w:r>
        <w:rPr>
          <w:b/>
          <w:i w:val="0"/>
          <w:smallCaps w:val="0"/>
          <w:strike w:val="0"/>
          <w:sz w:val="26"/>
          <w:u w:val="none"/>
        </w:rPr>
        <w:t xml:space="preserve"> suffering---that’s a </w:t>
      </w:r>
      <w:r>
        <w:rPr>
          <w:b/>
          <w:i w:val="0"/>
          <w:smallCaps w:val="0"/>
          <w:strike w:val="0"/>
          <w:sz w:val="26"/>
          <w:u w:val="single"/>
        </w:rPr>
        <w:t>far bigger</w:t>
      </w:r>
      <w:r>
        <w:rPr>
          <w:b/>
          <w:i w:val="0"/>
          <w:smallCaps w:val="0"/>
          <w:strike w:val="0"/>
          <w:sz w:val="26"/>
          <w:u w:val="none"/>
        </w:rPr>
        <w:t xml:space="preserve"> impact</w:t>
      </w:r>
    </w:p>
    <w:p>
      <w:pPr>
        <w:spacing w:after="80"/>
      </w:pPr>
      <w:r>
        <w:rPr>
          <w:b w:val="0"/>
          <w:i w:val="0"/>
          <w:smallCaps w:val="0"/>
          <w:strike w:val="0"/>
          <w:u w:val="none"/>
        </w:rPr>
        <w:t xml:space="preserve">Tobias </w:t>
      </w:r>
      <w:r>
        <w:rPr>
          <w:b/>
          <w:i w:val="0"/>
          <w:smallCaps w:val="0"/>
          <w:strike w:val="0"/>
          <w:sz w:val="26"/>
          <w:u w:val="none"/>
        </w:rPr>
        <w:t>Leenaert</w:t>
      </w:r>
      <w:r>
        <w:rPr>
          <w:b/>
          <w:i w:val="0"/>
          <w:smallCaps w:val="0"/>
          <w:strike w:val="0"/>
          <w:sz w:val="26"/>
          <w:u w:val="none"/>
        </w:rPr>
        <w:t xml:space="preserve"> 16</w:t>
      </w:r>
      <w:r>
        <w:rPr>
          <w:b w:val="0"/>
          <w:i w:val="0"/>
          <w:smallCaps w:val="0"/>
          <w:strike w:val="0"/>
          <w:u w:val="none"/>
        </w:rPr>
        <w:t xml:space="preserve">, Cofounder of Ethical Vegetarian Alternative, Longtime Speaker, Trainer, Strategist, Author of How to Create a Vegan World: A Pragmatic Approach, “Would You Press </w:t>
      </w:r>
      <w:r>
        <w:rPr>
          <w:b w:val="0"/>
          <w:i w:val="0"/>
          <w:smallCaps w:val="0"/>
          <w:strike w:val="0"/>
          <w:u w:val="none"/>
        </w:rPr>
        <w:t>The</w:t>
      </w:r>
      <w:r>
        <w:rPr>
          <w:b w:val="0"/>
          <w:i w:val="0"/>
          <w:smallCaps w:val="0"/>
          <w:strike w:val="0"/>
          <w:u w:val="none"/>
        </w:rPr>
        <w:t xml:space="preserve"> Button To Make Humanity Go Extinct?”, The Vegan Strategist, 10/26/2016, http://veganstrategist.org/2016/10/26/would-you-press-the-button-to-make-humanity-go-extinct/</w:t>
      </w:r>
    </w:p>
    <w:p>
      <w:pPr>
        <w:spacing w:after="60"/>
      </w:pPr>
      <w:r>
        <w:rPr>
          <w:b w:val="0"/>
          <w:i w:val="0"/>
          <w:smallCaps w:val="0"/>
          <w:strike w:val="0"/>
          <w:sz w:val="22"/>
          <w:u w:val="single"/>
        </w:rPr>
        <w:t xml:space="preserve">I often hear people entertaining the thought of making humanity disappear from the universe because, as a species, we are causing a lot of </w:t>
      </w:r>
      <w:r>
        <w:rPr>
          <w:b w:val="0"/>
          <w:i w:val="0"/>
          <w:smallCaps w:val="0"/>
          <w:strike w:val="0"/>
          <w:sz w:val="22"/>
          <w:u w:val="single"/>
        </w:rPr>
        <w:t>suffering,</w:t>
      </w:r>
      <w:r>
        <w:rPr>
          <w:b w:val="0"/>
          <w:i w:val="0"/>
          <w:smallCaps w:val="0"/>
          <w:strike w:val="0"/>
          <w:sz w:val="22"/>
          <w:u w:val="single"/>
        </w:rPr>
        <w:t xml:space="preserve"> to</w:t>
      </w:r>
      <w:r>
        <w:rPr>
          <w:b w:val="0"/>
          <w:i w:val="0"/>
          <w:smallCaps w:val="0"/>
          <w:strike w:val="0"/>
          <w:sz w:val="16"/>
          <w:u w:val="none"/>
        </w:rPr>
        <w:t xml:space="preserve"> ourselves and </w:t>
      </w:r>
      <w:r>
        <w:rPr>
          <w:b w:val="0"/>
          <w:i w:val="0"/>
          <w:smallCaps w:val="0"/>
          <w:strike w:val="0"/>
          <w:sz w:val="22"/>
          <w:u w:val="single"/>
        </w:rPr>
        <w:t>other sentient beings and the planet</w:t>
      </w:r>
      <w:r>
        <w:rPr>
          <w:b w:val="0"/>
          <w:i w:val="0"/>
          <w:smallCaps w:val="0"/>
          <w:strike w:val="0"/>
          <w:sz w:val="16"/>
          <w:u w:val="none"/>
        </w:rPr>
        <w:t>. One thought experiment goes like this: if you could make humanity painlessly disappear with the pressing of a button, would you press it? Or, slightly reframing the experiment so that you can make an abstraction of your own responsibility: would you stop someone else from pressing the button?</w:t>
      </w:r>
    </w:p>
    <w:p>
      <w:pPr>
        <w:spacing w:after="60"/>
      </w:pPr>
      <w:r>
        <w:rPr>
          <w:b w:val="0"/>
          <w:i w:val="0"/>
          <w:smallCaps w:val="0"/>
          <w:strike w:val="0"/>
          <w:sz w:val="16"/>
          <w:u w:val="none"/>
        </w:rPr>
        <w:t xml:space="preserve">In the animal rights/vegan movement, more </w:t>
      </w:r>
      <w:r>
        <w:rPr>
          <w:b w:val="0"/>
          <w:i w:val="0"/>
          <w:smallCaps w:val="0"/>
          <w:strike w:val="0"/>
          <w:sz w:val="22"/>
          <w:highlight w:val="cyan"/>
          <w:u w:val="single"/>
        </w:rPr>
        <w:t>people</w:t>
      </w:r>
      <w:r>
        <w:rPr>
          <w:b w:val="0"/>
          <w:i w:val="0"/>
          <w:smallCaps w:val="0"/>
          <w:strike w:val="0"/>
          <w:sz w:val="22"/>
          <w:u w:val="single"/>
        </w:rPr>
        <w:t xml:space="preserve"> seem to be in </w:t>
      </w:r>
      <w:r>
        <w:rPr>
          <w:b w:val="0"/>
          <w:i w:val="0"/>
          <w:smallCaps w:val="0"/>
          <w:strike w:val="0"/>
          <w:sz w:val="22"/>
          <w:highlight w:val="cyan"/>
          <w:u w:val="single"/>
        </w:rPr>
        <w:t>favor</w:t>
      </w:r>
      <w:r>
        <w:rPr>
          <w:b w:val="0"/>
          <w:i w:val="0"/>
          <w:smallCaps w:val="0"/>
          <w:strike w:val="0"/>
          <w:sz w:val="22"/>
          <w:u w:val="single"/>
        </w:rPr>
        <w:t xml:space="preserve"> of human </w:t>
      </w:r>
      <w:r>
        <w:rPr>
          <w:b w:val="0"/>
          <w:i w:val="0"/>
          <w:smallCaps w:val="0"/>
          <w:strike w:val="0"/>
          <w:sz w:val="22"/>
          <w:highlight w:val="cyan"/>
          <w:u w:val="single"/>
        </w:rPr>
        <w:t>extinction</w:t>
      </w:r>
      <w:r>
        <w:rPr>
          <w:b w:val="0"/>
          <w:i w:val="0"/>
          <w:smallCaps w:val="0"/>
          <w:strike w:val="0"/>
          <w:sz w:val="16"/>
          <w:u w:val="none"/>
        </w:rPr>
        <w:t xml:space="preserve"> than among the general population (just my anecdotal experience). That’s not hard to understand. People become animal rights activists and/or vegans because </w:t>
      </w:r>
      <w:r>
        <w:rPr>
          <w:b w:val="0"/>
          <w:i w:val="0"/>
          <w:smallCaps w:val="0"/>
          <w:strike w:val="0"/>
          <w:sz w:val="22"/>
          <w:u w:val="single"/>
        </w:rPr>
        <w:t>they have learned about the horrible suffering humans inflict on animals</w:t>
      </w:r>
      <w:r>
        <w:rPr>
          <w:b w:val="0"/>
          <w:i w:val="0"/>
          <w:smallCaps w:val="0"/>
          <w:strike w:val="0"/>
          <w:sz w:val="16"/>
          <w:u w:val="none"/>
        </w:rPr>
        <w:t xml:space="preserve">, for food, clothing, research or entertainment. </w:t>
      </w:r>
      <w:r>
        <w:rPr>
          <w:b w:val="0"/>
          <w:i w:val="0"/>
          <w:smallCaps w:val="0"/>
          <w:strike w:val="0"/>
          <w:sz w:val="22"/>
          <w:u w:val="single"/>
        </w:rPr>
        <w:t>It is tempting to think that the planet would be a better place without Homo sapiens</w:t>
      </w:r>
      <w:r>
        <w:rPr>
          <w:b w:val="0"/>
          <w:i w:val="0"/>
          <w:smallCaps w:val="0"/>
          <w:strike w:val="0"/>
          <w:sz w:val="16"/>
          <w:u w:val="none"/>
        </w:rPr>
        <w:t>, and given that in our thought experiment, no humans would really suffer (it’s just a matter of an instant, and no humans are left to deplore the new situation), we might say: where’s the harm?</w:t>
      </w:r>
    </w:p>
    <w:p>
      <w:pPr>
        <w:spacing w:after="60"/>
      </w:pPr>
      <w:r>
        <w:rPr>
          <w:b w:val="0"/>
          <w:i w:val="0"/>
          <w:smallCaps w:val="0"/>
          <w:strike w:val="0"/>
          <w:sz w:val="16"/>
          <w:u w:val="none"/>
        </w:rPr>
        <w:t>Now, from the viewpoint of the notoriously tricky field of population ethics, there’s a lot of stuff to say here. Apart from the consequences for other species and the environment, we could talk about whether the universe in general is a worse or a better place with humans gone. If there is, on average, more value than disvalue in humans’ lives, it might seem that the net result is negative. But if there’s more misery than happiness, this could be good. We could also think about the value of future people being born. They will obviously not be born if we let humanity go extinct. I won’t go into this minefield here, because I do not have strong opinions about these issues, because I can’t seem to wrap my head around them, and mainly because here I want to touch on some other factors.</w:t>
      </w:r>
    </w:p>
    <w:p>
      <w:pPr>
        <w:spacing w:after="60"/>
      </w:pPr>
      <w:r>
        <w:rPr>
          <w:b w:val="0"/>
          <w:i w:val="0"/>
          <w:smallCaps w:val="0"/>
          <w:strike w:val="0"/>
          <w:sz w:val="22"/>
          <w:u w:val="single"/>
        </w:rPr>
        <w:t xml:space="preserve">These are the reasons why </w:t>
      </w:r>
      <w:r>
        <w:rPr>
          <w:b w:val="0"/>
          <w:i w:val="0"/>
          <w:smallCaps w:val="0"/>
          <w:strike w:val="0"/>
          <w:sz w:val="22"/>
          <w:highlight w:val="cyan"/>
          <w:u w:val="single"/>
        </w:rPr>
        <w:t xml:space="preserve">I would </w:t>
      </w:r>
      <w:r>
        <w:rPr>
          <w:b/>
          <w:i w:val="0"/>
          <w:smallCaps w:val="0"/>
          <w:strike w:val="0"/>
          <w:sz w:val="24"/>
          <w:highlight w:val="cyan"/>
          <w:u w:val="single"/>
        </w:rPr>
        <w:t>not</w:t>
      </w:r>
      <w:r>
        <w:rPr>
          <w:b w:val="0"/>
          <w:i w:val="0"/>
          <w:smallCaps w:val="0"/>
          <w:strike w:val="0"/>
          <w:sz w:val="22"/>
          <w:u w:val="single"/>
        </w:rPr>
        <w:t xml:space="preserve"> press the button.</w:t>
      </w:r>
    </w:p>
    <w:p>
      <w:pPr>
        <w:spacing w:after="60"/>
      </w:pPr>
      <w:r>
        <w:rPr>
          <w:b w:val="0"/>
          <w:i w:val="0"/>
          <w:smallCaps w:val="0"/>
          <w:strike w:val="0"/>
          <w:sz w:val="22"/>
          <w:u w:val="single"/>
        </w:rPr>
        <w:t>1. Humans may do a lot of damage, but they’re also wonderful.</w:t>
      </w:r>
    </w:p>
    <w:p>
      <w:pPr>
        <w:spacing w:after="60"/>
      </w:pPr>
      <w:r>
        <w:rPr>
          <w:b w:val="0"/>
          <w:i w:val="0"/>
          <w:smallCaps w:val="0"/>
          <w:strike w:val="0"/>
          <w:sz w:val="22"/>
          <w:u w:val="single"/>
        </w:rPr>
        <w:t>We all know the horrors</w:t>
      </w:r>
      <w:r>
        <w:rPr>
          <w:b w:val="0"/>
          <w:i w:val="0"/>
          <w:smallCaps w:val="0"/>
          <w:strike w:val="0"/>
          <w:sz w:val="16"/>
          <w:u w:val="none"/>
        </w:rPr>
        <w:t xml:space="preserve"> that we cause in the world: </w:t>
      </w:r>
      <w:r>
        <w:rPr>
          <w:b w:val="0"/>
          <w:i w:val="0"/>
          <w:smallCaps w:val="0"/>
          <w:strike w:val="0"/>
          <w:sz w:val="22"/>
          <w:u w:val="single"/>
        </w:rPr>
        <w:t>to other people and</w:t>
      </w:r>
      <w:r>
        <w:rPr>
          <w:b w:val="0"/>
          <w:i w:val="0"/>
          <w:smallCaps w:val="0"/>
          <w:strike w:val="0"/>
          <w:sz w:val="16"/>
          <w:u w:val="none"/>
        </w:rPr>
        <w:t xml:space="preserve"> annually to </w:t>
      </w:r>
      <w:r>
        <w:rPr>
          <w:b w:val="0"/>
          <w:i w:val="0"/>
          <w:smallCaps w:val="0"/>
          <w:strike w:val="0"/>
          <w:sz w:val="22"/>
          <w:u w:val="single"/>
        </w:rPr>
        <w:t>65 billion farmed animals</w:t>
      </w:r>
      <w:r>
        <w:rPr>
          <w:b w:val="0"/>
          <w:i w:val="0"/>
          <w:smallCaps w:val="0"/>
          <w:strike w:val="0"/>
          <w:sz w:val="16"/>
          <w:u w:val="none"/>
        </w:rPr>
        <w:t xml:space="preserve"> (excluding fish). </w:t>
      </w:r>
      <w:r>
        <w:rPr>
          <w:b w:val="0"/>
          <w:i w:val="0"/>
          <w:smallCaps w:val="0"/>
          <w:strike w:val="0"/>
          <w:sz w:val="22"/>
          <w:u w:val="single"/>
        </w:rPr>
        <w:t>We screw up our environment</w:t>
      </w:r>
      <w:r>
        <w:rPr>
          <w:b w:val="0"/>
          <w:i w:val="0"/>
          <w:smallCaps w:val="0"/>
          <w:strike w:val="0"/>
          <w:sz w:val="16"/>
          <w:u w:val="none"/>
        </w:rPr>
        <w:t xml:space="preserve"> and use a lot of finite natural resources. There’s no need to write a long and depressing list here. </w:t>
      </w:r>
      <w:r>
        <w:rPr>
          <w:b w:val="0"/>
          <w:i w:val="0"/>
          <w:smallCaps w:val="0"/>
          <w:strike w:val="0"/>
          <w:sz w:val="22"/>
          <w:u w:val="single"/>
        </w:rPr>
        <w:t>However, we can also focus on all the good that we do. Never in the history of our planet</w:t>
      </w:r>
      <w:r>
        <w:rPr>
          <w:b w:val="0"/>
          <w:i w:val="0"/>
          <w:smallCaps w:val="0"/>
          <w:strike w:val="0"/>
          <w:sz w:val="16"/>
          <w:u w:val="none"/>
        </w:rPr>
        <w:t xml:space="preserve"> – or, as far as we know, the universe – </w:t>
      </w:r>
      <w:r>
        <w:rPr>
          <w:b w:val="0"/>
          <w:i w:val="0"/>
          <w:smallCaps w:val="0"/>
          <w:strike w:val="0"/>
          <w:sz w:val="22"/>
          <w:u w:val="single"/>
        </w:rPr>
        <w:t>has there been a species that invests so much time in making things better for others. Look at the millions of people active in the non-profit sector. Look at those trying to help the weakest and the poorest</w:t>
      </w:r>
      <w:r>
        <w:rPr>
          <w:b w:val="0"/>
          <w:i w:val="0"/>
          <w:smallCaps w:val="0"/>
          <w:strike w:val="0"/>
          <w:sz w:val="16"/>
          <w:u w:val="none"/>
        </w:rPr>
        <w:t xml:space="preserve">. Look at all the beautiful things we do. </w:t>
      </w:r>
      <w:r>
        <w:rPr>
          <w:b w:val="0"/>
          <w:i w:val="0"/>
          <w:smallCaps w:val="0"/>
          <w:strike w:val="0"/>
          <w:sz w:val="22"/>
          <w:u w:val="single"/>
        </w:rPr>
        <w:t xml:space="preserve">Seeing Homo sapiens in this light, it becomes </w:t>
      </w:r>
      <w:r>
        <w:rPr>
          <w:b w:val="0"/>
          <w:i w:val="0"/>
          <w:smallCaps w:val="0"/>
          <w:strike w:val="0"/>
          <w:sz w:val="22"/>
          <w:u w:val="single"/>
        </w:rPr>
        <w:t>really problematic</w:t>
      </w:r>
      <w:r>
        <w:rPr>
          <w:b w:val="0"/>
          <w:i w:val="0"/>
          <w:smallCaps w:val="0"/>
          <w:strike w:val="0"/>
          <w:sz w:val="22"/>
          <w:u w:val="single"/>
        </w:rPr>
        <w:t xml:space="preserve"> and unfair to just call us a shipwreck of a species that only does damage</w:t>
      </w:r>
      <w:r>
        <w:rPr>
          <w:b w:val="0"/>
          <w:i w:val="0"/>
          <w:smallCaps w:val="0"/>
          <w:strike w:val="0"/>
          <w:sz w:val="16"/>
          <w:u w:val="none"/>
        </w:rPr>
        <w:t>.</w:t>
      </w:r>
    </w:p>
    <w:p>
      <w:pPr>
        <w:spacing w:after="60"/>
      </w:pPr>
      <w:r>
        <w:rPr>
          <w:b w:val="0"/>
          <w:i w:val="0"/>
          <w:smallCaps w:val="0"/>
          <w:strike w:val="0"/>
          <w:sz w:val="22"/>
          <w:u w:val="single"/>
        </w:rPr>
        <w:t xml:space="preserve">2. </w:t>
      </w:r>
      <w:r>
        <w:rPr>
          <w:b w:val="0"/>
          <w:i w:val="0"/>
          <w:smallCaps w:val="0"/>
          <w:strike w:val="0"/>
          <w:sz w:val="22"/>
          <w:highlight w:val="cyan"/>
          <w:u w:val="single"/>
        </w:rPr>
        <w:t>Humans</w:t>
      </w:r>
      <w:r>
        <w:rPr>
          <w:b w:val="0"/>
          <w:i w:val="0"/>
          <w:smallCaps w:val="0"/>
          <w:strike w:val="0"/>
          <w:sz w:val="22"/>
          <w:u w:val="single"/>
        </w:rPr>
        <w:t xml:space="preserve"> still </w:t>
      </w:r>
      <w:r>
        <w:rPr>
          <w:b w:val="0"/>
          <w:i w:val="0"/>
          <w:smallCaps w:val="0"/>
          <w:strike w:val="0"/>
          <w:sz w:val="22"/>
          <w:highlight w:val="cyan"/>
          <w:u w:val="single"/>
        </w:rPr>
        <w:t>have</w:t>
      </w:r>
      <w:r>
        <w:rPr>
          <w:b w:val="0"/>
          <w:i w:val="0"/>
          <w:smallCaps w:val="0"/>
          <w:strike w:val="0"/>
          <w:sz w:val="22"/>
          <w:u w:val="single"/>
        </w:rPr>
        <w:t xml:space="preserve"> a </w:t>
      </w:r>
      <w:r>
        <w:rPr>
          <w:b/>
          <w:i w:val="0"/>
          <w:smallCaps w:val="0"/>
          <w:strike w:val="0"/>
          <w:sz w:val="24"/>
          <w:u w:val="single"/>
        </w:rPr>
        <w:t xml:space="preserve">lot of </w:t>
      </w:r>
      <w:r>
        <w:rPr>
          <w:b/>
          <w:i w:val="0"/>
          <w:smallCaps w:val="0"/>
          <w:strike w:val="0"/>
          <w:sz w:val="24"/>
          <w:highlight w:val="cyan"/>
          <w:u w:val="single"/>
        </w:rPr>
        <w:t>potential to improve</w:t>
      </w:r>
      <w:r>
        <w:rPr>
          <w:b w:val="0"/>
          <w:i w:val="0"/>
          <w:smallCaps w:val="0"/>
          <w:strike w:val="0"/>
          <w:sz w:val="16"/>
          <w:u w:val="none"/>
        </w:rPr>
        <w:t>.</w:t>
      </w:r>
    </w:p>
    <w:p>
      <w:pPr>
        <w:spacing w:after="60"/>
      </w:pPr>
      <w:r>
        <w:rPr>
          <w:b w:val="0"/>
          <w:i w:val="0"/>
          <w:smallCaps w:val="0"/>
          <w:strike w:val="0"/>
          <w:sz w:val="16"/>
          <w:u w:val="none"/>
        </w:rPr>
        <w:t xml:space="preserve">In many ways </w:t>
      </w:r>
      <w:r>
        <w:rPr>
          <w:b w:val="0"/>
          <w:i w:val="0"/>
          <w:smallCaps w:val="0"/>
          <w:strike w:val="0"/>
          <w:sz w:val="22"/>
          <w:u w:val="single"/>
        </w:rPr>
        <w:t xml:space="preserve">our </w:t>
      </w:r>
      <w:r>
        <w:rPr>
          <w:b w:val="0"/>
          <w:i w:val="0"/>
          <w:smallCaps w:val="0"/>
          <w:strike w:val="0"/>
          <w:sz w:val="22"/>
          <w:highlight w:val="cyan"/>
          <w:u w:val="single"/>
        </w:rPr>
        <w:t xml:space="preserve">history is </w:t>
      </w:r>
      <w:r>
        <w:rPr>
          <w:b/>
          <w:i w:val="0"/>
          <w:smallCaps w:val="0"/>
          <w:strike w:val="0"/>
          <w:sz w:val="24"/>
          <w:highlight w:val="cyan"/>
          <w:u w:val="single"/>
        </w:rPr>
        <w:t xml:space="preserve">just </w:t>
      </w:r>
      <w:r>
        <w:rPr>
          <w:b/>
          <w:i w:val="0"/>
          <w:smallCaps w:val="0"/>
          <w:strike w:val="0"/>
          <w:sz w:val="24"/>
          <w:highlight w:val="cyan"/>
          <w:u w:val="single"/>
        </w:rPr>
        <w:t>beginning</w:t>
      </w:r>
      <w:r>
        <w:rPr>
          <w:b w:val="0"/>
          <w:i w:val="0"/>
          <w:smallCaps w:val="0"/>
          <w:strike w:val="0"/>
          <w:sz w:val="22"/>
          <w:u w:val="single"/>
        </w:rPr>
        <w:t xml:space="preserve">. Moments </w:t>
      </w:r>
      <w:r>
        <w:rPr>
          <w:b w:val="0"/>
          <w:i w:val="0"/>
          <w:smallCaps w:val="0"/>
          <w:strike w:val="0"/>
          <w:sz w:val="22"/>
          <w:u w:val="single"/>
        </w:rPr>
        <w:t>ago</w:t>
      </w:r>
      <w:r>
        <w:rPr>
          <w:b w:val="0"/>
          <w:i w:val="0"/>
          <w:smallCaps w:val="0"/>
          <w:strike w:val="0"/>
          <w:sz w:val="22"/>
          <w:u w:val="single"/>
        </w:rPr>
        <w:t xml:space="preserve"> we were mere apes in trees. We developed culture, learning and education only recently</w:t>
      </w:r>
      <w:r>
        <w:rPr>
          <w:b w:val="0"/>
          <w:i w:val="0"/>
          <w:smallCaps w:val="0"/>
          <w:strike w:val="0"/>
          <w:sz w:val="16"/>
          <w:u w:val="none"/>
        </w:rPr>
        <w:t xml:space="preserve">. We – in the richer countries at least – only recently managed to create comfortable environments where we no longer need to worry about food and shelter, so that we can spend more time on other things. </w:t>
      </w:r>
      <w:r>
        <w:rPr>
          <w:b/>
          <w:i w:val="0"/>
          <w:smallCaps w:val="0"/>
          <w:strike w:val="0"/>
          <w:sz w:val="24"/>
          <w:highlight w:val="cyan"/>
          <w:u w:val="single"/>
        </w:rPr>
        <w:t>Violence is declining</w:t>
      </w:r>
      <w:r>
        <w:rPr>
          <w:b w:val="0"/>
          <w:i w:val="0"/>
          <w:smallCaps w:val="0"/>
          <w:strike w:val="0"/>
          <w:sz w:val="22"/>
          <w:u w:val="single"/>
        </w:rPr>
        <w:t xml:space="preserve"> and this era is, counterintuitively to some, the </w:t>
      </w:r>
      <w:r>
        <w:rPr>
          <w:b/>
          <w:i w:val="0"/>
          <w:smallCaps w:val="0"/>
          <w:strike w:val="0"/>
          <w:sz w:val="24"/>
          <w:u w:val="single"/>
        </w:rPr>
        <w:t>most peaceful era</w:t>
      </w:r>
      <w:r>
        <w:rPr>
          <w:b w:val="0"/>
          <w:i w:val="0"/>
          <w:smallCaps w:val="0"/>
          <w:strike w:val="0"/>
          <w:sz w:val="22"/>
          <w:u w:val="single"/>
        </w:rPr>
        <w:t xml:space="preserve"> in history</w:t>
      </w:r>
      <w:r>
        <w:rPr>
          <w:b w:val="0"/>
          <w:i w:val="0"/>
          <w:smallCaps w:val="0"/>
          <w:strike w:val="0"/>
          <w:sz w:val="16"/>
          <w:u w:val="none"/>
        </w:rPr>
        <w:t xml:space="preserve"> (read Steven Pinker’s The Better Angels of Our Nature). </w:t>
      </w:r>
      <w:r>
        <w:rPr>
          <w:b w:val="0"/>
          <w:i w:val="0"/>
          <w:smallCaps w:val="0"/>
          <w:strike w:val="0"/>
          <w:sz w:val="22"/>
          <w:highlight w:val="cyan"/>
          <w:u w:val="single"/>
        </w:rPr>
        <w:t>We’re</w:t>
      </w:r>
      <w:r>
        <w:rPr>
          <w:b w:val="0"/>
          <w:i w:val="0"/>
          <w:smallCaps w:val="0"/>
          <w:strike w:val="0"/>
          <w:sz w:val="22"/>
          <w:u w:val="single"/>
        </w:rPr>
        <w:t xml:space="preserve"> still </w:t>
      </w:r>
      <w:r>
        <w:rPr>
          <w:b/>
          <w:i w:val="0"/>
          <w:smallCaps w:val="0"/>
          <w:strike w:val="0"/>
          <w:sz w:val="24"/>
          <w:highlight w:val="cyan"/>
          <w:u w:val="single"/>
        </w:rPr>
        <w:t>expanding the circle of</w:t>
      </w:r>
      <w:r>
        <w:rPr>
          <w:b/>
          <w:i w:val="0"/>
          <w:smallCaps w:val="0"/>
          <w:strike w:val="0"/>
          <w:sz w:val="24"/>
          <w:u w:val="single"/>
        </w:rPr>
        <w:t xml:space="preserve"> our </w:t>
      </w:r>
      <w:r>
        <w:rPr>
          <w:b/>
          <w:i w:val="0"/>
          <w:smallCaps w:val="0"/>
          <w:strike w:val="0"/>
          <w:sz w:val="24"/>
          <w:highlight w:val="cyan"/>
          <w:u w:val="single"/>
        </w:rPr>
        <w:t>moral concern</w:t>
      </w:r>
      <w:r>
        <w:rPr>
          <w:b w:val="0"/>
          <w:i w:val="0"/>
          <w:smallCaps w:val="0"/>
          <w:strike w:val="0"/>
          <w:sz w:val="22"/>
          <w:u w:val="single"/>
        </w:rPr>
        <w:t>. We’ll</w:t>
      </w:r>
      <w:r>
        <w:rPr>
          <w:b w:val="0"/>
          <w:i w:val="0"/>
          <w:smallCaps w:val="0"/>
          <w:strike w:val="0"/>
          <w:sz w:val="16"/>
          <w:u w:val="none"/>
        </w:rPr>
        <w:t xml:space="preserve"> probably </w:t>
      </w:r>
      <w:r>
        <w:rPr>
          <w:b w:val="0"/>
          <w:i w:val="0"/>
          <w:smallCaps w:val="0"/>
          <w:strike w:val="0"/>
          <w:sz w:val="22"/>
          <w:u w:val="single"/>
        </w:rPr>
        <w:t>have to work less in the future and will devote even more time to creating change for ourselves and others. And there is the promise</w:t>
      </w:r>
      <w:r>
        <w:rPr>
          <w:b w:val="0"/>
          <w:i w:val="0"/>
          <w:smallCaps w:val="0"/>
          <w:strike w:val="0"/>
          <w:sz w:val="16"/>
          <w:u w:val="none"/>
        </w:rPr>
        <w:t xml:space="preserve"> (at least for techno-optimists) </w:t>
      </w:r>
      <w:r>
        <w:rPr>
          <w:b w:val="0"/>
          <w:i w:val="0"/>
          <w:smallCaps w:val="0"/>
          <w:strike w:val="0"/>
          <w:sz w:val="22"/>
          <w:u w:val="single"/>
        </w:rPr>
        <w:t xml:space="preserve">of </w:t>
      </w:r>
      <w:r>
        <w:rPr>
          <w:b/>
          <w:i w:val="0"/>
          <w:smallCaps w:val="0"/>
          <w:strike w:val="0"/>
          <w:sz w:val="24"/>
          <w:highlight w:val="cyan"/>
          <w:u w:val="single"/>
        </w:rPr>
        <w:t>future tech</w:t>
      </w:r>
      <w:r>
        <w:rPr>
          <w:b/>
          <w:i w:val="0"/>
          <w:smallCaps w:val="0"/>
          <w:strike w:val="0"/>
          <w:sz w:val="24"/>
          <w:u w:val="single"/>
        </w:rPr>
        <w:t xml:space="preserve">nological </w:t>
      </w:r>
      <w:r>
        <w:rPr>
          <w:b/>
          <w:i w:val="0"/>
          <w:smallCaps w:val="0"/>
          <w:strike w:val="0"/>
          <w:sz w:val="24"/>
          <w:highlight w:val="cyan"/>
          <w:u w:val="single"/>
        </w:rPr>
        <w:t>advancements</w:t>
      </w:r>
      <w:r>
        <w:rPr>
          <w:b w:val="0"/>
          <w:i w:val="0"/>
          <w:smallCaps w:val="0"/>
          <w:strike w:val="0"/>
          <w:sz w:val="22"/>
          <w:u w:val="single"/>
        </w:rPr>
        <w:t xml:space="preserve"> that </w:t>
      </w:r>
      <w:r>
        <w:rPr>
          <w:b w:val="0"/>
          <w:i w:val="0"/>
          <w:smallCaps w:val="0"/>
          <w:strike w:val="0"/>
          <w:sz w:val="22"/>
          <w:highlight w:val="cyan"/>
          <w:u w:val="single"/>
        </w:rPr>
        <w:t>can</w:t>
      </w:r>
      <w:r>
        <w:rPr>
          <w:b w:val="0"/>
          <w:i w:val="0"/>
          <w:smallCaps w:val="0"/>
          <w:strike w:val="0"/>
          <w:sz w:val="22"/>
          <w:u w:val="single"/>
        </w:rPr>
        <w:t xml:space="preserve"> help us </w:t>
      </w:r>
      <w:r>
        <w:rPr>
          <w:b w:val="0"/>
          <w:i w:val="0"/>
          <w:smallCaps w:val="0"/>
          <w:strike w:val="0"/>
          <w:sz w:val="22"/>
          <w:highlight w:val="cyan"/>
          <w:u w:val="single"/>
        </w:rPr>
        <w:t xml:space="preserve">have a </w:t>
      </w:r>
      <w:r>
        <w:rPr>
          <w:b/>
          <w:i w:val="0"/>
          <w:smallCaps w:val="0"/>
          <w:strike w:val="0"/>
          <w:sz w:val="24"/>
          <w:highlight w:val="cyan"/>
          <w:u w:val="single"/>
        </w:rPr>
        <w:t>huge</w:t>
      </w:r>
      <w:r>
        <w:rPr>
          <w:b/>
          <w:i w:val="0"/>
          <w:smallCaps w:val="0"/>
          <w:strike w:val="0"/>
          <w:sz w:val="24"/>
          <w:u w:val="single"/>
        </w:rPr>
        <w:t xml:space="preserve"> positive </w:t>
      </w:r>
      <w:r>
        <w:rPr>
          <w:b/>
          <w:i w:val="0"/>
          <w:smallCaps w:val="0"/>
          <w:strike w:val="0"/>
          <w:sz w:val="24"/>
          <w:highlight w:val="cyan"/>
          <w:u w:val="single"/>
        </w:rPr>
        <w:t>impact</w:t>
      </w:r>
      <w:r>
        <w:rPr>
          <w:b w:val="0"/>
          <w:i w:val="0"/>
          <w:smallCaps w:val="0"/>
          <w:strike w:val="0"/>
          <w:sz w:val="22"/>
          <w:u w:val="single"/>
        </w:rPr>
        <w:t xml:space="preserve"> on ourselves and our planet</w:t>
      </w:r>
      <w:r>
        <w:rPr>
          <w:b w:val="0"/>
          <w:i w:val="0"/>
          <w:smallCaps w:val="0"/>
          <w:strike w:val="0"/>
          <w:sz w:val="16"/>
          <w:u w:val="none"/>
        </w:rPr>
        <w:t>.</w:t>
      </w:r>
    </w:p>
    <w:p>
      <w:pPr>
        <w:spacing w:after="60"/>
      </w:pPr>
      <w:r>
        <w:rPr>
          <w:b w:val="0"/>
          <w:i w:val="0"/>
          <w:smallCaps w:val="0"/>
          <w:strike w:val="0"/>
          <w:sz w:val="22"/>
          <w:u w:val="single"/>
        </w:rPr>
        <w:t xml:space="preserve">3. Humans might be able to </w:t>
      </w:r>
      <w:r>
        <w:rPr>
          <w:b/>
          <w:i w:val="0"/>
          <w:smallCaps w:val="0"/>
          <w:strike w:val="0"/>
          <w:sz w:val="24"/>
          <w:u w:val="single"/>
        </w:rPr>
        <w:t>help other species</w:t>
      </w:r>
      <w:r>
        <w:rPr>
          <w:b w:val="0"/>
          <w:i w:val="0"/>
          <w:smallCaps w:val="0"/>
          <w:strike w:val="0"/>
          <w:sz w:val="22"/>
          <w:u w:val="single"/>
        </w:rPr>
        <w:t xml:space="preserve"> further down the road.</w:t>
      </w:r>
    </w:p>
    <w:p>
      <w:pPr>
        <w:spacing w:after="60"/>
      </w:pPr>
      <w:r>
        <w:rPr>
          <w:b w:val="0"/>
          <w:i w:val="0"/>
          <w:smallCaps w:val="0"/>
          <w:strike w:val="0"/>
          <w:sz w:val="16"/>
          <w:u w:val="none"/>
        </w:rPr>
        <w:t xml:space="preserve">In the future, </w:t>
      </w:r>
      <w:r>
        <w:rPr>
          <w:b w:val="0"/>
          <w:i w:val="0"/>
          <w:smallCaps w:val="0"/>
          <w:strike w:val="0"/>
          <w:sz w:val="22"/>
          <w:highlight w:val="cyan"/>
          <w:u w:val="single"/>
        </w:rPr>
        <w:t>given</w:t>
      </w:r>
      <w:r>
        <w:rPr>
          <w:b w:val="0"/>
          <w:i w:val="0"/>
          <w:smallCaps w:val="0"/>
          <w:strike w:val="0"/>
          <w:sz w:val="22"/>
          <w:u w:val="single"/>
        </w:rPr>
        <w:t xml:space="preserve"> more moral growth and technological </w:t>
      </w:r>
      <w:r>
        <w:rPr>
          <w:b w:val="0"/>
          <w:i w:val="0"/>
          <w:smallCaps w:val="0"/>
          <w:strike w:val="0"/>
          <w:sz w:val="22"/>
          <w:highlight w:val="cyan"/>
          <w:u w:val="single"/>
        </w:rPr>
        <w:t>improvements</w:t>
      </w:r>
      <w:r>
        <w:rPr>
          <w:b w:val="0"/>
          <w:i w:val="0"/>
          <w:smallCaps w:val="0"/>
          <w:strike w:val="0"/>
          <w:sz w:val="22"/>
          <w:u w:val="single"/>
        </w:rPr>
        <w:t xml:space="preserve">, rather than having a net negative impact on other species, </w:t>
      </w:r>
      <w:r>
        <w:rPr>
          <w:b w:val="0"/>
          <w:i w:val="0"/>
          <w:smallCaps w:val="0"/>
          <w:strike w:val="0"/>
          <w:sz w:val="22"/>
          <w:highlight w:val="cyan"/>
          <w:u w:val="single"/>
        </w:rPr>
        <w:t xml:space="preserve">our impact could become </w:t>
      </w:r>
      <w:r>
        <w:rPr>
          <w:b/>
          <w:i w:val="0"/>
          <w:smallCaps w:val="0"/>
          <w:strike w:val="0"/>
          <w:sz w:val="24"/>
          <w:highlight w:val="cyan"/>
          <w:u w:val="single"/>
        </w:rPr>
        <w:t>net positive</w:t>
      </w:r>
      <w:r>
        <w:rPr>
          <w:b w:val="0"/>
          <w:i w:val="0"/>
          <w:smallCaps w:val="0"/>
          <w:strike w:val="0"/>
          <w:sz w:val="16"/>
          <w:u w:val="none"/>
        </w:rPr>
        <w:t xml:space="preserve">. Arguably </w:t>
      </w:r>
      <w:r>
        <w:rPr>
          <w:b w:val="0"/>
          <w:i w:val="0"/>
          <w:smallCaps w:val="0"/>
          <w:strike w:val="0"/>
          <w:sz w:val="22"/>
          <w:u w:val="single"/>
        </w:rPr>
        <w:t xml:space="preserve">the </w:t>
      </w:r>
      <w:r>
        <w:rPr>
          <w:b/>
          <w:i w:val="0"/>
          <w:smallCaps w:val="0"/>
          <w:strike w:val="0"/>
          <w:sz w:val="24"/>
          <w:highlight w:val="cyan"/>
          <w:u w:val="single"/>
        </w:rPr>
        <w:t>biggest source</w:t>
      </w:r>
      <w:r>
        <w:rPr>
          <w:b w:val="0"/>
          <w:i w:val="0"/>
          <w:smallCaps w:val="0"/>
          <w:strike w:val="0"/>
          <w:sz w:val="22"/>
          <w:highlight w:val="cyan"/>
          <w:u w:val="single"/>
        </w:rPr>
        <w:t xml:space="preserve"> of suffering</w:t>
      </w:r>
      <w:r>
        <w:rPr>
          <w:b w:val="0"/>
          <w:i w:val="0"/>
          <w:smallCaps w:val="0"/>
          <w:strike w:val="0"/>
          <w:sz w:val="22"/>
          <w:u w:val="single"/>
        </w:rPr>
        <w:t xml:space="preserve"> for animals </w:t>
      </w:r>
      <w:r>
        <w:rPr>
          <w:b w:val="0"/>
          <w:i w:val="0"/>
          <w:smallCaps w:val="0"/>
          <w:strike w:val="0"/>
          <w:sz w:val="22"/>
          <w:highlight w:val="cyan"/>
          <w:u w:val="single"/>
        </w:rPr>
        <w:t>is</w:t>
      </w:r>
      <w:r>
        <w:rPr>
          <w:b w:val="0"/>
          <w:i w:val="0"/>
          <w:smallCaps w:val="0"/>
          <w:strike w:val="0"/>
          <w:sz w:val="22"/>
          <w:u w:val="single"/>
        </w:rPr>
        <w:t xml:space="preserve"> nature/</w:t>
      </w:r>
      <w:r>
        <w:rPr>
          <w:b w:val="0"/>
          <w:i w:val="0"/>
          <w:smallCaps w:val="0"/>
          <w:strike w:val="0"/>
          <w:sz w:val="22"/>
          <w:highlight w:val="cyan"/>
          <w:u w:val="single"/>
        </w:rPr>
        <w:t xml:space="preserve">the </w:t>
      </w:r>
      <w:r>
        <w:rPr>
          <w:b/>
          <w:i w:val="0"/>
          <w:smallCaps w:val="0"/>
          <w:strike w:val="0"/>
          <w:sz w:val="24"/>
          <w:highlight w:val="cyan"/>
          <w:u w:val="single"/>
        </w:rPr>
        <w:t>natural condition</w:t>
      </w:r>
      <w:r>
        <w:rPr>
          <w:b w:val="0"/>
          <w:i w:val="0"/>
          <w:smallCaps w:val="0"/>
          <w:strike w:val="0"/>
          <w:sz w:val="22"/>
          <w:highlight w:val="cyan"/>
          <w:u w:val="single"/>
        </w:rPr>
        <w:t xml:space="preserve">. Animals die </w:t>
      </w:r>
      <w:r>
        <w:rPr>
          <w:b/>
          <w:i w:val="0"/>
          <w:smallCaps w:val="0"/>
          <w:strike w:val="0"/>
          <w:sz w:val="24"/>
          <w:highlight w:val="cyan"/>
          <w:u w:val="single"/>
        </w:rPr>
        <w:t>by the billions</w:t>
      </w:r>
      <w:r>
        <w:rPr>
          <w:b w:val="0"/>
          <w:i w:val="0"/>
          <w:smallCaps w:val="0"/>
          <w:strike w:val="0"/>
          <w:sz w:val="22"/>
          <w:u w:val="single"/>
        </w:rPr>
        <w:t xml:space="preserve"> because </w:t>
      </w:r>
      <w:r>
        <w:rPr>
          <w:b w:val="0"/>
          <w:i w:val="0"/>
          <w:smallCaps w:val="0"/>
          <w:strike w:val="0"/>
          <w:sz w:val="22"/>
          <w:highlight w:val="cyan"/>
          <w:u w:val="single"/>
        </w:rPr>
        <w:t>of hunger, disease</w:t>
      </w:r>
      <w:r>
        <w:rPr>
          <w:b w:val="0"/>
          <w:i w:val="0"/>
          <w:smallCaps w:val="0"/>
          <w:strike w:val="0"/>
          <w:sz w:val="22"/>
          <w:u w:val="single"/>
        </w:rPr>
        <w:t xml:space="preserve">, parasitism, the </w:t>
      </w:r>
      <w:r>
        <w:rPr>
          <w:b w:val="0"/>
          <w:i w:val="0"/>
          <w:smallCaps w:val="0"/>
          <w:strike w:val="0"/>
          <w:sz w:val="22"/>
          <w:highlight w:val="cyan"/>
          <w:u w:val="single"/>
        </w:rPr>
        <w:t>climate, predation</w:t>
      </w:r>
      <w:r>
        <w:rPr>
          <w:b w:val="0"/>
          <w:i w:val="0"/>
          <w:smallCaps w:val="0"/>
          <w:strike w:val="0"/>
          <w:sz w:val="16"/>
          <w:u w:val="none"/>
        </w:rPr>
        <w:t xml:space="preserve"> (see my post The extremely inconvenient truth of wild animal suffering). Maybe </w:t>
      </w:r>
      <w:r>
        <w:rPr>
          <w:b/>
          <w:i w:val="0"/>
          <w:smallCaps w:val="0"/>
          <w:strike w:val="0"/>
          <w:sz w:val="24"/>
          <w:u w:val="single"/>
        </w:rPr>
        <w:t xml:space="preserve">in the future, </w:t>
      </w:r>
      <w:r>
        <w:rPr>
          <w:b/>
          <w:i w:val="0"/>
          <w:smallCaps w:val="0"/>
          <w:strike w:val="0"/>
          <w:sz w:val="24"/>
          <w:highlight w:val="cyan"/>
          <w:u w:val="single"/>
        </w:rPr>
        <w:t>we can limit</w:t>
      </w:r>
      <w:r>
        <w:rPr>
          <w:b w:val="0"/>
          <w:i w:val="0"/>
          <w:smallCaps w:val="0"/>
          <w:strike w:val="0"/>
          <w:sz w:val="16"/>
          <w:u w:val="none"/>
        </w:rPr>
        <w:t xml:space="preserve"> some of </w:t>
      </w:r>
      <w:r>
        <w:rPr>
          <w:b/>
          <w:i w:val="0"/>
          <w:smallCaps w:val="0"/>
          <w:strike w:val="0"/>
          <w:sz w:val="24"/>
          <w:highlight w:val="cyan"/>
          <w:u w:val="single"/>
        </w:rPr>
        <w:t>this</w:t>
      </w:r>
      <w:r>
        <w:rPr>
          <w:b/>
          <w:i w:val="0"/>
          <w:smallCaps w:val="0"/>
          <w:strike w:val="0"/>
          <w:sz w:val="24"/>
          <w:u w:val="single"/>
        </w:rPr>
        <w:t xml:space="preserve"> suffering</w:t>
      </w:r>
      <w:r>
        <w:rPr>
          <w:b w:val="0"/>
          <w:i w:val="0"/>
          <w:smallCaps w:val="0"/>
          <w:strike w:val="0"/>
          <w:sz w:val="22"/>
          <w:u w:val="single"/>
        </w:rPr>
        <w:t xml:space="preserve">. The </w:t>
      </w:r>
      <w:r>
        <w:rPr>
          <w:b w:val="0"/>
          <w:i w:val="0"/>
          <w:smallCaps w:val="0"/>
          <w:strike w:val="0"/>
          <w:sz w:val="22"/>
          <w:highlight w:val="cyan"/>
          <w:u w:val="single"/>
        </w:rPr>
        <w:t>same</w:t>
      </w:r>
      <w:r>
        <w:rPr>
          <w:b w:val="0"/>
          <w:i w:val="0"/>
          <w:smallCaps w:val="0"/>
          <w:strike w:val="0"/>
          <w:sz w:val="22"/>
          <w:u w:val="single"/>
        </w:rPr>
        <w:t xml:space="preserve"> applies </w:t>
      </w:r>
      <w:r>
        <w:rPr>
          <w:b w:val="0"/>
          <w:i w:val="0"/>
          <w:smallCaps w:val="0"/>
          <w:strike w:val="0"/>
          <w:sz w:val="22"/>
          <w:highlight w:val="cyan"/>
          <w:u w:val="single"/>
        </w:rPr>
        <w:t>if</w:t>
      </w:r>
      <w:r>
        <w:rPr>
          <w:b w:val="0"/>
          <w:i w:val="0"/>
          <w:smallCaps w:val="0"/>
          <w:strike w:val="0"/>
          <w:sz w:val="22"/>
          <w:u w:val="single"/>
        </w:rPr>
        <w:t xml:space="preserve"> at some point in our more distant future, </w:t>
      </w:r>
      <w:r>
        <w:rPr>
          <w:b w:val="0"/>
          <w:i w:val="0"/>
          <w:smallCaps w:val="0"/>
          <w:strike w:val="0"/>
          <w:sz w:val="22"/>
          <w:highlight w:val="cyan"/>
          <w:u w:val="single"/>
        </w:rPr>
        <w:t>we bump into</w:t>
      </w:r>
      <w:r>
        <w:rPr>
          <w:b w:val="0"/>
          <w:i w:val="0"/>
          <w:smallCaps w:val="0"/>
          <w:strike w:val="0"/>
          <w:sz w:val="22"/>
          <w:u w:val="single"/>
        </w:rPr>
        <w:t xml:space="preserve"> sentient </w:t>
      </w:r>
      <w:r>
        <w:rPr>
          <w:b w:val="0"/>
          <w:i w:val="0"/>
          <w:smallCaps w:val="0"/>
          <w:strike w:val="0"/>
          <w:sz w:val="22"/>
          <w:highlight w:val="cyan"/>
          <w:u w:val="single"/>
        </w:rPr>
        <w:t xml:space="preserve">life on </w:t>
      </w:r>
      <w:r>
        <w:rPr>
          <w:b/>
          <w:i w:val="0"/>
          <w:smallCaps w:val="0"/>
          <w:strike w:val="0"/>
          <w:sz w:val="24"/>
          <w:highlight w:val="cyan"/>
          <w:u w:val="single"/>
        </w:rPr>
        <w:t>other planets</w:t>
      </w:r>
      <w:r>
        <w:rPr>
          <w:b w:val="0"/>
          <w:i w:val="0"/>
          <w:smallCaps w:val="0"/>
          <w:strike w:val="0"/>
          <w:sz w:val="22"/>
          <w:u w:val="single"/>
        </w:rPr>
        <w:t xml:space="preserve">. Chances are there is suffering there, and </w:t>
      </w:r>
      <w:r>
        <w:rPr>
          <w:b w:val="0"/>
          <w:i w:val="0"/>
          <w:smallCaps w:val="0"/>
          <w:strike w:val="0"/>
          <w:sz w:val="22"/>
          <w:highlight w:val="cyan"/>
          <w:u w:val="single"/>
        </w:rPr>
        <w:t>if</w:t>
      </w:r>
      <w:r>
        <w:rPr>
          <w:b w:val="0"/>
          <w:i w:val="0"/>
          <w:smallCaps w:val="0"/>
          <w:strike w:val="0"/>
          <w:sz w:val="22"/>
          <w:u w:val="single"/>
        </w:rPr>
        <w:t xml:space="preserve"> by that time </w:t>
      </w:r>
      <w:r>
        <w:rPr>
          <w:b w:val="0"/>
          <w:i w:val="0"/>
          <w:smallCaps w:val="0"/>
          <w:strike w:val="0"/>
          <w:sz w:val="22"/>
          <w:highlight w:val="cyan"/>
          <w:u w:val="single"/>
        </w:rPr>
        <w:t>we</w:t>
      </w:r>
      <w:r>
        <w:rPr>
          <w:b w:val="0"/>
          <w:i w:val="0"/>
          <w:smallCaps w:val="0"/>
          <w:strike w:val="0"/>
          <w:sz w:val="22"/>
          <w:u w:val="single"/>
        </w:rPr>
        <w:t xml:space="preserve"> have </w:t>
      </w:r>
      <w:r>
        <w:rPr>
          <w:b/>
          <w:i w:val="0"/>
          <w:smallCaps w:val="0"/>
          <w:strike w:val="0"/>
          <w:sz w:val="24"/>
          <w:highlight w:val="cyan"/>
          <w:u w:val="single"/>
        </w:rPr>
        <w:t>advanced</w:t>
      </w:r>
      <w:r>
        <w:rPr>
          <w:b/>
          <w:i w:val="0"/>
          <w:smallCaps w:val="0"/>
          <w:strike w:val="0"/>
          <w:sz w:val="24"/>
          <w:u w:val="single"/>
        </w:rPr>
        <w:t xml:space="preserve"> enough morally and technologically</w:t>
      </w:r>
      <w:r>
        <w:rPr>
          <w:b w:val="0"/>
          <w:i w:val="0"/>
          <w:smallCaps w:val="0"/>
          <w:strike w:val="0"/>
          <w:sz w:val="22"/>
          <w:u w:val="single"/>
        </w:rPr>
        <w:t xml:space="preserve">, </w:t>
      </w:r>
      <w:r>
        <w:rPr>
          <w:b w:val="0"/>
          <w:i w:val="0"/>
          <w:smallCaps w:val="0"/>
          <w:strike w:val="0"/>
          <w:sz w:val="22"/>
          <w:highlight w:val="cyan"/>
          <w:u w:val="single"/>
        </w:rPr>
        <w:t>we may</w:t>
      </w:r>
      <w:r>
        <w:rPr>
          <w:b w:val="0"/>
          <w:i w:val="0"/>
          <w:smallCaps w:val="0"/>
          <w:strike w:val="0"/>
          <w:sz w:val="22"/>
          <w:u w:val="single"/>
        </w:rPr>
        <w:t xml:space="preserve"> be able to </w:t>
      </w:r>
      <w:r>
        <w:rPr>
          <w:b/>
          <w:i w:val="0"/>
          <w:smallCaps w:val="0"/>
          <w:strike w:val="0"/>
          <w:sz w:val="24"/>
          <w:highlight w:val="cyan"/>
          <w:u w:val="single"/>
        </w:rPr>
        <w:t>help</w:t>
      </w:r>
      <w:r>
        <w:rPr>
          <w:b w:val="0"/>
          <w:i w:val="0"/>
          <w:smallCaps w:val="0"/>
          <w:strike w:val="0"/>
          <w:sz w:val="16"/>
          <w:u w:val="none"/>
        </w:rPr>
        <w:t xml:space="preserve">. </w:t>
      </w:r>
      <w:r>
        <w:rPr>
          <w:b w:val="0"/>
          <w:i w:val="0"/>
          <w:smallCaps w:val="0"/>
          <w:strike w:val="0"/>
          <w:sz w:val="16"/>
          <w:u w:val="none"/>
        </w:rPr>
        <w:t>Of course</w:t>
      </w:r>
      <w:r>
        <w:rPr>
          <w:b w:val="0"/>
          <w:i w:val="0"/>
          <w:smallCaps w:val="0"/>
          <w:strike w:val="0"/>
          <w:sz w:val="16"/>
          <w:u w:val="none"/>
        </w:rPr>
        <w:t xml:space="preserve"> there is the chance that some other species in our corner of the universe </w:t>
      </w:r>
      <w:r>
        <w:rPr>
          <w:b w:val="0"/>
          <w:i w:val="0"/>
          <w:smallCaps w:val="0"/>
          <w:strike w:val="0"/>
          <w:sz w:val="16"/>
          <w:u w:val="none"/>
        </w:rPr>
        <w:t>is</w:t>
      </w:r>
      <w:r>
        <w:rPr>
          <w:b w:val="0"/>
          <w:i w:val="0"/>
          <w:smallCaps w:val="0"/>
          <w:strike w:val="0"/>
          <w:sz w:val="16"/>
          <w:u w:val="none"/>
        </w:rPr>
        <w:t xml:space="preserve"> already at that level, thus making our own progress less important. But </w:t>
      </w:r>
      <w:r>
        <w:rPr>
          <w:b w:val="0"/>
          <w:i w:val="0"/>
          <w:smallCaps w:val="0"/>
          <w:strike w:val="0"/>
          <w:sz w:val="16"/>
          <w:u w:val="none"/>
        </w:rPr>
        <w:t>certainly</w:t>
      </w:r>
      <w:r>
        <w:rPr>
          <w:b w:val="0"/>
          <w:i w:val="0"/>
          <w:smallCaps w:val="0"/>
          <w:strike w:val="0"/>
          <w:sz w:val="16"/>
          <w:u w:val="none"/>
        </w:rPr>
        <w:t xml:space="preserve"> in the event that we’re the only “advanced” ones around (in this region of the universe), </w:t>
      </w:r>
      <w:r>
        <w:rPr>
          <w:b w:val="0"/>
          <w:i w:val="0"/>
          <w:smallCaps w:val="0"/>
          <w:strike w:val="0"/>
          <w:sz w:val="22"/>
          <w:highlight w:val="cyan"/>
          <w:u w:val="single"/>
        </w:rPr>
        <w:t xml:space="preserve">it becomes </w:t>
      </w:r>
      <w:r>
        <w:rPr>
          <w:b/>
          <w:i w:val="0"/>
          <w:smallCaps w:val="0"/>
          <w:strike w:val="0"/>
          <w:sz w:val="24"/>
          <w:highlight w:val="cyan"/>
          <w:u w:val="single"/>
        </w:rPr>
        <w:t>very important</w:t>
      </w:r>
      <w:r>
        <w:rPr>
          <w:b/>
          <w:i w:val="0"/>
          <w:smallCaps w:val="0"/>
          <w:strike w:val="0"/>
          <w:sz w:val="24"/>
          <w:u w:val="single"/>
        </w:rPr>
        <w:t xml:space="preserve"> that </w:t>
      </w:r>
      <w:r>
        <w:rPr>
          <w:b/>
          <w:i w:val="0"/>
          <w:smallCaps w:val="0"/>
          <w:strike w:val="0"/>
          <w:sz w:val="24"/>
          <w:highlight w:val="cyan"/>
          <w:u w:val="single"/>
        </w:rPr>
        <w:t>we survive</w:t>
      </w:r>
      <w:r>
        <w:rPr>
          <w:b w:val="0"/>
          <w:i w:val="0"/>
          <w:smallCaps w:val="0"/>
          <w:strike w:val="0"/>
          <w:sz w:val="22"/>
          <w:u w:val="single"/>
        </w:rPr>
        <w:t xml:space="preserve"> and grow to help. It would be a pity if everything</w:t>
      </w:r>
      <w:r>
        <w:rPr>
          <w:b w:val="0"/>
          <w:i w:val="0"/>
          <w:smallCaps w:val="0"/>
          <w:strike w:val="0"/>
          <w:sz w:val="16"/>
          <w:u w:val="none"/>
        </w:rPr>
        <w:t xml:space="preserve"> we have and everything </w:t>
      </w:r>
      <w:r>
        <w:rPr>
          <w:b w:val="0"/>
          <w:i w:val="0"/>
          <w:smallCaps w:val="0"/>
          <w:strike w:val="0"/>
          <w:sz w:val="22"/>
          <w:u w:val="single"/>
        </w:rPr>
        <w:t xml:space="preserve">we </w:t>
      </w:r>
      <w:r>
        <w:rPr>
          <w:b w:val="0"/>
          <w:i w:val="0"/>
          <w:smallCaps w:val="0"/>
          <w:strike w:val="0"/>
          <w:sz w:val="22"/>
          <w:u w:val="single"/>
        </w:rPr>
        <w:t>are was</w:t>
      </w:r>
      <w:r>
        <w:rPr>
          <w:b w:val="0"/>
          <w:i w:val="0"/>
          <w:smallCaps w:val="0"/>
          <w:strike w:val="0"/>
          <w:sz w:val="22"/>
          <w:u w:val="single"/>
        </w:rPr>
        <w:t xml:space="preserve"> lost</w:t>
      </w:r>
      <w:r>
        <w:rPr>
          <w:b w:val="0"/>
          <w:i w:val="0"/>
          <w:smallCaps w:val="0"/>
          <w:strike w:val="0"/>
          <w:sz w:val="16"/>
          <w:u w:val="none"/>
        </w:rPr>
        <w:t xml:space="preserve">, and </w:t>
      </w:r>
      <w:r>
        <w:rPr>
          <w:b w:val="0"/>
          <w:i w:val="0"/>
          <w:smallCaps w:val="0"/>
          <w:strike w:val="0"/>
          <w:sz w:val="22"/>
          <w:u w:val="single"/>
        </w:rPr>
        <w:t>the universe would need to restart</w:t>
      </w:r>
      <w:r>
        <w:rPr>
          <w:b w:val="0"/>
          <w:i w:val="0"/>
          <w:smallCaps w:val="0"/>
          <w:strike w:val="0"/>
          <w:sz w:val="16"/>
          <w:u w:val="none"/>
        </w:rPr>
        <w:t xml:space="preserve"> with another species to reach our level of development. </w:t>
      </w:r>
      <w:r>
        <w:rPr>
          <w:b/>
          <w:i w:val="0"/>
          <w:smallCaps w:val="0"/>
          <w:strike w:val="0"/>
          <w:sz w:val="24"/>
          <w:u w:val="single"/>
        </w:rPr>
        <w:t>Lots of time and lives lost</w:t>
      </w:r>
      <w:r>
        <w:rPr>
          <w:b w:val="0"/>
          <w:i w:val="0"/>
          <w:smallCaps w:val="0"/>
          <w:strike w:val="0"/>
          <w:sz w:val="16"/>
          <w:u w:val="none"/>
        </w:rPr>
        <w:t>.</w:t>
      </w:r>
    </w:p>
    <w:p>
      <w:pPr>
        <w:spacing w:after="60"/>
      </w:pPr>
      <w:r>
        <w:rPr>
          <w:b w:val="0"/>
          <w:i w:val="0"/>
          <w:smallCaps w:val="0"/>
          <w:strike w:val="0"/>
          <w:sz w:val="16"/>
          <w:u w:val="none"/>
        </w:rPr>
        <w:t xml:space="preserve">As you see, I’m thinking a bit ahead. And why not? Some will believe this is speculation and science fiction that has no relevance for the problems and suffering at hand. But if we don’t destroy ourselves, we </w:t>
      </w:r>
      <w:r>
        <w:rPr>
          <w:b w:val="0"/>
          <w:i w:val="0"/>
          <w:smallCaps w:val="0"/>
          <w:strike w:val="0"/>
          <w:sz w:val="16"/>
          <w:u w:val="none"/>
        </w:rPr>
        <w:t>have to</w:t>
      </w:r>
      <w:r>
        <w:rPr>
          <w:b w:val="0"/>
          <w:i w:val="0"/>
          <w:smallCaps w:val="0"/>
          <w:strike w:val="0"/>
          <w:sz w:val="16"/>
          <w:u w:val="none"/>
        </w:rPr>
        <w:t xml:space="preserve"> assume we’re going to be here for a long, long time still. And in that time, a lot is possible.</w:t>
      </w:r>
    </w:p>
    <w:p>
      <w:pPr>
        <w:spacing w:after="60"/>
      </w:pPr>
      <w:r>
        <w:rPr>
          <w:b w:val="0"/>
          <w:i w:val="0"/>
          <w:smallCaps w:val="0"/>
          <w:strike w:val="0"/>
          <w:sz w:val="16"/>
          <w:u w:val="none"/>
        </w:rPr>
        <w:t xml:space="preserve">We’re on our way. We’re children still, growing up, getting better. It’s going to take ages or millennia, but we </w:t>
      </w:r>
      <w:r>
        <w:rPr>
          <w:b/>
          <w:i w:val="0"/>
          <w:smallCaps w:val="0"/>
          <w:strike w:val="0"/>
          <w:sz w:val="24"/>
          <w:highlight w:val="cyan"/>
          <w:u w:val="single"/>
        </w:rPr>
        <w:t>humans might</w:t>
      </w:r>
      <w:r>
        <w:rPr>
          <w:b/>
          <w:i w:val="0"/>
          <w:smallCaps w:val="0"/>
          <w:strike w:val="0"/>
          <w:sz w:val="24"/>
          <w:u w:val="single"/>
        </w:rPr>
        <w:t xml:space="preserve"> just turn out to </w:t>
      </w:r>
      <w:r>
        <w:rPr>
          <w:b/>
          <w:i w:val="0"/>
          <w:smallCaps w:val="0"/>
          <w:strike w:val="0"/>
          <w:sz w:val="24"/>
          <w:highlight w:val="cyan"/>
          <w:u w:val="single"/>
        </w:rPr>
        <w:t>be the best thing for the universe</w:t>
      </w:r>
      <w:r>
        <w:rPr>
          <w:b w:val="0"/>
          <w:i w:val="0"/>
          <w:smallCaps w:val="0"/>
          <w:strike w:val="0"/>
          <w:sz w:val="16"/>
          <w:u w:val="none"/>
        </w:rPr>
        <w:t>. Let’s not press that button just yet.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