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end of animal exploitation is </w:t>
      </w:r>
      <w:r>
        <w:rPr>
          <w:b/>
          <w:i w:val="0"/>
          <w:smallCaps w:val="0"/>
          <w:strike w:val="0"/>
          <w:sz w:val="26"/>
          <w:u w:val="single"/>
        </w:rPr>
        <w:t>inevitable</w:t>
      </w:r>
      <w:r>
        <w:rPr>
          <w:b/>
          <w:i w:val="0"/>
          <w:smallCaps w:val="0"/>
          <w:strike w:val="0"/>
          <w:sz w:val="26"/>
          <w:u w:val="none"/>
        </w:rPr>
        <w:t>, even without a moral revolution</w:t>
      </w:r>
    </w:p>
    <w:p>
      <w:pPr>
        <w:spacing w:after="80"/>
      </w:pPr>
      <w:r>
        <w:rPr>
          <w:b w:val="0"/>
          <w:i w:val="0"/>
          <w:smallCaps w:val="0"/>
          <w:strike w:val="0"/>
          <w:u w:val="none"/>
        </w:rPr>
        <w:t xml:space="preserve">Jacy </w:t>
      </w:r>
      <w:r>
        <w:rPr>
          <w:b/>
          <w:i w:val="0"/>
          <w:smallCaps w:val="0"/>
          <w:strike w:val="0"/>
          <w:sz w:val="26"/>
          <w:u w:val="none"/>
        </w:rPr>
        <w:t>Reese 18</w:t>
      </w:r>
      <w:r>
        <w:rPr>
          <w:b w:val="0"/>
          <w:i w:val="0"/>
          <w:smallCaps w:val="0"/>
          <w:strike w:val="0"/>
          <w:u w:val="none"/>
        </w:rPr>
        <w:t>, Research Director and Co-Founder of Sentience Institute, Former Senior Fellow at Sentience Politics, BA in Neuroscience from the University of Texas, Former Researcher at Animal Charity Evaluators, Former Research Assistant at the Greene Moral Cognition Lab, “Our Treatment of Animals is Stalling Human Progress”, Quartz, 2/19/2018, https://qz.com/1209936/our-treatment-of-animals-is-stalling-human-progress/</w:t>
      </w:r>
    </w:p>
    <w:p>
      <w:pPr>
        <w:spacing w:after="60"/>
      </w:pPr>
      <w:r>
        <w:rPr>
          <w:b w:val="0"/>
          <w:i w:val="0"/>
          <w:smallCaps w:val="0"/>
          <w:strike w:val="0"/>
          <w:sz w:val="16"/>
          <w:u w:val="none"/>
        </w:rPr>
        <w:t xml:space="preserve">In Steven Pinker’s new book out this month, Enlightenment Now, the Harvard professor catalogs </w:t>
      </w:r>
      <w:r>
        <w:rPr>
          <w:b w:val="0"/>
          <w:i w:val="0"/>
          <w:smallCaps w:val="0"/>
          <w:strike w:val="0"/>
          <w:sz w:val="22"/>
          <w:u w:val="single"/>
        </w:rPr>
        <w:t>reams of data</w:t>
      </w:r>
      <w:r>
        <w:rPr>
          <w:b w:val="0"/>
          <w:i w:val="0"/>
          <w:smallCaps w:val="0"/>
          <w:strike w:val="0"/>
          <w:sz w:val="16"/>
          <w:u w:val="none"/>
        </w:rPr>
        <w:t xml:space="preserve"> to </w:t>
      </w:r>
      <w:r>
        <w:rPr>
          <w:b w:val="0"/>
          <w:i w:val="0"/>
          <w:smallCaps w:val="0"/>
          <w:strike w:val="0"/>
          <w:sz w:val="22"/>
          <w:u w:val="single"/>
        </w:rPr>
        <w:t xml:space="preserve">show that </w:t>
      </w:r>
      <w:r>
        <w:rPr>
          <w:b w:val="0"/>
          <w:i w:val="0"/>
          <w:smallCaps w:val="0"/>
          <w:strike w:val="0"/>
          <w:sz w:val="22"/>
          <w:highlight w:val="cyan"/>
          <w:u w:val="single"/>
        </w:rPr>
        <w:t>the world has</w:t>
      </w:r>
      <w:r>
        <w:rPr>
          <w:b w:val="0"/>
          <w:i w:val="0"/>
          <w:smallCaps w:val="0"/>
          <w:strike w:val="0"/>
          <w:sz w:val="22"/>
          <w:u w:val="single"/>
        </w:rPr>
        <w:t xml:space="preserve"> </w:t>
      </w:r>
      <w:r>
        <w:rPr>
          <w:b w:val="0"/>
          <w:i w:val="0"/>
          <w:smallCaps w:val="0"/>
          <w:strike w:val="0"/>
          <w:sz w:val="22"/>
          <w:u w:val="single"/>
        </w:rPr>
        <w:t xml:space="preserve">actually </w:t>
      </w:r>
      <w:r>
        <w:rPr>
          <w:b w:val="0"/>
          <w:i w:val="0"/>
          <w:smallCaps w:val="0"/>
          <w:strike w:val="0"/>
          <w:sz w:val="22"/>
          <w:highlight w:val="cyan"/>
          <w:u w:val="single"/>
        </w:rPr>
        <w:t>gotten</w:t>
      </w:r>
      <w:r>
        <w:rPr>
          <w:b w:val="0"/>
          <w:i w:val="0"/>
          <w:smallCaps w:val="0"/>
          <w:strike w:val="0"/>
          <w:sz w:val="22"/>
          <w:highlight w:val="cyan"/>
          <w:u w:val="single"/>
        </w:rPr>
        <w:t xml:space="preserve"> </w:t>
      </w:r>
      <w:r>
        <w:rPr>
          <w:b/>
          <w:i w:val="0"/>
          <w:smallCaps w:val="0"/>
          <w:strike w:val="0"/>
          <w:sz w:val="24"/>
          <w:highlight w:val="cyan"/>
          <w:u w:val="single"/>
        </w:rPr>
        <w:t>much better</w:t>
      </w:r>
      <w:r>
        <w:rPr>
          <w:b w:val="0"/>
          <w:i w:val="0"/>
          <w:smallCaps w:val="0"/>
          <w:strike w:val="0"/>
          <w:sz w:val="22"/>
          <w:u w:val="single"/>
        </w:rPr>
        <w:t xml:space="preserve"> over time, despite what you hear on the news</w:t>
      </w:r>
      <w:r>
        <w:rPr>
          <w:b w:val="0"/>
          <w:i w:val="0"/>
          <w:smallCaps w:val="0"/>
          <w:strike w:val="0"/>
          <w:sz w:val="16"/>
          <w:u w:val="none"/>
        </w:rPr>
        <w:t>. The book looks at increased life spans, decreased inequality, and even a 37-fold reduction in deaths from lightning bolts as cause for optimism in humanity. After more than 500 pages, it’s hard not to be convinced.</w:t>
      </w:r>
    </w:p>
    <w:p>
      <w:pPr>
        <w:spacing w:after="60"/>
      </w:pPr>
      <w:r>
        <w:rPr>
          <w:b w:val="0"/>
          <w:i w:val="0"/>
          <w:smallCaps w:val="0"/>
          <w:strike w:val="0"/>
          <w:sz w:val="16"/>
          <w:u w:val="none"/>
        </w:rPr>
        <w:t xml:space="preserve">But the question remains whether Pinker’s seemingly exhaustive treatment is neglecting some entire category of negative trends, such as the experiences of nonhuman animals who share this planet with us. The human population is around seven billion </w:t>
      </w:r>
      <w:r>
        <w:rPr>
          <w:b w:val="0"/>
          <w:i w:val="0"/>
          <w:smallCaps w:val="0"/>
          <w:strike w:val="0"/>
          <w:sz w:val="16"/>
          <w:u w:val="none"/>
        </w:rPr>
        <w:t>today, and</w:t>
      </w:r>
      <w:r>
        <w:rPr>
          <w:b w:val="0"/>
          <w:i w:val="0"/>
          <w:smallCaps w:val="0"/>
          <w:strike w:val="0"/>
          <w:sz w:val="16"/>
          <w:u w:val="none"/>
        </w:rPr>
        <w:t xml:space="preserve"> will perhaps be ten billion by 2050. </w:t>
      </w:r>
      <w:r>
        <w:rPr>
          <w:b w:val="0"/>
          <w:i w:val="0"/>
          <w:smallCaps w:val="0"/>
          <w:strike w:val="0"/>
          <w:sz w:val="22"/>
          <w:highlight w:val="cyan"/>
          <w:u w:val="single"/>
        </w:rPr>
        <w:t>Yet</w:t>
      </w:r>
      <w:r>
        <w:rPr>
          <w:b w:val="0"/>
          <w:i w:val="0"/>
          <w:smallCaps w:val="0"/>
          <w:strike w:val="0"/>
          <w:sz w:val="22"/>
          <w:u w:val="single"/>
        </w:rPr>
        <w:t xml:space="preserve"> here are over 100 billion domestic </w:t>
      </w:r>
      <w:r>
        <w:rPr>
          <w:b w:val="0"/>
          <w:i w:val="0"/>
          <w:smallCaps w:val="0"/>
          <w:strike w:val="0"/>
          <w:sz w:val="22"/>
          <w:highlight w:val="cyan"/>
          <w:u w:val="single"/>
        </w:rPr>
        <w:t>animals</w:t>
      </w:r>
      <w:r>
        <w:rPr>
          <w:b w:val="0"/>
          <w:i w:val="0"/>
          <w:smallCaps w:val="0"/>
          <w:strike w:val="0"/>
          <w:sz w:val="22"/>
          <w:u w:val="single"/>
        </w:rPr>
        <w:t xml:space="preserve"> (the vast majority of whom are in the food system) and a quadrillion wild vertebrates (with many more invertebrates).</w:t>
      </w:r>
    </w:p>
    <w:p>
      <w:pPr>
        <w:spacing w:after="60"/>
      </w:pPr>
      <w:r>
        <w:rPr>
          <w:b w:val="0"/>
          <w:i w:val="0"/>
          <w:smallCaps w:val="0"/>
          <w:strike w:val="0"/>
          <w:sz w:val="22"/>
          <w:u w:val="single"/>
        </w:rPr>
        <w:t xml:space="preserve">Unfortunately, their current </w:t>
      </w:r>
      <w:r>
        <w:rPr>
          <w:b w:val="0"/>
          <w:i w:val="0"/>
          <w:smallCaps w:val="0"/>
          <w:strike w:val="0"/>
          <w:sz w:val="22"/>
          <w:highlight w:val="cyan"/>
          <w:u w:val="single"/>
        </w:rPr>
        <w:t>situation is</w:t>
      </w:r>
      <w:r>
        <w:rPr>
          <w:b w:val="0"/>
          <w:i w:val="0"/>
          <w:smallCaps w:val="0"/>
          <w:strike w:val="0"/>
          <w:sz w:val="22"/>
          <w:u w:val="single"/>
        </w:rPr>
        <w:t xml:space="preserve"> unimaginable </w:t>
      </w:r>
      <w:r>
        <w:rPr>
          <w:b w:val="0"/>
          <w:i w:val="0"/>
          <w:smallCaps w:val="0"/>
          <w:strike w:val="0"/>
          <w:sz w:val="22"/>
          <w:highlight w:val="cyan"/>
          <w:u w:val="single"/>
        </w:rPr>
        <w:t>suffering</w:t>
      </w:r>
      <w:r>
        <w:rPr>
          <w:b w:val="0"/>
          <w:i w:val="0"/>
          <w:smallCaps w:val="0"/>
          <w:strike w:val="0"/>
          <w:sz w:val="16"/>
          <w:u w:val="none"/>
        </w:rPr>
        <w:t>.</w:t>
      </w:r>
    </w:p>
    <w:p>
      <w:pPr>
        <w:spacing w:after="60"/>
      </w:pPr>
      <w:r>
        <w:rPr>
          <w:b w:val="0"/>
          <w:i w:val="0"/>
          <w:smallCaps w:val="0"/>
          <w:strike w:val="0"/>
          <w:sz w:val="16"/>
          <w:u w:val="none"/>
        </w:rPr>
        <w:t xml:space="preserve">Over 99% of animals raised for food in the US currently live in factory farms (over 90% globally), many of them enduring horrific conditions like intense confinement in tiny cages so small they can barely turn around. The number of these animals has vastly increased over the past century. It’s even increased over the past decade, mainly due to rising incomes and trends of Westernization in countries like China and India, though US numbers have remained </w:t>
      </w:r>
      <w:r>
        <w:rPr>
          <w:b w:val="0"/>
          <w:i w:val="0"/>
          <w:smallCaps w:val="0"/>
          <w:strike w:val="0"/>
          <w:sz w:val="16"/>
          <w:u w:val="none"/>
        </w:rPr>
        <w:t>fairly stable</w:t>
      </w:r>
      <w:r>
        <w:rPr>
          <w:b w:val="0"/>
          <w:i w:val="0"/>
          <w:smallCaps w:val="0"/>
          <w:strike w:val="0"/>
          <w:sz w:val="16"/>
          <w:u w:val="none"/>
        </w:rPr>
        <w:t>.</w:t>
      </w:r>
    </w:p>
    <w:p>
      <w:pPr>
        <w:spacing w:after="60"/>
      </w:pPr>
      <w:r>
        <w:rPr>
          <w:b w:val="0"/>
          <w:i w:val="0"/>
          <w:smallCaps w:val="0"/>
          <w:strike w:val="0"/>
          <w:sz w:val="16"/>
          <w:u w:val="none"/>
        </w:rPr>
        <w:t xml:space="preserve">At the Sentience Institute, a nonprofit think tank focused on the expansion of humanity’s moral circle where I work as research director, we try to better understand the </w:t>
      </w:r>
      <w:r>
        <w:rPr>
          <w:b w:val="0"/>
          <w:i w:val="0"/>
          <w:smallCaps w:val="0"/>
          <w:strike w:val="0"/>
          <w:sz w:val="16"/>
          <w:u w:val="none"/>
        </w:rPr>
        <w:t>state of affairs</w:t>
      </w:r>
      <w:r>
        <w:rPr>
          <w:b w:val="0"/>
          <w:i w:val="0"/>
          <w:smallCaps w:val="0"/>
          <w:strike w:val="0"/>
          <w:sz w:val="16"/>
          <w:u w:val="none"/>
        </w:rPr>
        <w:t xml:space="preserve"> for animals (who make up the bulk of excluded sentient beings) and how it can be improved.</w:t>
      </w:r>
    </w:p>
    <w:p>
      <w:pPr>
        <w:spacing w:after="60"/>
      </w:pPr>
      <w:r>
        <w:rPr>
          <w:b w:val="0"/>
          <w:i w:val="0"/>
          <w:smallCaps w:val="0"/>
          <w:strike w:val="0"/>
          <w:sz w:val="22"/>
          <w:u w:val="single"/>
        </w:rPr>
        <w:t>Given the</w:t>
      </w:r>
      <w:r>
        <w:rPr>
          <w:b w:val="0"/>
          <w:i w:val="0"/>
          <w:smallCaps w:val="0"/>
          <w:strike w:val="0"/>
          <w:sz w:val="16"/>
          <w:u w:val="none"/>
        </w:rPr>
        <w:t xml:space="preserve"> abundant neuroscientific and behavioral </w:t>
      </w:r>
      <w:r>
        <w:rPr>
          <w:b w:val="0"/>
          <w:i w:val="0"/>
          <w:smallCaps w:val="0"/>
          <w:strike w:val="0"/>
          <w:sz w:val="22"/>
          <w:u w:val="single"/>
        </w:rPr>
        <w:t>evidence of</w:t>
      </w:r>
      <w:r>
        <w:rPr>
          <w:b w:val="0"/>
          <w:i w:val="0"/>
          <w:smallCaps w:val="0"/>
          <w:strike w:val="0"/>
          <w:sz w:val="16"/>
          <w:u w:val="none"/>
        </w:rPr>
        <w:t xml:space="preserve"> these animals’ </w:t>
      </w:r>
      <w:r>
        <w:rPr>
          <w:b w:val="0"/>
          <w:i w:val="0"/>
          <w:smallCaps w:val="0"/>
          <w:strike w:val="0"/>
          <w:sz w:val="22"/>
          <w:u w:val="single"/>
        </w:rPr>
        <w:t>sentience</w:t>
      </w:r>
      <w:r>
        <w:rPr>
          <w:b w:val="0"/>
          <w:i w:val="0"/>
          <w:smallCaps w:val="0"/>
          <w:strike w:val="0"/>
          <w:sz w:val="16"/>
          <w:u w:val="none"/>
        </w:rPr>
        <w:t xml:space="preserve">, not to mention the environmental devastation and public health </w:t>
      </w:r>
      <w:r>
        <w:rPr>
          <w:b w:val="0"/>
          <w:i w:val="0"/>
          <w:smallCaps w:val="0"/>
          <w:strike w:val="0"/>
          <w:sz w:val="16"/>
          <w:u w:val="none"/>
        </w:rPr>
        <w:t>harms</w:t>
      </w:r>
      <w:r>
        <w:rPr>
          <w:b w:val="0"/>
          <w:i w:val="0"/>
          <w:smallCaps w:val="0"/>
          <w:strike w:val="0"/>
          <w:sz w:val="16"/>
          <w:u w:val="none"/>
        </w:rPr>
        <w:t xml:space="preserve"> caused by animal farming, </w:t>
      </w:r>
      <w:r>
        <w:rPr>
          <w:b w:val="0"/>
          <w:i w:val="0"/>
          <w:smallCaps w:val="0"/>
          <w:strike w:val="0"/>
          <w:sz w:val="22"/>
          <w:u w:val="single"/>
        </w:rPr>
        <w:t>does this issue undercut the upward trend documented by Pinker?</w:t>
      </w:r>
      <w:r>
        <w:rPr>
          <w:b w:val="0"/>
          <w:i w:val="0"/>
          <w:smallCaps w:val="0"/>
          <w:strike w:val="0"/>
          <w:sz w:val="16"/>
          <w:u w:val="none"/>
        </w:rPr>
        <w:t xml:space="preserve"> I think the answer is </w:t>
      </w:r>
      <w:r>
        <w:rPr>
          <w:b w:val="0"/>
          <w:i w:val="0"/>
          <w:smallCaps w:val="0"/>
          <w:strike w:val="0"/>
          <w:sz w:val="22"/>
          <w:u w:val="single"/>
        </w:rPr>
        <w:t xml:space="preserve">yes, if we’re considering only the state of human and animal welfare </w:t>
      </w:r>
      <w:r>
        <w:rPr>
          <w:b/>
          <w:i w:val="0"/>
          <w:smallCaps w:val="0"/>
          <w:strike w:val="0"/>
          <w:sz w:val="24"/>
          <w:highlight w:val="cyan"/>
          <w:u w:val="single"/>
        </w:rPr>
        <w:t>today</w:t>
      </w:r>
      <w:r>
        <w:rPr>
          <w:b w:val="0"/>
          <w:i w:val="0"/>
          <w:smallCaps w:val="0"/>
          <w:strike w:val="0"/>
          <w:sz w:val="16"/>
          <w:highlight w:val="cyan"/>
          <w:u w:val="none"/>
        </w:rPr>
        <w:t>.</w:t>
      </w:r>
    </w:p>
    <w:p>
      <w:pPr>
        <w:spacing w:after="60"/>
      </w:pPr>
      <w:r>
        <w:rPr>
          <w:b w:val="0"/>
          <w:i w:val="0"/>
          <w:smallCaps w:val="0"/>
          <w:strike w:val="0"/>
          <w:sz w:val="22"/>
          <w:highlight w:val="cyan"/>
          <w:u w:val="single"/>
        </w:rPr>
        <w:t>However</w:t>
      </w:r>
      <w:r>
        <w:rPr>
          <w:b w:val="0"/>
          <w:i w:val="0"/>
          <w:smallCaps w:val="0"/>
          <w:strike w:val="0"/>
          <w:sz w:val="16"/>
          <w:u w:val="none"/>
        </w:rPr>
        <w:t xml:space="preserve">, I think </w:t>
      </w:r>
      <w:r>
        <w:rPr>
          <w:b w:val="0"/>
          <w:i w:val="0"/>
          <w:smallCaps w:val="0"/>
          <w:strike w:val="0"/>
          <w:sz w:val="22"/>
          <w:highlight w:val="cyan"/>
          <w:u w:val="single"/>
        </w:rPr>
        <w:t>a better metric is</w:t>
      </w:r>
      <w:r>
        <w:rPr>
          <w:b w:val="0"/>
          <w:i w:val="0"/>
          <w:smallCaps w:val="0"/>
          <w:strike w:val="0"/>
          <w:sz w:val="22"/>
          <w:u w:val="single"/>
        </w:rPr>
        <w:t xml:space="preserve"> human </w:t>
      </w:r>
      <w:r>
        <w:rPr>
          <w:b w:val="0"/>
          <w:i w:val="0"/>
          <w:smallCaps w:val="0"/>
          <w:strike w:val="0"/>
          <w:sz w:val="22"/>
          <w:highlight w:val="cyan"/>
          <w:u w:val="single"/>
        </w:rPr>
        <w:t>attitudes</w:t>
      </w:r>
      <w:r>
        <w:rPr>
          <w:b w:val="0"/>
          <w:i w:val="0"/>
          <w:smallCaps w:val="0"/>
          <w:strike w:val="0"/>
          <w:sz w:val="22"/>
          <w:u w:val="single"/>
        </w:rPr>
        <w:t xml:space="preserve"> towards animals, because it’s </w:t>
      </w:r>
      <w:r>
        <w:rPr>
          <w:b w:val="0"/>
          <w:i w:val="0"/>
          <w:smallCaps w:val="0"/>
          <w:strike w:val="0"/>
          <w:sz w:val="22"/>
          <w:highlight w:val="cyan"/>
          <w:u w:val="single"/>
        </w:rPr>
        <w:t>a</w:t>
      </w:r>
      <w:r>
        <w:rPr>
          <w:b w:val="0"/>
          <w:i w:val="0"/>
          <w:smallCaps w:val="0"/>
          <w:strike w:val="0"/>
          <w:sz w:val="22"/>
          <w:u w:val="single"/>
        </w:rPr>
        <w:t xml:space="preserve"> bigger </w:t>
      </w:r>
      <w:r>
        <w:rPr>
          <w:b w:val="0"/>
          <w:i w:val="0"/>
          <w:smallCaps w:val="0"/>
          <w:strike w:val="0"/>
          <w:sz w:val="22"/>
          <w:highlight w:val="cyan"/>
          <w:u w:val="single"/>
        </w:rPr>
        <w:t xml:space="preserve">driver of </w:t>
      </w:r>
      <w:r>
        <w:rPr>
          <w:b/>
          <w:i w:val="0"/>
          <w:smallCaps w:val="0"/>
          <w:strike w:val="0"/>
          <w:sz w:val="24"/>
          <w:highlight w:val="cyan"/>
          <w:u w:val="single"/>
        </w:rPr>
        <w:t>future trends</w:t>
      </w:r>
      <w:r>
        <w:rPr>
          <w:b w:val="0"/>
          <w:i w:val="0"/>
          <w:smallCaps w:val="0"/>
          <w:strike w:val="0"/>
          <w:sz w:val="22"/>
          <w:highlight w:val="cyan"/>
          <w:u w:val="single"/>
        </w:rPr>
        <w:t>. Polls</w:t>
      </w:r>
      <w:r>
        <w:rPr>
          <w:b w:val="0"/>
          <w:i w:val="0"/>
          <w:smallCaps w:val="0"/>
          <w:strike w:val="0"/>
          <w:sz w:val="22"/>
          <w:u w:val="single"/>
        </w:rPr>
        <w:t xml:space="preserve"> on this topic are fascinating. </w:t>
      </w:r>
      <w:r>
        <w:rPr>
          <w:b w:val="0"/>
          <w:i w:val="0"/>
          <w:smallCaps w:val="0"/>
          <w:strike w:val="0"/>
          <w:sz w:val="22"/>
          <w:u w:val="single"/>
        </w:rPr>
        <w:t>Despite the fact that</w:t>
      </w:r>
      <w:r>
        <w:rPr>
          <w:b w:val="0"/>
          <w:i w:val="0"/>
          <w:smallCaps w:val="0"/>
          <w:strike w:val="0"/>
          <w:sz w:val="22"/>
          <w:u w:val="single"/>
        </w:rPr>
        <w:t xml:space="preserve"> less than 1% of US consumers usually eat meat from animals from non-factory farms, a poll</w:t>
      </w:r>
      <w:r>
        <w:rPr>
          <w:b w:val="0"/>
          <w:i w:val="0"/>
          <w:smallCaps w:val="0"/>
          <w:strike w:val="0"/>
          <w:sz w:val="16"/>
          <w:u w:val="none"/>
        </w:rPr>
        <w:t xml:space="preserve"> we ran in November </w:t>
      </w:r>
      <w:r>
        <w:rPr>
          <w:b w:val="0"/>
          <w:i w:val="0"/>
          <w:smallCaps w:val="0"/>
          <w:strike w:val="0"/>
          <w:sz w:val="22"/>
          <w:highlight w:val="cyan"/>
          <w:u w:val="single"/>
        </w:rPr>
        <w:t>suggest</w:t>
      </w:r>
      <w:r>
        <w:rPr>
          <w:b w:val="0"/>
          <w:i w:val="0"/>
          <w:smallCaps w:val="0"/>
          <w:strike w:val="0"/>
          <w:sz w:val="22"/>
          <w:u w:val="single"/>
        </w:rPr>
        <w:t xml:space="preserve">ed </w:t>
      </w:r>
      <w:r>
        <w:rPr>
          <w:b w:val="0"/>
          <w:i w:val="0"/>
          <w:smallCaps w:val="0"/>
          <w:strike w:val="0"/>
          <w:sz w:val="22"/>
          <w:highlight w:val="cyan"/>
          <w:u w:val="single"/>
        </w:rPr>
        <w:t>47% “support a ban on slaughterhouses</w:t>
      </w:r>
      <w:r>
        <w:rPr>
          <w:b w:val="0"/>
          <w:i w:val="0"/>
          <w:smallCaps w:val="0"/>
          <w:strike w:val="0"/>
          <w:sz w:val="22"/>
          <w:u w:val="single"/>
        </w:rPr>
        <w:t xml:space="preserve">.” In a 2015 Gallup poll, </w:t>
      </w:r>
      <w:r>
        <w:rPr>
          <w:b w:val="0"/>
          <w:i w:val="0"/>
          <w:smallCaps w:val="0"/>
          <w:strike w:val="0"/>
          <w:sz w:val="22"/>
          <w:highlight w:val="cyan"/>
          <w:u w:val="single"/>
        </w:rPr>
        <w:t>32%</w:t>
      </w:r>
      <w:r>
        <w:rPr>
          <w:b w:val="0"/>
          <w:i w:val="0"/>
          <w:smallCaps w:val="0"/>
          <w:strike w:val="0"/>
          <w:sz w:val="16"/>
          <w:u w:val="none"/>
        </w:rPr>
        <w:t xml:space="preserve"> of respondents </w:t>
      </w:r>
      <w:r>
        <w:rPr>
          <w:b w:val="0"/>
          <w:i w:val="0"/>
          <w:smallCaps w:val="0"/>
          <w:strike w:val="0"/>
          <w:sz w:val="22"/>
          <w:highlight w:val="cyan"/>
          <w:u w:val="single"/>
        </w:rPr>
        <w:t>said “[a]</w:t>
      </w:r>
      <w:r>
        <w:rPr>
          <w:b w:val="0"/>
          <w:i w:val="0"/>
          <w:smallCaps w:val="0"/>
          <w:strike w:val="0"/>
          <w:sz w:val="22"/>
          <w:highlight w:val="cyan"/>
          <w:u w:val="single"/>
        </w:rPr>
        <w:t>nimals</w:t>
      </w:r>
      <w:r>
        <w:rPr>
          <w:b w:val="0"/>
          <w:i w:val="0"/>
          <w:smallCaps w:val="0"/>
          <w:strike w:val="0"/>
          <w:sz w:val="22"/>
          <w:highlight w:val="cyan"/>
          <w:u w:val="single"/>
        </w:rPr>
        <w:t xml:space="preserve"> deserve the</w:t>
      </w:r>
      <w:r>
        <w:rPr>
          <w:b w:val="0"/>
          <w:i w:val="0"/>
          <w:smallCaps w:val="0"/>
          <w:strike w:val="0"/>
          <w:sz w:val="22"/>
          <w:u w:val="single"/>
        </w:rPr>
        <w:t xml:space="preserve"> exact </w:t>
      </w:r>
      <w:r>
        <w:rPr>
          <w:b w:val="0"/>
          <w:i w:val="0"/>
          <w:smallCaps w:val="0"/>
          <w:strike w:val="0"/>
          <w:sz w:val="22"/>
          <w:highlight w:val="cyan"/>
          <w:u w:val="single"/>
        </w:rPr>
        <w:t>same rights</w:t>
      </w:r>
      <w:r>
        <w:rPr>
          <w:b w:val="0"/>
          <w:i w:val="0"/>
          <w:smallCaps w:val="0"/>
          <w:strike w:val="0"/>
          <w:sz w:val="22"/>
          <w:u w:val="single"/>
        </w:rPr>
        <w:t xml:space="preserve"> as people to be free from harm and exploitation.”</w:t>
      </w:r>
    </w:p>
    <w:p>
      <w:pPr>
        <w:spacing w:after="60"/>
      </w:pPr>
      <w:r>
        <w:rPr>
          <w:b w:val="0"/>
          <w:i w:val="0"/>
          <w:smallCaps w:val="0"/>
          <w:strike w:val="0"/>
          <w:sz w:val="22"/>
          <w:u w:val="single"/>
        </w:rPr>
        <w:t>Why the</w:t>
      </w:r>
      <w:r>
        <w:rPr>
          <w:b w:val="0"/>
          <w:i w:val="0"/>
          <w:smallCaps w:val="0"/>
          <w:strike w:val="0"/>
          <w:sz w:val="16"/>
          <w:u w:val="none"/>
        </w:rPr>
        <w:t xml:space="preserve"> apparent </w:t>
      </w:r>
      <w:r>
        <w:rPr>
          <w:b w:val="0"/>
          <w:i w:val="0"/>
          <w:smallCaps w:val="0"/>
          <w:strike w:val="0"/>
          <w:sz w:val="22"/>
          <w:u w:val="single"/>
        </w:rPr>
        <w:t>gulf between values and behavior? First, misleading marketing</w:t>
      </w:r>
      <w:r>
        <w:rPr>
          <w:b w:val="0"/>
          <w:i w:val="0"/>
          <w:smallCaps w:val="0"/>
          <w:strike w:val="0"/>
          <w:sz w:val="16"/>
          <w:u w:val="none"/>
        </w:rPr>
        <w:t xml:space="preserve"> from animal agriculture has portrayed the industry as humane and picturesque, despite numerous undercover investigations and reports showing a horrific reality. </w:t>
      </w:r>
      <w:r>
        <w:rPr>
          <w:b w:val="0"/>
          <w:i w:val="0"/>
          <w:smallCaps w:val="0"/>
          <w:strike w:val="0"/>
          <w:sz w:val="22"/>
          <w:u w:val="single"/>
        </w:rPr>
        <w:t>Second</w:t>
      </w:r>
      <w:r>
        <w:rPr>
          <w:b w:val="0"/>
          <w:i w:val="0"/>
          <w:smallCaps w:val="0"/>
          <w:strike w:val="0"/>
          <w:sz w:val="16"/>
          <w:u w:val="none"/>
        </w:rPr>
        <w:t xml:space="preserve">, we want to believe we’re good people, and we’ll go to great lengths to justify our behavior, including the creation of a </w:t>
      </w:r>
      <w:r>
        <w:rPr>
          <w:b w:val="0"/>
          <w:i w:val="0"/>
          <w:smallCaps w:val="0"/>
          <w:strike w:val="0"/>
          <w:sz w:val="22"/>
          <w:u w:val="single"/>
        </w:rPr>
        <w:t>psychological refuge</w:t>
      </w:r>
      <w:r>
        <w:rPr>
          <w:b w:val="0"/>
          <w:i w:val="0"/>
          <w:smallCaps w:val="0"/>
          <w:strike w:val="0"/>
          <w:sz w:val="16"/>
          <w:u w:val="none"/>
        </w:rPr>
        <w:t xml:space="preserve"> whereby we take shelter in the mistaken belief that the animals were treated well. Finally, it’s just a much greater cost to make personal change than to support institutional change: if I go vegan, I </w:t>
      </w:r>
      <w:r>
        <w:rPr>
          <w:b w:val="0"/>
          <w:i w:val="0"/>
          <w:smallCaps w:val="0"/>
          <w:strike w:val="0"/>
          <w:sz w:val="16"/>
          <w:u w:val="none"/>
        </w:rPr>
        <w:t>have to</w:t>
      </w:r>
      <w:r>
        <w:rPr>
          <w:b w:val="0"/>
          <w:i w:val="0"/>
          <w:smallCaps w:val="0"/>
          <w:strike w:val="0"/>
          <w:sz w:val="16"/>
          <w:u w:val="none"/>
        </w:rPr>
        <w:t xml:space="preserve"> sort through restaurant options to ensure my needs are met, but if the world goes vegan, then I can pick anything on the menu just like I could before.</w:t>
      </w:r>
    </w:p>
    <w:p>
      <w:pPr>
        <w:spacing w:after="60"/>
      </w:pPr>
      <w:r>
        <w:rPr>
          <w:b w:val="0"/>
          <w:i w:val="0"/>
          <w:smallCaps w:val="0"/>
          <w:strike w:val="0"/>
          <w:sz w:val="22"/>
          <w:highlight w:val="cyan"/>
          <w:u w:val="single"/>
        </w:rPr>
        <w:t xml:space="preserve">This is </w:t>
      </w:r>
      <w:r>
        <w:rPr>
          <w:b/>
          <w:i w:val="0"/>
          <w:smallCaps w:val="0"/>
          <w:strike w:val="0"/>
          <w:sz w:val="24"/>
          <w:highlight w:val="cyan"/>
          <w:u w:val="single"/>
        </w:rPr>
        <w:t>good</w:t>
      </w:r>
      <w:r>
        <w:rPr>
          <w:b/>
          <w:i w:val="0"/>
          <w:smallCaps w:val="0"/>
          <w:strike w:val="0"/>
          <w:sz w:val="24"/>
          <w:highlight w:val="cyan"/>
          <w:u w:val="single"/>
        </w:rPr>
        <w:t xml:space="preserve"> reason for optimism</w:t>
      </w:r>
      <w:r>
        <w:rPr>
          <w:b w:val="0"/>
          <w:i w:val="0"/>
          <w:smallCaps w:val="0"/>
          <w:strike w:val="0"/>
          <w:sz w:val="16"/>
          <w:highlight w:val="cyan"/>
          <w:u w:val="none"/>
        </w:rPr>
        <w:t xml:space="preserve">. </w:t>
      </w:r>
      <w:r>
        <w:rPr>
          <w:b w:val="0"/>
          <w:i w:val="0"/>
          <w:smallCaps w:val="0"/>
          <w:strike w:val="0"/>
          <w:sz w:val="22"/>
          <w:highlight w:val="cyan"/>
          <w:u w:val="single"/>
        </w:rPr>
        <w:t>With</w:t>
      </w:r>
      <w:r>
        <w:rPr>
          <w:b w:val="0"/>
          <w:i w:val="0"/>
          <w:smallCaps w:val="0"/>
          <w:strike w:val="0"/>
          <w:sz w:val="22"/>
          <w:u w:val="single"/>
        </w:rPr>
        <w:t xml:space="preserve"> virtually </w:t>
      </w:r>
      <w:r>
        <w:rPr>
          <w:b w:val="0"/>
          <w:i w:val="0"/>
          <w:smallCaps w:val="0"/>
          <w:strike w:val="0"/>
          <w:sz w:val="22"/>
          <w:highlight w:val="cyan"/>
          <w:u w:val="single"/>
        </w:rPr>
        <w:t>every</w:t>
      </w:r>
      <w:r>
        <w:rPr>
          <w:b w:val="0"/>
          <w:i w:val="0"/>
          <w:smallCaps w:val="0"/>
          <w:strike w:val="0"/>
          <w:sz w:val="22"/>
          <w:u w:val="single"/>
        </w:rPr>
        <w:t xml:space="preserve"> social </w:t>
      </w:r>
      <w:r>
        <w:rPr>
          <w:b w:val="0"/>
          <w:i w:val="0"/>
          <w:smallCaps w:val="0"/>
          <w:strike w:val="0"/>
          <w:sz w:val="22"/>
          <w:highlight w:val="cyan"/>
          <w:u w:val="single"/>
        </w:rPr>
        <w:t>movement</w:t>
      </w:r>
      <w:r>
        <w:rPr>
          <w:b w:val="0"/>
          <w:i w:val="0"/>
          <w:smallCaps w:val="0"/>
          <w:strike w:val="0"/>
          <w:sz w:val="22"/>
          <w:u w:val="single"/>
        </w:rPr>
        <w:t>—from environmentalism, children’s rights, antislavery, to feminism—</w:t>
      </w:r>
      <w:r>
        <w:rPr>
          <w:b w:val="0"/>
          <w:i w:val="0"/>
          <w:smallCaps w:val="0"/>
          <w:strike w:val="0"/>
          <w:sz w:val="22"/>
          <w:highlight w:val="cyan"/>
          <w:u w:val="single"/>
        </w:rPr>
        <w:t xml:space="preserve">we’ve seen people </w:t>
      </w:r>
      <w:r>
        <w:rPr>
          <w:b/>
          <w:i w:val="0"/>
          <w:smallCaps w:val="0"/>
          <w:strike w:val="0"/>
          <w:sz w:val="24"/>
          <w:highlight w:val="cyan"/>
          <w:u w:val="single"/>
        </w:rPr>
        <w:t>transcend</w:t>
      </w:r>
      <w:r>
        <w:rPr>
          <w:b w:val="0"/>
          <w:i w:val="0"/>
          <w:smallCaps w:val="0"/>
          <w:strike w:val="0"/>
          <w:sz w:val="22"/>
          <w:u w:val="single"/>
        </w:rPr>
        <w:t xml:space="preserve"> the limitations of </w:t>
      </w:r>
      <w:r>
        <w:rPr>
          <w:b w:val="0"/>
          <w:i w:val="0"/>
          <w:smallCaps w:val="0"/>
          <w:strike w:val="0"/>
          <w:sz w:val="22"/>
          <w:highlight w:val="cyan"/>
          <w:u w:val="single"/>
        </w:rPr>
        <w:t>individual</w:t>
      </w:r>
      <w:r>
        <w:rPr>
          <w:b w:val="0"/>
          <w:i w:val="0"/>
          <w:smallCaps w:val="0"/>
          <w:strike w:val="0"/>
          <w:sz w:val="22"/>
          <w:u w:val="single"/>
        </w:rPr>
        <w:t xml:space="preserve"> consumer </w:t>
      </w:r>
      <w:r>
        <w:rPr>
          <w:b w:val="0"/>
          <w:i w:val="0"/>
          <w:smallCaps w:val="0"/>
          <w:strike w:val="0"/>
          <w:sz w:val="22"/>
          <w:highlight w:val="cyan"/>
          <w:u w:val="single"/>
        </w:rPr>
        <w:t>choices via institutional change</w:t>
      </w:r>
      <w:r>
        <w:rPr>
          <w:b w:val="0"/>
          <w:i w:val="0"/>
          <w:smallCaps w:val="0"/>
          <w:strike w:val="0"/>
          <w:sz w:val="22"/>
          <w:u w:val="single"/>
        </w:rPr>
        <w:t xml:space="preserve">. Indeed, </w:t>
      </w:r>
      <w:r>
        <w:rPr>
          <w:b w:val="0"/>
          <w:i w:val="0"/>
          <w:smallCaps w:val="0"/>
          <w:strike w:val="0"/>
          <w:sz w:val="22"/>
          <w:highlight w:val="cyan"/>
          <w:u w:val="single"/>
        </w:rPr>
        <w:t>we’ve already seen companies</w:t>
      </w:r>
      <w:r>
        <w:rPr>
          <w:b w:val="0"/>
          <w:i w:val="0"/>
          <w:smallCaps w:val="0"/>
          <w:strike w:val="0"/>
          <w:sz w:val="22"/>
          <w:u w:val="single"/>
        </w:rPr>
        <w:t xml:space="preserve"> around the world </w:t>
      </w:r>
      <w:r>
        <w:rPr>
          <w:b w:val="0"/>
          <w:i w:val="0"/>
          <w:smallCaps w:val="0"/>
          <w:strike w:val="0"/>
          <w:sz w:val="22"/>
          <w:highlight w:val="cyan"/>
          <w:u w:val="single"/>
        </w:rPr>
        <w:t>commit to cage-free eggs</w:t>
      </w:r>
      <w:r>
        <w:rPr>
          <w:b w:val="0"/>
          <w:i w:val="0"/>
          <w:smallCaps w:val="0"/>
          <w:strike w:val="0"/>
          <w:sz w:val="22"/>
          <w:u w:val="single"/>
        </w:rPr>
        <w:t>, despite only a tiny fraction of consumers selecting cage-free eggs when given the option at a grocery store. The most recent campaign to ban the sale of cage eggs in Massachusetts received 77.7% of the popular vote</w:t>
      </w:r>
      <w:r>
        <w:rPr>
          <w:b w:val="0"/>
          <w:i w:val="0"/>
          <w:smallCaps w:val="0"/>
          <w:strike w:val="0"/>
          <w:sz w:val="16"/>
          <w:u w:val="none"/>
        </w:rPr>
        <w:t>.</w:t>
      </w:r>
    </w:p>
    <w:p>
      <w:pPr>
        <w:spacing w:after="60"/>
      </w:pPr>
      <w:r>
        <w:rPr>
          <w:b w:val="0"/>
          <w:i w:val="0"/>
          <w:smallCaps w:val="0"/>
          <w:strike w:val="0"/>
          <w:sz w:val="22"/>
          <w:u w:val="single"/>
        </w:rPr>
        <w:t xml:space="preserve">These consumer </w:t>
      </w:r>
      <w:r>
        <w:rPr>
          <w:b w:val="0"/>
          <w:i w:val="0"/>
          <w:smallCaps w:val="0"/>
          <w:strike w:val="0"/>
          <w:sz w:val="22"/>
          <w:highlight w:val="cyan"/>
          <w:u w:val="single"/>
        </w:rPr>
        <w:t>attitudes suggest</w:t>
      </w:r>
      <w:r>
        <w:rPr>
          <w:b w:val="0"/>
          <w:i w:val="0"/>
          <w:smallCaps w:val="0"/>
          <w:strike w:val="0"/>
          <w:sz w:val="22"/>
          <w:u w:val="single"/>
        </w:rPr>
        <w:t xml:space="preserve"> that Pinker’s </w:t>
      </w:r>
      <w:r>
        <w:rPr>
          <w:b w:val="0"/>
          <w:i w:val="0"/>
          <w:smallCaps w:val="0"/>
          <w:strike w:val="0"/>
          <w:sz w:val="22"/>
          <w:highlight w:val="cyan"/>
          <w:u w:val="single"/>
        </w:rPr>
        <w:t>optimism</w:t>
      </w:r>
      <w:r>
        <w:rPr>
          <w:b w:val="0"/>
          <w:i w:val="0"/>
          <w:smallCaps w:val="0"/>
          <w:strike w:val="0"/>
          <w:sz w:val="22"/>
          <w:u w:val="single"/>
        </w:rPr>
        <w:t xml:space="preserve"> about human welfare </w:t>
      </w:r>
      <w:r>
        <w:rPr>
          <w:b w:val="0"/>
          <w:i w:val="0"/>
          <w:smallCaps w:val="0"/>
          <w:strike w:val="0"/>
          <w:sz w:val="22"/>
          <w:u w:val="single"/>
        </w:rPr>
        <w:t xml:space="preserve">actually </w:t>
      </w:r>
      <w:r>
        <w:rPr>
          <w:b/>
          <w:i w:val="0"/>
          <w:smallCaps w:val="0"/>
          <w:strike w:val="0"/>
          <w:sz w:val="24"/>
          <w:highlight w:val="cyan"/>
          <w:u w:val="single"/>
        </w:rPr>
        <w:t>might</w:t>
      </w:r>
      <w:r>
        <w:rPr>
          <w:b/>
          <w:i w:val="0"/>
          <w:smallCaps w:val="0"/>
          <w:strike w:val="0"/>
          <w:sz w:val="24"/>
          <w:highlight w:val="cyan"/>
          <w:u w:val="single"/>
        </w:rPr>
        <w:t xml:space="preserve"> apply</w:t>
      </w:r>
      <w:r>
        <w:rPr>
          <w:b w:val="0"/>
          <w:i w:val="0"/>
          <w:smallCaps w:val="0"/>
          <w:strike w:val="0"/>
          <w:sz w:val="16"/>
          <w:u w:val="none"/>
        </w:rPr>
        <w:t>—at least with great caution—</w:t>
      </w:r>
      <w:r>
        <w:rPr>
          <w:b/>
          <w:i w:val="0"/>
          <w:smallCaps w:val="0"/>
          <w:strike w:val="0"/>
          <w:sz w:val="24"/>
          <w:highlight w:val="cyan"/>
          <w:u w:val="single"/>
        </w:rPr>
        <w:t>to animal welfare</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4"/>
          <w:highlight w:val="cyan"/>
          <w:u w:val="single"/>
        </w:rPr>
        <w:t>ethical costs</w:t>
      </w:r>
      <w:r>
        <w:rPr>
          <w:b w:val="0"/>
          <w:i w:val="0"/>
          <w:smallCaps w:val="0"/>
          <w:strike w:val="0"/>
          <w:sz w:val="22"/>
          <w:u w:val="single"/>
        </w:rPr>
        <w:t xml:space="preserve"> of animal farming also </w:t>
      </w:r>
      <w:r>
        <w:rPr>
          <w:b w:val="0"/>
          <w:i w:val="0"/>
          <w:smallCaps w:val="0"/>
          <w:strike w:val="0"/>
          <w:sz w:val="22"/>
          <w:highlight w:val="cyan"/>
          <w:u w:val="single"/>
        </w:rPr>
        <w:t xml:space="preserve">portend its </w:t>
      </w:r>
      <w:r>
        <w:rPr>
          <w:b/>
          <w:i w:val="0"/>
          <w:smallCaps w:val="0"/>
          <w:strike w:val="0"/>
          <w:sz w:val="24"/>
          <w:highlight w:val="cyan"/>
          <w:u w:val="single"/>
        </w:rPr>
        <w:t>downfall</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cyan"/>
          <w:u w:val="single"/>
        </w:rPr>
        <w:t>industry</w:t>
      </w:r>
      <w:r>
        <w:rPr>
          <w:b w:val="0"/>
          <w:i w:val="0"/>
          <w:smallCaps w:val="0"/>
          <w:strike w:val="0"/>
          <w:sz w:val="22"/>
          <w:highlight w:val="cyan"/>
          <w:u w:val="single"/>
        </w:rPr>
        <w:t xml:space="preserve"> exploits</w:t>
      </w:r>
      <w:r>
        <w:rPr>
          <w:b w:val="0"/>
          <w:i w:val="0"/>
          <w:smallCaps w:val="0"/>
          <w:strike w:val="0"/>
          <w:sz w:val="22"/>
          <w:u w:val="single"/>
        </w:rPr>
        <w:t xml:space="preserve"> complex, sentient </w:t>
      </w:r>
      <w:r>
        <w:rPr>
          <w:b w:val="0"/>
          <w:i w:val="0"/>
          <w:smallCaps w:val="0"/>
          <w:strike w:val="0"/>
          <w:sz w:val="22"/>
          <w:highlight w:val="cyan"/>
          <w:u w:val="single"/>
        </w:rPr>
        <w:t>beings as resources</w:t>
      </w:r>
      <w:r>
        <w:rPr>
          <w:b w:val="0"/>
          <w:i w:val="0"/>
          <w:smallCaps w:val="0"/>
          <w:strike w:val="0"/>
          <w:sz w:val="22"/>
          <w:u w:val="single"/>
        </w:rPr>
        <w:t xml:space="preserve">, which is a </w:t>
      </w:r>
      <w:r>
        <w:rPr>
          <w:b/>
          <w:i w:val="0"/>
          <w:smallCaps w:val="0"/>
          <w:strike w:val="0"/>
          <w:sz w:val="24"/>
          <w:highlight w:val="cyan"/>
          <w:u w:val="single"/>
        </w:rPr>
        <w:t>woefully inefficient</w:t>
      </w:r>
      <w:r>
        <w:rPr>
          <w:b w:val="0"/>
          <w:i w:val="0"/>
          <w:smallCaps w:val="0"/>
          <w:strike w:val="0"/>
          <w:sz w:val="22"/>
          <w:u w:val="single"/>
        </w:rPr>
        <w:t xml:space="preserve"> process</w:t>
      </w:r>
      <w:r>
        <w:rPr>
          <w:b w:val="0"/>
          <w:i w:val="0"/>
          <w:smallCaps w:val="0"/>
          <w:strike w:val="0"/>
          <w:sz w:val="16"/>
          <w:u w:val="none"/>
        </w:rPr>
        <w:t>. To process plant calories into animal calories, the animal does a lot more than just produce meat, eggs, and dairy. She grows hair, teeth, bones. She walks around. And most importantly, she has a brain with the capacity for sentient experience — no small metabolic task. This means that for every ten calories of plant-based food we feed a farmed animal, we get around one calorie of meat in return.</w:t>
      </w:r>
    </w:p>
    <w:p>
      <w:pPr>
        <w:spacing w:after="60"/>
      </w:pPr>
      <w:r>
        <w:rPr>
          <w:b w:val="0"/>
          <w:i w:val="0"/>
          <w:smallCaps w:val="0"/>
          <w:strike w:val="0"/>
          <w:sz w:val="22"/>
          <w:highlight w:val="cyan"/>
          <w:u w:val="single"/>
        </w:rPr>
        <w:t>Humanity tends towards efficiency</w:t>
      </w:r>
      <w:r>
        <w:rPr>
          <w:b w:val="0"/>
          <w:i w:val="0"/>
          <w:smallCaps w:val="0"/>
          <w:strike w:val="0"/>
          <w:sz w:val="22"/>
          <w:u w:val="single"/>
        </w:rPr>
        <w:t xml:space="preserve"> for better or worse, </w:t>
      </w:r>
      <w:r>
        <w:rPr>
          <w:b w:val="0"/>
          <w:i w:val="0"/>
          <w:smallCaps w:val="0"/>
          <w:strike w:val="0"/>
          <w:sz w:val="22"/>
          <w:highlight w:val="cyan"/>
          <w:u w:val="single"/>
        </w:rPr>
        <w:t>which suggests</w:t>
      </w:r>
      <w:r>
        <w:rPr>
          <w:b w:val="0"/>
          <w:i w:val="0"/>
          <w:smallCaps w:val="0"/>
          <w:strike w:val="0"/>
          <w:sz w:val="22"/>
          <w:u w:val="single"/>
        </w:rPr>
        <w:t xml:space="preserve"> that, in the long run, </w:t>
      </w:r>
      <w:r>
        <w:rPr>
          <w:b/>
          <w:i w:val="0"/>
          <w:smallCaps w:val="0"/>
          <w:strike w:val="0"/>
          <w:sz w:val="24"/>
          <w:highlight w:val="cyan"/>
          <w:u w:val="single"/>
        </w:rPr>
        <w:t>we will transcend the animal</w:t>
      </w:r>
      <w:r>
        <w:rPr>
          <w:b w:val="0"/>
          <w:i w:val="0"/>
          <w:smallCaps w:val="0"/>
          <w:strike w:val="0"/>
          <w:sz w:val="16"/>
          <w:u w:val="none"/>
        </w:rPr>
        <w:t xml:space="preserve">, even if individuals fail to muster sufficient moral motivation. We’ll produce meat, eggs, and dairy without the costly middleman. </w:t>
      </w:r>
      <w:r>
        <w:rPr>
          <w:b w:val="0"/>
          <w:i w:val="0"/>
          <w:smallCaps w:val="0"/>
          <w:strike w:val="0"/>
          <w:sz w:val="22"/>
          <w:highlight w:val="cyan"/>
          <w:u w:val="single"/>
        </w:rPr>
        <w:t>Scientists</w:t>
      </w:r>
      <w:r>
        <w:rPr>
          <w:b w:val="0"/>
          <w:i w:val="0"/>
          <w:smallCaps w:val="0"/>
          <w:strike w:val="0"/>
          <w:sz w:val="16"/>
          <w:u w:val="none"/>
        </w:rPr>
        <w:t xml:space="preserve"> and chefs </w:t>
      </w:r>
      <w:r>
        <w:rPr>
          <w:b w:val="0"/>
          <w:i w:val="0"/>
          <w:smallCaps w:val="0"/>
          <w:strike w:val="0"/>
          <w:sz w:val="22"/>
          <w:highlight w:val="cyan"/>
          <w:u w:val="single"/>
        </w:rPr>
        <w:t>are already working on</w:t>
      </w:r>
      <w:r>
        <w:rPr>
          <w:b w:val="0"/>
          <w:i w:val="0"/>
          <w:smallCaps w:val="0"/>
          <w:strike w:val="0"/>
          <w:sz w:val="16"/>
          <w:u w:val="none"/>
        </w:rPr>
        <w:t xml:space="preserve"> so-called </w:t>
      </w:r>
      <w:r>
        <w:rPr>
          <w:b w:val="0"/>
          <w:i w:val="0"/>
          <w:smallCaps w:val="0"/>
          <w:strike w:val="0"/>
          <w:sz w:val="22"/>
          <w:highlight w:val="cyan"/>
          <w:u w:val="single"/>
        </w:rPr>
        <w:t>“clean meat,”</w:t>
      </w:r>
      <w:r>
        <w:rPr>
          <w:b w:val="0"/>
          <w:i w:val="0"/>
          <w:smallCaps w:val="0"/>
          <w:strike w:val="0"/>
          <w:sz w:val="16"/>
          <w:u w:val="none"/>
        </w:rPr>
        <w:t xml:space="preserve"> real meat made without the ethical and food safety costs of animal slaughter. They do this </w:t>
      </w:r>
      <w:r>
        <w:rPr>
          <w:b w:val="0"/>
          <w:i w:val="0"/>
          <w:smallCaps w:val="0"/>
          <w:strike w:val="0"/>
          <w:sz w:val="22"/>
          <w:u w:val="single"/>
        </w:rPr>
        <w:t>by taking</w:t>
      </w:r>
      <w:r>
        <w:rPr>
          <w:b w:val="0"/>
          <w:i w:val="0"/>
          <w:smallCaps w:val="0"/>
          <w:strike w:val="0"/>
          <w:sz w:val="16"/>
          <w:u w:val="none"/>
        </w:rPr>
        <w:t xml:space="preserve"> a small sample of </w:t>
      </w:r>
      <w:r>
        <w:rPr>
          <w:b w:val="0"/>
          <w:i w:val="0"/>
          <w:smallCaps w:val="0"/>
          <w:strike w:val="0"/>
          <w:sz w:val="22"/>
          <w:u w:val="single"/>
        </w:rPr>
        <w:t>cells</w:t>
      </w:r>
      <w:r>
        <w:rPr>
          <w:b w:val="0"/>
          <w:i w:val="0"/>
          <w:smallCaps w:val="0"/>
          <w:strike w:val="0"/>
          <w:sz w:val="16"/>
          <w:u w:val="none"/>
        </w:rPr>
        <w:t xml:space="preserve"> from a living animal </w:t>
      </w:r>
      <w:r>
        <w:rPr>
          <w:b w:val="0"/>
          <w:i w:val="0"/>
          <w:smallCaps w:val="0"/>
          <w:strike w:val="0"/>
          <w:sz w:val="22"/>
          <w:u w:val="single"/>
        </w:rPr>
        <w:t>and mixing them with</w:t>
      </w:r>
      <w:r>
        <w:rPr>
          <w:b w:val="0"/>
          <w:i w:val="0"/>
          <w:smallCaps w:val="0"/>
          <w:strike w:val="0"/>
          <w:sz w:val="16"/>
          <w:u w:val="none"/>
        </w:rPr>
        <w:t xml:space="preserve"> food, energy, and </w:t>
      </w:r>
      <w:r>
        <w:rPr>
          <w:b w:val="0"/>
          <w:i w:val="0"/>
          <w:smallCaps w:val="0"/>
          <w:strike w:val="0"/>
          <w:sz w:val="22"/>
          <w:u w:val="single"/>
        </w:rPr>
        <w:t>growth factors</w:t>
      </w:r>
      <w:r>
        <w:rPr>
          <w:b w:val="0"/>
          <w:i w:val="0"/>
          <w:smallCaps w:val="0"/>
          <w:strike w:val="0"/>
          <w:sz w:val="16"/>
          <w:u w:val="none"/>
        </w:rPr>
        <w:t xml:space="preserve">—in the same process that happens inside an animal’s body. In fact, </w:t>
      </w:r>
      <w:r>
        <w:rPr>
          <w:b w:val="0"/>
          <w:i w:val="0"/>
          <w:smallCaps w:val="0"/>
          <w:strike w:val="0"/>
          <w:sz w:val="22"/>
          <w:highlight w:val="cyan"/>
          <w:u w:val="single"/>
        </w:rPr>
        <w:t>the first products are</w:t>
      </w:r>
      <w:r>
        <w:rPr>
          <w:b w:val="0"/>
          <w:i w:val="0"/>
          <w:smallCaps w:val="0"/>
          <w:strike w:val="0"/>
          <w:sz w:val="22"/>
          <w:u w:val="single"/>
        </w:rPr>
        <w:t xml:space="preserve"> expected </w:t>
      </w:r>
      <w:r>
        <w:rPr>
          <w:b w:val="0"/>
          <w:i w:val="0"/>
          <w:smallCaps w:val="0"/>
          <w:strike w:val="0"/>
          <w:sz w:val="22"/>
          <w:highlight w:val="cyan"/>
          <w:u w:val="single"/>
        </w:rPr>
        <w:t>to roll out</w:t>
      </w:r>
      <w:r>
        <w:rPr>
          <w:b w:val="0"/>
          <w:i w:val="0"/>
          <w:smallCaps w:val="0"/>
          <w:strike w:val="0"/>
          <w:sz w:val="22"/>
          <w:u w:val="single"/>
        </w:rPr>
        <w:t xml:space="preserve"> to</w:t>
      </w:r>
      <w:r>
        <w:rPr>
          <w:b w:val="0"/>
          <w:i w:val="0"/>
          <w:smallCaps w:val="0"/>
          <w:strike w:val="0"/>
          <w:sz w:val="16"/>
          <w:u w:val="none"/>
        </w:rPr>
        <w:t xml:space="preserve"> select </w:t>
      </w:r>
      <w:r>
        <w:rPr>
          <w:b w:val="0"/>
          <w:i w:val="0"/>
          <w:smallCaps w:val="0"/>
          <w:strike w:val="0"/>
          <w:sz w:val="22"/>
          <w:u w:val="single"/>
        </w:rPr>
        <w:t xml:space="preserve">restaurants </w:t>
      </w:r>
      <w:r>
        <w:rPr>
          <w:b w:val="0"/>
          <w:i w:val="0"/>
          <w:smallCaps w:val="0"/>
          <w:strike w:val="0"/>
          <w:sz w:val="22"/>
          <w:highlight w:val="cyan"/>
          <w:u w:val="single"/>
        </w:rPr>
        <w:t xml:space="preserve">over the </w:t>
      </w:r>
      <w:r>
        <w:rPr>
          <w:b/>
          <w:i w:val="0"/>
          <w:smallCaps w:val="0"/>
          <w:strike w:val="0"/>
          <w:sz w:val="24"/>
          <w:highlight w:val="cyan"/>
          <w:u w:val="single"/>
        </w:rPr>
        <w:t>next</w:t>
      </w:r>
      <w:r>
        <w:rPr>
          <w:b/>
          <w:i w:val="0"/>
          <w:smallCaps w:val="0"/>
          <w:strike w:val="0"/>
          <w:sz w:val="24"/>
          <w:u w:val="single"/>
        </w:rPr>
        <w:t xml:space="preserve"> couple of </w:t>
      </w:r>
      <w:r>
        <w:rPr>
          <w:b/>
          <w:i w:val="0"/>
          <w:smallCaps w:val="0"/>
          <w:strike w:val="0"/>
          <w:sz w:val="24"/>
          <w:highlight w:val="cyan"/>
          <w:u w:val="single"/>
        </w:rPr>
        <w:t>years</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