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Bioprinting will make artificial meat </w:t>
      </w:r>
      <w:r>
        <w:rPr>
          <w:b/>
          <w:i w:val="0"/>
          <w:smallCaps w:val="0"/>
          <w:strike w:val="0"/>
          <w:sz w:val="26"/>
          <w:u w:val="single"/>
        </w:rPr>
        <w:t>cost competitive</w:t>
      </w:r>
      <w:r>
        <w:rPr>
          <w:b/>
          <w:i w:val="0"/>
          <w:smallCaps w:val="0"/>
          <w:strike w:val="0"/>
          <w:sz w:val="26"/>
          <w:u w:val="none"/>
        </w:rPr>
        <w:t xml:space="preserve"> and </w:t>
      </w:r>
      <w:r>
        <w:rPr>
          <w:b/>
          <w:i w:val="0"/>
          <w:smallCaps w:val="0"/>
          <w:strike w:val="0"/>
          <w:sz w:val="26"/>
          <w:u w:val="single"/>
        </w:rPr>
        <w:t>widely accepted</w:t>
      </w:r>
      <w:r>
        <w:rPr>
          <w:b/>
          <w:i w:val="0"/>
          <w:smallCaps w:val="0"/>
          <w:strike w:val="0"/>
          <w:sz w:val="26"/>
          <w:u w:val="none"/>
        </w:rPr>
        <w:t xml:space="preserve">---it’s </w:t>
      </w:r>
      <w:r>
        <w:rPr>
          <w:b/>
          <w:i w:val="0"/>
          <w:smallCaps w:val="0"/>
          <w:strike w:val="0"/>
          <w:sz w:val="26"/>
          <w:u w:val="single"/>
        </w:rPr>
        <w:t>coming soon</w:t>
      </w:r>
    </w:p>
    <w:p>
      <w:pPr>
        <w:spacing w:after="80"/>
      </w:pPr>
      <w:r>
        <w:rPr>
          <w:b w:val="0"/>
          <w:i w:val="0"/>
          <w:smallCaps w:val="0"/>
          <w:strike w:val="0"/>
          <w:u w:val="none"/>
        </w:rPr>
        <w:t xml:space="preserve">Ryan </w:t>
      </w:r>
      <w:r>
        <w:rPr>
          <w:b/>
          <w:i w:val="0"/>
          <w:smallCaps w:val="0"/>
          <w:strike w:val="0"/>
          <w:sz w:val="26"/>
          <w:u w:val="none"/>
        </w:rPr>
        <w:t>Whitwam 13</w:t>
      </w:r>
      <w:r>
        <w:rPr>
          <w:b w:val="0"/>
          <w:i w:val="0"/>
          <w:smallCaps w:val="0"/>
          <w:strike w:val="0"/>
          <w:u w:val="none"/>
        </w:rPr>
        <w:t xml:space="preserve">, Tech Writer for </w:t>
      </w:r>
      <w:r>
        <w:rPr>
          <w:b w:val="0"/>
          <w:i w:val="0"/>
          <w:smallCaps w:val="0"/>
          <w:strike w:val="0"/>
          <w:u w:val="none"/>
        </w:rPr>
        <w:t>ExtremeTech</w:t>
      </w:r>
      <w:r>
        <w:rPr>
          <w:b w:val="0"/>
          <w:i w:val="0"/>
          <w:smallCaps w:val="0"/>
          <w:strike w:val="0"/>
          <w:u w:val="none"/>
        </w:rPr>
        <w:t xml:space="preserve"> and </w:t>
      </w:r>
      <w:r>
        <w:rPr>
          <w:b w:val="0"/>
          <w:i w:val="0"/>
          <w:smallCaps w:val="0"/>
          <w:strike w:val="0"/>
          <w:u w:val="none"/>
        </w:rPr>
        <w:t>Wirecutter</w:t>
      </w:r>
      <w:r>
        <w:rPr>
          <w:b w:val="0"/>
          <w:i w:val="0"/>
          <w:smallCaps w:val="0"/>
          <w:strike w:val="0"/>
          <w:u w:val="none"/>
        </w:rPr>
        <w:t xml:space="preserve">, Freelance Science Journalist, “3D Printed Meat Could Soon Be Cheap </w:t>
      </w:r>
      <w:r>
        <w:rPr>
          <w:b w:val="0"/>
          <w:i w:val="0"/>
          <w:smallCaps w:val="0"/>
          <w:strike w:val="0"/>
          <w:u w:val="none"/>
        </w:rPr>
        <w:t>And</w:t>
      </w:r>
      <w:r>
        <w:rPr>
          <w:b w:val="0"/>
          <w:i w:val="0"/>
          <w:smallCaps w:val="0"/>
          <w:strike w:val="0"/>
          <w:u w:val="none"/>
        </w:rPr>
        <w:t xml:space="preserve"> Tasty Enough To Win You Over”, 2/12/2013, https://www.geek.com/geek-pick/3d-printed-meat-could-soon-be-cheap-and-tasty-enough-to-win-you-over-1539410/</w:t>
      </w:r>
    </w:p>
    <w:p>
      <w:pPr>
        <w:spacing w:after="60"/>
      </w:pPr>
      <w:r>
        <w:rPr>
          <w:b w:val="0"/>
          <w:i w:val="0"/>
          <w:smallCaps w:val="0"/>
          <w:strike w:val="0"/>
          <w:u w:val="none"/>
        </w:rPr>
        <w:t xml:space="preserve">The next time you’re about to bite into a hamburger, take a moment to consider the resources that went into making it. In a recent Solve for X talk, Andras </w:t>
      </w:r>
      <w:r>
        <w:rPr>
          <w:b w:val="0"/>
          <w:i w:val="0"/>
          <w:smallCaps w:val="0"/>
          <w:strike w:val="0"/>
          <w:sz w:val="22"/>
          <w:highlight w:val="cyan"/>
          <w:u w:val="single"/>
        </w:rPr>
        <w:t>Forgacs</w:t>
      </w:r>
      <w:r>
        <w:rPr>
          <w:b w:val="0"/>
          <w:i w:val="0"/>
          <w:smallCaps w:val="0"/>
          <w:strike w:val="0"/>
          <w:u w:val="none"/>
        </w:rPr>
        <w:t xml:space="preserve"> laid out all the statistics, and </w:t>
      </w:r>
      <w:r>
        <w:rPr>
          <w:b w:val="0"/>
          <w:i w:val="0"/>
          <w:smallCaps w:val="0"/>
          <w:strike w:val="0"/>
          <w:sz w:val="22"/>
          <w:highlight w:val="cyan"/>
          <w:u w:val="single"/>
        </w:rPr>
        <w:t xml:space="preserve">explained how </w:t>
      </w:r>
      <w:r>
        <w:rPr>
          <w:b/>
          <w:i w:val="0"/>
          <w:smallCaps w:val="0"/>
          <w:strike w:val="0"/>
          <w:sz w:val="24"/>
          <w:highlight w:val="cyan"/>
          <w:u w:val="single"/>
        </w:rPr>
        <w:t>tantalizingly close</w:t>
      </w:r>
      <w:r>
        <w:rPr>
          <w:b w:val="0"/>
          <w:i w:val="0"/>
          <w:smallCaps w:val="0"/>
          <w:strike w:val="0"/>
          <w:sz w:val="22"/>
          <w:highlight w:val="cyan"/>
          <w:u w:val="single"/>
        </w:rPr>
        <w:t xml:space="preserve"> we are to</w:t>
      </w:r>
      <w:r>
        <w:rPr>
          <w:b w:val="0"/>
          <w:i w:val="0"/>
          <w:smallCaps w:val="0"/>
          <w:strike w:val="0"/>
          <w:sz w:val="22"/>
          <w:u w:val="single"/>
        </w:rPr>
        <w:t xml:space="preserve"> a more </w:t>
      </w:r>
      <w:r>
        <w:rPr>
          <w:b w:val="0"/>
          <w:i w:val="0"/>
          <w:smallCaps w:val="0"/>
          <w:strike w:val="0"/>
          <w:sz w:val="22"/>
          <w:highlight w:val="cyan"/>
          <w:u w:val="single"/>
        </w:rPr>
        <w:t>sustainable</w:t>
      </w:r>
      <w:r>
        <w:rPr>
          <w:b w:val="0"/>
          <w:i w:val="0"/>
          <w:smallCaps w:val="0"/>
          <w:strike w:val="0"/>
          <w:sz w:val="22"/>
          <w:u w:val="single"/>
        </w:rPr>
        <w:t xml:space="preserve"> method of </w:t>
      </w:r>
      <w:r>
        <w:rPr>
          <w:b w:val="0"/>
          <w:i w:val="0"/>
          <w:smallCaps w:val="0"/>
          <w:strike w:val="0"/>
          <w:sz w:val="22"/>
          <w:highlight w:val="cyan"/>
          <w:u w:val="single"/>
        </w:rPr>
        <w:t>meat</w:t>
      </w:r>
      <w:r>
        <w:rPr>
          <w:b w:val="0"/>
          <w:i w:val="0"/>
          <w:smallCaps w:val="0"/>
          <w:strike w:val="0"/>
          <w:sz w:val="22"/>
          <w:u w:val="single"/>
        </w:rPr>
        <w:t xml:space="preserve"> production</w:t>
      </w:r>
      <w:r>
        <w:rPr>
          <w:b w:val="0"/>
          <w:i w:val="0"/>
          <w:smallCaps w:val="0"/>
          <w:strike w:val="0"/>
          <w:u w:val="none"/>
        </w:rPr>
        <w:t xml:space="preserve">. Basically, </w:t>
      </w:r>
      <w:r>
        <w:rPr>
          <w:b w:val="0"/>
          <w:i w:val="0"/>
          <w:smallCaps w:val="0"/>
          <w:strike w:val="0"/>
          <w:sz w:val="22"/>
          <w:highlight w:val="cyan"/>
          <w:u w:val="single"/>
        </w:rPr>
        <w:t xml:space="preserve">humanity may </w:t>
      </w:r>
      <w:r>
        <w:rPr>
          <w:b/>
          <w:i w:val="0"/>
          <w:smallCaps w:val="0"/>
          <w:strike w:val="0"/>
          <w:sz w:val="24"/>
          <w:highlight w:val="cyan"/>
          <w:u w:val="single"/>
        </w:rPr>
        <w:t>soon</w:t>
      </w:r>
      <w:r>
        <w:rPr>
          <w:b w:val="0"/>
          <w:i w:val="0"/>
          <w:smallCaps w:val="0"/>
          <w:strike w:val="0"/>
          <w:sz w:val="22"/>
          <w:highlight w:val="cyan"/>
          <w:u w:val="single"/>
        </w:rPr>
        <w:t xml:space="preserve"> be 3D printing</w:t>
      </w:r>
      <w:r>
        <w:rPr>
          <w:b w:val="0"/>
          <w:i w:val="0"/>
          <w:smallCaps w:val="0"/>
          <w:strike w:val="0"/>
          <w:sz w:val="22"/>
          <w:u w:val="single"/>
        </w:rPr>
        <w:t xml:space="preserve"> meat instead of growing it in an animal</w:t>
      </w:r>
      <w:r>
        <w:rPr>
          <w:b w:val="0"/>
          <w:i w:val="0"/>
          <w:smallCaps w:val="0"/>
          <w:strike w:val="0"/>
          <w:u w:val="none"/>
        </w:rPr>
        <w:t>.</w:t>
      </w:r>
    </w:p>
    <w:p>
      <w:pPr>
        <w:spacing w:after="60"/>
      </w:pPr>
      <w:r>
        <w:rPr>
          <w:b w:val="0"/>
          <w:i w:val="0"/>
          <w:smallCaps w:val="0"/>
          <w:strike w:val="0"/>
          <w:u w:val="none"/>
        </w:rPr>
        <w:t>Forgacs starts by explaining just how costly a single quarter-pound beef patty is to produce. For that one serving, 6.7lbs of grains, 600 gallons of water, and 75 square feet of grazing land were used. Now multiply that by 1000 to find your (approximate) impact — the average American eats over 220lbs of meat each year. Additionally, at least 18% of greenhouse gas emissions are due to meat production. All this for one burger?</w:t>
      </w:r>
    </w:p>
    <w:p>
      <w:pPr>
        <w:spacing w:after="60"/>
      </w:pPr>
      <w:r>
        <w:rPr>
          <w:b w:val="0"/>
          <w:i w:val="0"/>
          <w:smallCaps w:val="0"/>
          <w:strike w:val="0"/>
          <w:sz w:val="22"/>
          <w:u w:val="single"/>
        </w:rPr>
        <w:t xml:space="preserve">As economic opportunities continue to lift populations around the world into the middle class, </w:t>
      </w:r>
      <w:r>
        <w:rPr>
          <w:b w:val="0"/>
          <w:i w:val="0"/>
          <w:smallCaps w:val="0"/>
          <w:strike w:val="0"/>
          <w:sz w:val="22"/>
          <w:highlight w:val="cyan"/>
          <w:u w:val="single"/>
        </w:rPr>
        <w:t>demand</w:t>
      </w:r>
      <w:r>
        <w:rPr>
          <w:b w:val="0"/>
          <w:i w:val="0"/>
          <w:smallCaps w:val="0"/>
          <w:strike w:val="0"/>
          <w:sz w:val="22"/>
          <w:u w:val="single"/>
        </w:rPr>
        <w:t xml:space="preserve"> for meat </w:t>
      </w:r>
      <w:r>
        <w:rPr>
          <w:b w:val="0"/>
          <w:i w:val="0"/>
          <w:smallCaps w:val="0"/>
          <w:strike w:val="0"/>
          <w:sz w:val="22"/>
          <w:highlight w:val="cyan"/>
          <w:u w:val="single"/>
        </w:rPr>
        <w:t>is rising</w:t>
      </w:r>
      <w:r>
        <w:rPr>
          <w:b w:val="0"/>
          <w:i w:val="0"/>
          <w:smallCaps w:val="0"/>
          <w:strike w:val="0"/>
          <w:u w:val="none"/>
        </w:rPr>
        <w:t xml:space="preserve">. With 7 billion people on the planet, we are sustained by 60 billion land animals. When the population hits 9 billion somewhere around 2050 we would need 100 billion land animals. </w:t>
      </w:r>
      <w:r>
        <w:rPr>
          <w:b w:val="0"/>
          <w:i w:val="0"/>
          <w:smallCaps w:val="0"/>
          <w:strike w:val="0"/>
          <w:sz w:val="22"/>
          <w:highlight w:val="cyan"/>
          <w:u w:val="single"/>
        </w:rPr>
        <w:t>That would be</w:t>
      </w:r>
      <w:r>
        <w:rPr>
          <w:b w:val="0"/>
          <w:i w:val="0"/>
          <w:smallCaps w:val="0"/>
          <w:strike w:val="0"/>
          <w:sz w:val="22"/>
          <w:u w:val="single"/>
        </w:rPr>
        <w:t xml:space="preserve"> </w:t>
      </w:r>
      <w:r>
        <w:rPr>
          <w:b/>
          <w:i w:val="0"/>
          <w:smallCaps w:val="0"/>
          <w:strike w:val="0"/>
          <w:sz w:val="24"/>
          <w:u w:val="single"/>
        </w:rPr>
        <w:t xml:space="preserve">ecologically </w:t>
      </w:r>
      <w:r>
        <w:rPr>
          <w:b/>
          <w:i w:val="0"/>
          <w:smallCaps w:val="0"/>
          <w:strike w:val="0"/>
          <w:sz w:val="24"/>
          <w:highlight w:val="cyan"/>
          <w:u w:val="single"/>
        </w:rPr>
        <w:t>devastating</w:t>
      </w:r>
      <w:r>
        <w:rPr>
          <w:b w:val="0"/>
          <w:i w:val="0"/>
          <w:smallCaps w:val="0"/>
          <w:strike w:val="0"/>
          <w:sz w:val="22"/>
          <w:u w:val="single"/>
        </w:rPr>
        <w:t xml:space="preserve">, so something </w:t>
      </w:r>
      <w:r>
        <w:rPr>
          <w:b w:val="0"/>
          <w:i w:val="0"/>
          <w:smallCaps w:val="0"/>
          <w:strike w:val="0"/>
          <w:sz w:val="22"/>
          <w:u w:val="single"/>
        </w:rPr>
        <w:t>has to</w:t>
      </w:r>
      <w:r>
        <w:rPr>
          <w:b w:val="0"/>
          <w:i w:val="0"/>
          <w:smallCaps w:val="0"/>
          <w:strike w:val="0"/>
          <w:sz w:val="22"/>
          <w:u w:val="single"/>
        </w:rPr>
        <w:t xml:space="preserve"> change</w:t>
      </w:r>
      <w:r>
        <w:rPr>
          <w:b w:val="0"/>
          <w:i w:val="0"/>
          <w:smallCaps w:val="0"/>
          <w:strike w:val="0"/>
          <w:u w:val="none"/>
        </w:rPr>
        <w:t>.</w:t>
      </w:r>
    </w:p>
    <w:p>
      <w:pPr>
        <w:spacing w:after="60"/>
      </w:pPr>
      <w:r>
        <w:rPr>
          <w:b w:val="0"/>
          <w:i w:val="0"/>
          <w:smallCaps w:val="0"/>
          <w:strike w:val="0"/>
          <w:sz w:val="22"/>
          <w:highlight w:val="cyan"/>
          <w:u w:val="single"/>
        </w:rPr>
        <w:t>Advances</w:t>
      </w:r>
      <w:r>
        <w:rPr>
          <w:b w:val="0"/>
          <w:i w:val="0"/>
          <w:smallCaps w:val="0"/>
          <w:strike w:val="0"/>
          <w:sz w:val="22"/>
          <w:u w:val="single"/>
        </w:rPr>
        <w:t xml:space="preserve"> in bioengineering </w:t>
      </w:r>
      <w:r>
        <w:rPr>
          <w:b w:val="0"/>
          <w:i w:val="0"/>
          <w:smallCaps w:val="0"/>
          <w:strike w:val="0"/>
          <w:sz w:val="22"/>
          <w:highlight w:val="cyan"/>
          <w:u w:val="single"/>
        </w:rPr>
        <w:t>have been able to produce</w:t>
      </w:r>
      <w:r>
        <w:rPr>
          <w:b w:val="0"/>
          <w:i w:val="0"/>
          <w:smallCaps w:val="0"/>
          <w:strike w:val="0"/>
          <w:sz w:val="22"/>
          <w:u w:val="single"/>
        </w:rPr>
        <w:t xml:space="preserve"> meat </w:t>
      </w:r>
      <w:r>
        <w:rPr>
          <w:b w:val="0"/>
          <w:i w:val="0"/>
          <w:smallCaps w:val="0"/>
          <w:strike w:val="0"/>
          <w:sz w:val="22"/>
          <w:highlight w:val="cyan"/>
          <w:u w:val="single"/>
        </w:rPr>
        <w:t>analogs, but</w:t>
      </w:r>
      <w:r>
        <w:rPr>
          <w:b w:val="0"/>
          <w:i w:val="0"/>
          <w:smallCaps w:val="0"/>
          <w:strike w:val="0"/>
          <w:sz w:val="22"/>
          <w:u w:val="single"/>
        </w:rPr>
        <w:t xml:space="preserve"> the process has always been stupendously </w:t>
      </w:r>
      <w:r>
        <w:rPr>
          <w:b w:val="0"/>
          <w:i w:val="0"/>
          <w:smallCaps w:val="0"/>
          <w:strike w:val="0"/>
          <w:sz w:val="22"/>
          <w:highlight w:val="cyan"/>
          <w:u w:val="single"/>
        </w:rPr>
        <w:t>expensive, and</w:t>
      </w:r>
      <w:r>
        <w:rPr>
          <w:b w:val="0"/>
          <w:i w:val="0"/>
          <w:smallCaps w:val="0"/>
          <w:strike w:val="0"/>
          <w:sz w:val="22"/>
          <w:u w:val="single"/>
        </w:rPr>
        <w:t xml:space="preserve"> the </w:t>
      </w:r>
      <w:r>
        <w:rPr>
          <w:b w:val="0"/>
          <w:i w:val="0"/>
          <w:smallCaps w:val="0"/>
          <w:strike w:val="0"/>
          <w:sz w:val="22"/>
          <w:highlight w:val="cyan"/>
          <w:u w:val="single"/>
        </w:rPr>
        <w:t>results</w:t>
      </w:r>
      <w:r>
        <w:rPr>
          <w:b w:val="0"/>
          <w:i w:val="0"/>
          <w:smallCaps w:val="0"/>
          <w:strike w:val="0"/>
          <w:sz w:val="22"/>
          <w:u w:val="single"/>
        </w:rPr>
        <w:t xml:space="preserve"> were </w:t>
      </w:r>
      <w:r>
        <w:rPr>
          <w:b w:val="0"/>
          <w:i w:val="0"/>
          <w:smallCaps w:val="0"/>
          <w:strike w:val="0"/>
          <w:sz w:val="22"/>
          <w:highlight w:val="cyan"/>
          <w:u w:val="single"/>
        </w:rPr>
        <w:t>only passable</w:t>
      </w:r>
      <w:r>
        <w:rPr>
          <w:b w:val="0"/>
          <w:i w:val="0"/>
          <w:smallCaps w:val="0"/>
          <w:strike w:val="0"/>
          <w:u w:val="none"/>
        </w:rPr>
        <w:t>. It turns out that it’s actually very difficult to match the taste and texture of animal muscle tissue by growing cells in the lab. The marbling of fats and connective tissue is integral to the experience of eating a burger.</w:t>
      </w:r>
    </w:p>
    <w:p>
      <w:pPr>
        <w:spacing w:after="60"/>
      </w:pPr>
      <w:r>
        <w:rPr>
          <w:b/>
          <w:i w:val="0"/>
          <w:smallCaps w:val="0"/>
          <w:strike w:val="0"/>
          <w:sz w:val="24"/>
          <w:u w:val="single"/>
        </w:rPr>
        <w:t xml:space="preserve">Applying </w:t>
      </w:r>
      <w:r>
        <w:rPr>
          <w:b/>
          <w:i w:val="0"/>
          <w:smallCaps w:val="0"/>
          <w:strike w:val="0"/>
          <w:sz w:val="24"/>
          <w:highlight w:val="cyan"/>
          <w:u w:val="single"/>
        </w:rPr>
        <w:t>3D printing</w:t>
      </w:r>
      <w:r>
        <w:rPr>
          <w:b/>
          <w:i w:val="0"/>
          <w:smallCaps w:val="0"/>
          <w:strike w:val="0"/>
          <w:sz w:val="24"/>
          <w:u w:val="single"/>
        </w:rPr>
        <w:t xml:space="preserve"> to artificial meats </w:t>
      </w:r>
      <w:r>
        <w:rPr>
          <w:b/>
          <w:i w:val="0"/>
          <w:smallCaps w:val="0"/>
          <w:strike w:val="0"/>
          <w:sz w:val="24"/>
          <w:highlight w:val="cyan"/>
          <w:u w:val="single"/>
        </w:rPr>
        <w:t>could be the answer</w:t>
      </w:r>
      <w:r>
        <w:rPr>
          <w:b w:val="0"/>
          <w:i w:val="0"/>
          <w:smallCaps w:val="0"/>
          <w:strike w:val="0"/>
          <w:u w:val="none"/>
        </w:rPr>
        <w:t xml:space="preserve">, according to Forgacs. </w:t>
      </w:r>
      <w:r>
        <w:rPr>
          <w:b w:val="0"/>
          <w:i w:val="0"/>
          <w:smallCaps w:val="0"/>
          <w:strike w:val="0"/>
          <w:sz w:val="22"/>
          <w:highlight w:val="cyan"/>
          <w:u w:val="single"/>
        </w:rPr>
        <w:t>If you take tissue engineering and add in</w:t>
      </w:r>
      <w:r>
        <w:rPr>
          <w:b w:val="0"/>
          <w:i w:val="0"/>
          <w:smallCaps w:val="0"/>
          <w:strike w:val="0"/>
          <w:sz w:val="22"/>
          <w:u w:val="single"/>
        </w:rPr>
        <w:t xml:space="preserve"> some </w:t>
      </w:r>
      <w:r>
        <w:rPr>
          <w:b w:val="0"/>
          <w:i w:val="0"/>
          <w:smallCaps w:val="0"/>
          <w:strike w:val="0"/>
          <w:sz w:val="22"/>
          <w:highlight w:val="cyan"/>
          <w:u w:val="single"/>
        </w:rPr>
        <w:t>3D printing, you get</w:t>
      </w:r>
      <w:r>
        <w:rPr>
          <w:b w:val="0"/>
          <w:i w:val="0"/>
          <w:smallCaps w:val="0"/>
          <w:strike w:val="0"/>
          <w:sz w:val="22"/>
          <w:u w:val="single"/>
        </w:rPr>
        <w:t xml:space="preserve"> the </w:t>
      </w:r>
      <w:r>
        <w:rPr>
          <w:b w:val="0"/>
          <w:i w:val="0"/>
          <w:smallCaps w:val="0"/>
          <w:strike w:val="0"/>
          <w:sz w:val="22"/>
          <w:highlight w:val="cyan"/>
          <w:u w:val="single"/>
        </w:rPr>
        <w:t>burgeoning</w:t>
      </w:r>
      <w:r>
        <w:rPr>
          <w:b w:val="0"/>
          <w:i w:val="0"/>
          <w:smallCaps w:val="0"/>
          <w:strike w:val="0"/>
          <w:sz w:val="22"/>
          <w:u w:val="single"/>
        </w:rPr>
        <w:t xml:space="preserve"> field of </w:t>
      </w:r>
      <w:r>
        <w:rPr>
          <w:b w:val="0"/>
          <w:i w:val="0"/>
          <w:smallCaps w:val="0"/>
          <w:strike w:val="0"/>
          <w:sz w:val="22"/>
          <w:highlight w:val="cyan"/>
          <w:u w:val="single"/>
        </w:rPr>
        <w:t>bioprinting</w:t>
      </w:r>
      <w:r>
        <w:rPr>
          <w:b w:val="0"/>
          <w:i w:val="0"/>
          <w:smallCaps w:val="0"/>
          <w:strike w:val="0"/>
          <w:u w:val="none"/>
        </w:rPr>
        <w:t xml:space="preserve">. Researchers are working with cell aggregates as the medium in bioprinting (as opposed to plastics in regular 3D printing). Layer after layer of cells can be laid down to more closely resemble the genuine article. </w:t>
      </w:r>
      <w:r>
        <w:rPr>
          <w:b w:val="0"/>
          <w:i w:val="0"/>
          <w:smallCaps w:val="0"/>
          <w:strike w:val="0"/>
          <w:sz w:val="22"/>
          <w:u w:val="single"/>
        </w:rPr>
        <w:t>Researchers can basically build a block of muscle that never lived</w:t>
      </w:r>
      <w:r>
        <w:rPr>
          <w:b w:val="0"/>
          <w:i w:val="0"/>
          <w:smallCaps w:val="0"/>
          <w:strike w:val="0"/>
          <w:u w:val="none"/>
        </w:rPr>
        <w:t>.</w:t>
      </w:r>
    </w:p>
    <w:p>
      <w:pPr>
        <w:spacing w:after="60"/>
      </w:pPr>
      <w:r>
        <w:rPr>
          <w:b w:val="0"/>
          <w:i w:val="0"/>
          <w:smallCaps w:val="0"/>
          <w:strike w:val="0"/>
          <w:u w:val="none"/>
        </w:rPr>
        <w:t xml:space="preserve">So maybe </w:t>
      </w:r>
      <w:r>
        <w:rPr>
          <w:b w:val="0"/>
          <w:i w:val="0"/>
          <w:smallCaps w:val="0"/>
          <w:strike w:val="0"/>
          <w:sz w:val="22"/>
          <w:highlight w:val="cyan"/>
          <w:u w:val="single"/>
        </w:rPr>
        <w:t>it’s going to</w:t>
      </w:r>
      <w:r>
        <w:rPr>
          <w:b w:val="0"/>
          <w:i w:val="0"/>
          <w:smallCaps w:val="0"/>
          <w:strike w:val="0"/>
          <w:sz w:val="22"/>
          <w:u w:val="single"/>
        </w:rPr>
        <w:t xml:space="preserve"> be possible to </w:t>
      </w:r>
      <w:r>
        <w:rPr>
          <w:b w:val="0"/>
          <w:i w:val="0"/>
          <w:smallCaps w:val="0"/>
          <w:strike w:val="0"/>
          <w:sz w:val="22"/>
          <w:highlight w:val="cyan"/>
          <w:u w:val="single"/>
        </w:rPr>
        <w:t>make</w:t>
      </w:r>
      <w:r>
        <w:rPr>
          <w:b w:val="0"/>
          <w:i w:val="0"/>
          <w:smallCaps w:val="0"/>
          <w:strike w:val="0"/>
          <w:sz w:val="22"/>
          <w:u w:val="single"/>
        </w:rPr>
        <w:t xml:space="preserve"> artificial </w:t>
      </w:r>
      <w:r>
        <w:rPr>
          <w:b w:val="0"/>
          <w:i w:val="0"/>
          <w:smallCaps w:val="0"/>
          <w:strike w:val="0"/>
          <w:sz w:val="22"/>
          <w:highlight w:val="cyan"/>
          <w:u w:val="single"/>
        </w:rPr>
        <w:t>meat that</w:t>
      </w:r>
      <w:r>
        <w:rPr>
          <w:b w:val="0"/>
          <w:i w:val="0"/>
          <w:smallCaps w:val="0"/>
          <w:strike w:val="0"/>
          <w:sz w:val="22"/>
          <w:u w:val="single"/>
        </w:rPr>
        <w:t xml:space="preserve"> feels and </w:t>
      </w:r>
      <w:r>
        <w:rPr>
          <w:b w:val="0"/>
          <w:i w:val="0"/>
          <w:smallCaps w:val="0"/>
          <w:strike w:val="0"/>
          <w:sz w:val="22"/>
          <w:highlight w:val="cyan"/>
          <w:u w:val="single"/>
        </w:rPr>
        <w:t xml:space="preserve">tastes like the </w:t>
      </w:r>
      <w:r>
        <w:rPr>
          <w:b/>
          <w:i w:val="0"/>
          <w:smallCaps w:val="0"/>
          <w:strike w:val="0"/>
          <w:sz w:val="24"/>
          <w:highlight w:val="cyan"/>
          <w:u w:val="single"/>
        </w:rPr>
        <w:t>real deal</w:t>
      </w:r>
      <w:r>
        <w:rPr>
          <w:b w:val="0"/>
          <w:i w:val="0"/>
          <w:smallCaps w:val="0"/>
          <w:strike w:val="0"/>
          <w:u w:val="none"/>
        </w:rPr>
        <w:t xml:space="preserve">, but what about cost? Well, Forgacs concedes that it does still cost a few thousand dollars to make a pound of meat in the lab. Unless you’re seeking the most expensive burger in the world, that’s no good. Still, </w:t>
      </w:r>
      <w:r>
        <w:rPr>
          <w:b w:val="0"/>
          <w:i w:val="0"/>
          <w:smallCaps w:val="0"/>
          <w:strike w:val="0"/>
          <w:sz w:val="22"/>
          <w:u w:val="single"/>
        </w:rPr>
        <w:t xml:space="preserve">the </w:t>
      </w:r>
      <w:r>
        <w:rPr>
          <w:b w:val="0"/>
          <w:i w:val="0"/>
          <w:smallCaps w:val="0"/>
          <w:strike w:val="0"/>
          <w:sz w:val="22"/>
          <w:highlight w:val="cyan"/>
          <w:u w:val="single"/>
        </w:rPr>
        <w:t>cost of real meat is</w:t>
      </w:r>
      <w:r>
        <w:rPr>
          <w:b w:val="0"/>
          <w:i w:val="0"/>
          <w:smallCaps w:val="0"/>
          <w:strike w:val="0"/>
          <w:sz w:val="22"/>
          <w:u w:val="single"/>
        </w:rPr>
        <w:t xml:space="preserve"> inevitably </w:t>
      </w:r>
      <w:r>
        <w:rPr>
          <w:b w:val="0"/>
          <w:i w:val="0"/>
          <w:smallCaps w:val="0"/>
          <w:strike w:val="0"/>
          <w:sz w:val="22"/>
          <w:highlight w:val="cyan"/>
          <w:u w:val="single"/>
        </w:rPr>
        <w:t>going up and</w:t>
      </w:r>
      <w:r>
        <w:rPr>
          <w:b w:val="0"/>
          <w:i w:val="0"/>
          <w:smallCaps w:val="0"/>
          <w:strike w:val="0"/>
          <w:sz w:val="22"/>
          <w:u w:val="single"/>
        </w:rPr>
        <w:t xml:space="preserve"> the </w:t>
      </w:r>
      <w:r>
        <w:rPr>
          <w:b w:val="0"/>
          <w:i w:val="0"/>
          <w:smallCaps w:val="0"/>
          <w:strike w:val="0"/>
          <w:sz w:val="22"/>
          <w:highlight w:val="cyan"/>
          <w:u w:val="single"/>
        </w:rPr>
        <w:t xml:space="preserve">printed stuff will </w:t>
      </w:r>
      <w:r>
        <w:rPr>
          <w:b/>
          <w:i w:val="0"/>
          <w:smallCaps w:val="0"/>
          <w:strike w:val="0"/>
          <w:sz w:val="24"/>
          <w:highlight w:val="cyan"/>
          <w:u w:val="single"/>
        </w:rPr>
        <w:t>become cheaper as economies of scale kick in</w:t>
      </w:r>
      <w:r>
        <w:rPr>
          <w:b w:val="0"/>
          <w:i w:val="0"/>
          <w:smallCaps w:val="0"/>
          <w:strike w:val="0"/>
          <w:u w:val="none"/>
        </w:rPr>
        <w:t>. The process right now is taking place in a research lab, not a large production facility.</w:t>
      </w:r>
    </w:p>
    <w:p>
      <w:pPr>
        <w:spacing w:after="60"/>
      </w:pPr>
      <w:r>
        <w:rPr>
          <w:b w:val="0"/>
          <w:i w:val="0"/>
          <w:smallCaps w:val="0"/>
          <w:strike w:val="0"/>
          <w:sz w:val="22"/>
          <w:highlight w:val="cyan"/>
          <w:u w:val="single"/>
        </w:rPr>
        <w:t>Printed meats will</w:t>
      </w:r>
      <w:r>
        <w:rPr>
          <w:b w:val="0"/>
          <w:i w:val="0"/>
          <w:smallCaps w:val="0"/>
          <w:strike w:val="0"/>
          <w:sz w:val="22"/>
          <w:u w:val="single"/>
        </w:rPr>
        <w:t xml:space="preserve"> </w:t>
      </w:r>
      <w:r>
        <w:rPr>
          <w:b/>
          <w:i w:val="0"/>
          <w:smallCaps w:val="0"/>
          <w:strike w:val="0"/>
          <w:sz w:val="24"/>
          <w:u w:val="single"/>
        </w:rPr>
        <w:t xml:space="preserve">eventually </w:t>
      </w:r>
      <w:r>
        <w:rPr>
          <w:b/>
          <w:i w:val="0"/>
          <w:smallCaps w:val="0"/>
          <w:strike w:val="0"/>
          <w:sz w:val="24"/>
          <w:highlight w:val="cyan"/>
          <w:u w:val="single"/>
        </w:rPr>
        <w:t>become cost-competitive</w:t>
      </w:r>
      <w:r>
        <w:rPr>
          <w:b w:val="0"/>
          <w:i w:val="0"/>
          <w:smallCaps w:val="0"/>
          <w:strike w:val="0"/>
          <w:sz w:val="22"/>
          <w:u w:val="single"/>
        </w:rPr>
        <w:t xml:space="preserve"> with the dead animal kind</w:t>
      </w:r>
      <w:r>
        <w:rPr>
          <w:b w:val="0"/>
          <w:i w:val="0"/>
          <w:smallCaps w:val="0"/>
          <w:strike w:val="0"/>
          <w:u w:val="none"/>
        </w:rPr>
        <w:t>. Until then, we may all have to take a closer look at what we’re eating.</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