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CRISPR-led gene drives will cheaply and dramatically reduce wild animal suffering</w:t>
      </w:r>
    </w:p>
    <w:p>
      <w:pPr>
        <w:spacing w:after="80"/>
      </w:pPr>
      <w:r>
        <w:rPr>
          <w:b w:val="0"/>
          <w:i w:val="0"/>
          <w:smallCaps w:val="0"/>
          <w:strike w:val="0"/>
          <w:u w:val="none"/>
        </w:rPr>
        <w:t xml:space="preserve">David </w:t>
      </w:r>
      <w:r>
        <w:rPr>
          <w:b/>
          <w:i w:val="0"/>
          <w:smallCaps w:val="0"/>
          <w:strike w:val="0"/>
          <w:sz w:val="26"/>
          <w:u w:val="none"/>
        </w:rPr>
        <w:t>Pearce 18</w:t>
      </w:r>
      <w:r>
        <w:rPr>
          <w:b w:val="0"/>
          <w:i w:val="0"/>
          <w:smallCaps w:val="0"/>
          <w:strike w:val="0"/>
          <w:u w:val="none"/>
        </w:rPr>
        <w:t>, Co-Founder of the World Transhumanist Association, Fellow of the Institute for Ethics and Emerging Technologies, “COMPASSIONATE BIOLOGY: How CRISPR-Based "Gene Drives" Could Cheaply, Rapidly and Sustainably Reduce Suffering Throughout the Living World”, https://www.gene-drives.com/</w:t>
      </w:r>
    </w:p>
    <w:p>
      <w:pPr>
        <w:spacing w:after="60"/>
      </w:pPr>
      <w:r>
        <w:rPr>
          <w:b w:val="0"/>
          <w:i w:val="0"/>
          <w:smallCaps w:val="0"/>
          <w:strike w:val="0"/>
          <w:sz w:val="16"/>
          <w:u w:val="none"/>
        </w:rPr>
        <w:t xml:space="preserve">When a friend of the American composer John Cage asked, "Don't you think there's too much suffering in the world?", Cage answered, “No, I think there's just the right amount”. Few ethicists openly express such Zen-like equanimity at the suffering of other sentient beings; but until recently all ecologists shared Richard Dawkins' assumption of its inevitability. However, the living world is on the brink of a technical and ethical revolution - and a major evolutionary transition in the development of life. Humanity will shortly be able to decide the optimal level of suffering both for members of our own species and across the tree of life itself. Not least, </w:t>
      </w:r>
      <w:r>
        <w:rPr>
          <w:b w:val="0"/>
          <w:i w:val="0"/>
          <w:smallCaps w:val="0"/>
          <w:strike w:val="0"/>
          <w:sz w:val="22"/>
          <w:highlight w:val="cyan"/>
          <w:u w:val="single"/>
        </w:rPr>
        <w:t>CRISPR</w:t>
      </w:r>
      <w:r>
        <w:rPr>
          <w:b w:val="0"/>
          <w:i w:val="0"/>
          <w:smallCaps w:val="0"/>
          <w:strike w:val="0"/>
          <w:sz w:val="22"/>
          <w:u w:val="single"/>
        </w:rPr>
        <w:t xml:space="preserve">-driven </w:t>
      </w:r>
      <w:r>
        <w:rPr>
          <w:b w:val="0"/>
          <w:i w:val="0"/>
          <w:smallCaps w:val="0"/>
          <w:strike w:val="0"/>
          <w:sz w:val="22"/>
          <w:highlight w:val="cyan"/>
          <w:u w:val="single"/>
        </w:rPr>
        <w:t xml:space="preserve">gene drives can </w:t>
      </w:r>
      <w:r>
        <w:rPr>
          <w:b/>
          <w:i w:val="0"/>
          <w:smallCaps w:val="0"/>
          <w:strike w:val="0"/>
          <w:sz w:val="24"/>
          <w:highlight w:val="cyan"/>
          <w:u w:val="single"/>
        </w:rPr>
        <w:t>cheaply</w:t>
      </w:r>
      <w:r>
        <w:rPr>
          <w:b w:val="0"/>
          <w:i w:val="0"/>
          <w:smallCaps w:val="0"/>
          <w:strike w:val="0"/>
          <w:sz w:val="22"/>
          <w:highlight w:val="cyan"/>
          <w:u w:val="single"/>
        </w:rPr>
        <w:t xml:space="preserve">, </w:t>
      </w:r>
      <w:r>
        <w:rPr>
          <w:b/>
          <w:i w:val="0"/>
          <w:smallCaps w:val="0"/>
          <w:strike w:val="0"/>
          <w:sz w:val="24"/>
          <w:highlight w:val="cyan"/>
          <w:u w:val="single"/>
        </w:rPr>
        <w:t>rapidly</w:t>
      </w:r>
      <w:r>
        <w:rPr>
          <w:b w:val="0"/>
          <w:i w:val="0"/>
          <w:smallCaps w:val="0"/>
          <w:strike w:val="0"/>
          <w:sz w:val="22"/>
          <w:highlight w:val="cyan"/>
          <w:u w:val="single"/>
        </w:rPr>
        <w:t xml:space="preserve"> and </w:t>
      </w:r>
      <w:r>
        <w:rPr>
          <w:b/>
          <w:i w:val="0"/>
          <w:smallCaps w:val="0"/>
          <w:strike w:val="0"/>
          <w:sz w:val="24"/>
          <w:highlight w:val="cyan"/>
          <w:u w:val="single"/>
        </w:rPr>
        <w:t>dramatically</w:t>
      </w:r>
      <w:r>
        <w:rPr>
          <w:b w:val="0"/>
          <w:i w:val="0"/>
          <w:smallCaps w:val="0"/>
          <w:strike w:val="0"/>
          <w:sz w:val="22"/>
          <w:highlight w:val="cyan"/>
          <w:u w:val="single"/>
        </w:rPr>
        <w:t xml:space="preserve"> reduce suffering in </w:t>
      </w:r>
      <w:r>
        <w:rPr>
          <w:b/>
          <w:i w:val="0"/>
          <w:smallCaps w:val="0"/>
          <w:strike w:val="0"/>
          <w:sz w:val="24"/>
          <w:highlight w:val="cyan"/>
          <w:u w:val="single"/>
        </w:rPr>
        <w:t>all species</w:t>
      </w:r>
      <w:r>
        <w:rPr>
          <w:b w:val="0"/>
          <w:i w:val="0"/>
          <w:smallCaps w:val="0"/>
          <w:strike w:val="0"/>
          <w:sz w:val="22"/>
          <w:u w:val="single"/>
        </w:rPr>
        <w:t xml:space="preserve"> of sexually reproducing organism</w:t>
      </w:r>
      <w:r>
        <w:rPr>
          <w:b w:val="0"/>
          <w:i w:val="0"/>
          <w:smallCaps w:val="0"/>
          <w:strike w:val="0"/>
          <w:sz w:val="16"/>
          <w:u w:val="none"/>
        </w:rPr>
        <w:t>.</w:t>
      </w:r>
    </w:p>
    <w:p>
      <w:pPr>
        <w:spacing w:after="60"/>
      </w:pPr>
      <w:r>
        <w:rPr>
          <w:b w:val="0"/>
          <w:i w:val="0"/>
          <w:smallCaps w:val="0"/>
          <w:strike w:val="0"/>
          <w:sz w:val="22"/>
          <w:highlight w:val="cyan"/>
          <w:u w:val="single"/>
        </w:rPr>
        <w:t xml:space="preserve">Until </w:t>
      </w:r>
      <w:r>
        <w:rPr>
          <w:b w:val="0"/>
          <w:i w:val="0"/>
          <w:smallCaps w:val="0"/>
          <w:strike w:val="0"/>
          <w:sz w:val="22"/>
          <w:highlight w:val="cyan"/>
          <w:u w:val="single"/>
        </w:rPr>
        <w:t>21st</w:t>
      </w:r>
      <w:r>
        <w:rPr>
          <w:b w:val="0"/>
          <w:i w:val="0"/>
          <w:smallCaps w:val="0"/>
          <w:strike w:val="0"/>
          <w:sz w:val="22"/>
          <w:highlight w:val="cyan"/>
          <w:u w:val="single"/>
        </w:rPr>
        <w:t xml:space="preserve"> century biotech</w:t>
      </w:r>
      <w:r>
        <w:rPr>
          <w:b w:val="0"/>
          <w:i w:val="0"/>
          <w:smallCaps w:val="0"/>
          <w:strike w:val="0"/>
          <w:sz w:val="22"/>
          <w:u w:val="single"/>
        </w:rPr>
        <w:t xml:space="preserve">nology, the sheer cost, computational complexity and technical obstacles to tackling suffering in free-living non-human animals seemed </w:t>
      </w:r>
      <w:r>
        <w:rPr>
          <w:b/>
          <w:i w:val="0"/>
          <w:smallCaps w:val="0"/>
          <w:strike w:val="0"/>
          <w:sz w:val="24"/>
          <w:u w:val="single"/>
        </w:rPr>
        <w:t>daunting</w:t>
      </w:r>
      <w:r>
        <w:rPr>
          <w:b w:val="0"/>
          <w:i w:val="0"/>
          <w:smallCaps w:val="0"/>
          <w:strike w:val="0"/>
          <w:sz w:val="22"/>
          <w:u w:val="single"/>
        </w:rPr>
        <w:t xml:space="preserve"> to anyone who cared about nonhumans. </w:t>
      </w:r>
      <w:r>
        <w:rPr>
          <w:b w:val="0"/>
          <w:i w:val="0"/>
          <w:smallCaps w:val="0"/>
          <w:strike w:val="0"/>
          <w:sz w:val="22"/>
          <w:highlight w:val="cyan"/>
          <w:u w:val="single"/>
        </w:rPr>
        <w:t xml:space="preserve">A pan-species welfare state was </w:t>
      </w:r>
      <w:r>
        <w:rPr>
          <w:b/>
          <w:i w:val="0"/>
          <w:smallCaps w:val="0"/>
          <w:strike w:val="0"/>
          <w:sz w:val="24"/>
          <w:highlight w:val="cyan"/>
          <w:u w:val="single"/>
        </w:rPr>
        <w:t>inconceivable</w:t>
      </w:r>
      <w:r>
        <w:rPr>
          <w:b w:val="0"/>
          <w:i w:val="0"/>
          <w:smallCaps w:val="0"/>
          <w:strike w:val="0"/>
          <w:sz w:val="16"/>
          <w:u w:val="none"/>
        </w:rPr>
        <w:t xml:space="preserve">. Cross-species fertility-regulation via immunocontraception, </w:t>
      </w:r>
      <w:r>
        <w:rPr>
          <w:b w:val="0"/>
          <w:i w:val="0"/>
          <w:smallCaps w:val="0"/>
          <w:strike w:val="0"/>
          <w:sz w:val="16"/>
          <w:u w:val="none"/>
        </w:rPr>
        <w:t>neurochipping</w:t>
      </w:r>
      <w:r>
        <w:rPr>
          <w:b w:val="0"/>
          <w:i w:val="0"/>
          <w:smallCaps w:val="0"/>
          <w:strike w:val="0"/>
          <w:sz w:val="16"/>
          <w:u w:val="none"/>
        </w:rPr>
        <w:t xml:space="preserve">, GPS-tracking and monitoring, and rudimentary healthcare services would be prohibitively costly even for large, long-lived vertebrates in human wildlife parks. How could we possibly hope to tackle suffering in marine ecosystems or the Amazon rainforest, short of invoking molecular nanotechnology and what critics would call </w:t>
      </w:r>
      <w:r>
        <w:rPr>
          <w:b w:val="0"/>
          <w:i w:val="0"/>
          <w:smallCaps w:val="0"/>
          <w:strike w:val="0"/>
          <w:sz w:val="16"/>
          <w:u w:val="none"/>
        </w:rPr>
        <w:t>Drexlerian</w:t>
      </w:r>
      <w:r>
        <w:rPr>
          <w:b w:val="0"/>
          <w:i w:val="0"/>
          <w:smallCaps w:val="0"/>
          <w:strike w:val="0"/>
          <w:sz w:val="16"/>
          <w:u w:val="none"/>
        </w:rPr>
        <w:t xml:space="preserve"> sci-fi? Actively helping free-living non-humans in an era when millions of people still lack adequate nutrition and healthcare, and when humans still systematically hurt, harm and kill billions of sentient beings in factory-farms and slaughterhouses, has made such a project seem sociologically fanciful as well. Evolution didn't design Homo sapiens to be impartially altruistic.</w:t>
      </w:r>
    </w:p>
    <w:p>
      <w:pPr>
        <w:spacing w:after="60"/>
      </w:pPr>
      <w:r>
        <w:rPr>
          <w:b w:val="0"/>
          <w:i w:val="0"/>
          <w:smallCaps w:val="0"/>
          <w:strike w:val="0"/>
          <w:sz w:val="22"/>
          <w:highlight w:val="cyan"/>
          <w:u w:val="single"/>
        </w:rPr>
        <w:t xml:space="preserve">CRISPR-based "gene drives" are a </w:t>
      </w:r>
      <w:r>
        <w:rPr>
          <w:b/>
          <w:i w:val="0"/>
          <w:smallCaps w:val="0"/>
          <w:strike w:val="0"/>
          <w:sz w:val="24"/>
          <w:highlight w:val="cyan"/>
          <w:u w:val="single"/>
        </w:rPr>
        <w:t>game-changer</w:t>
      </w:r>
      <w:r>
        <w:rPr>
          <w:b w:val="0"/>
          <w:i w:val="0"/>
          <w:smallCaps w:val="0"/>
          <w:strike w:val="0"/>
          <w:sz w:val="16"/>
          <w:u w:val="none"/>
        </w:rPr>
        <w:t xml:space="preserve">. In principle, </w:t>
      </w:r>
      <w:r>
        <w:rPr>
          <w:b w:val="0"/>
          <w:i w:val="0"/>
          <w:smallCaps w:val="0"/>
          <w:strike w:val="0"/>
          <w:sz w:val="22"/>
          <w:highlight w:val="cyan"/>
          <w:u w:val="single"/>
        </w:rPr>
        <w:t>gene drives can</w:t>
      </w:r>
      <w:r>
        <w:rPr>
          <w:b w:val="0"/>
          <w:i w:val="0"/>
          <w:smallCaps w:val="0"/>
          <w:strike w:val="0"/>
          <w:sz w:val="22"/>
          <w:u w:val="single"/>
        </w:rPr>
        <w:t xml:space="preserve"> be used - cheaply, rapidly and </w:t>
      </w:r>
      <w:r>
        <w:rPr>
          <w:b w:val="0"/>
          <w:i w:val="0"/>
          <w:smallCaps w:val="0"/>
          <w:strike w:val="0"/>
          <w:sz w:val="22"/>
          <w:highlight w:val="cyan"/>
          <w:u w:val="single"/>
        </w:rPr>
        <w:t>sustainably</w:t>
      </w:r>
      <w:r>
        <w:rPr>
          <w:b w:val="0"/>
          <w:i w:val="0"/>
          <w:smallCaps w:val="0"/>
          <w:strike w:val="0"/>
          <w:sz w:val="22"/>
          <w:u w:val="single"/>
        </w:rPr>
        <w:t xml:space="preserve"> - to </w:t>
      </w:r>
      <w:r>
        <w:rPr>
          <w:b w:val="0"/>
          <w:i w:val="0"/>
          <w:smallCaps w:val="0"/>
          <w:strike w:val="0"/>
          <w:sz w:val="22"/>
          <w:highlight w:val="cyan"/>
          <w:u w:val="single"/>
        </w:rPr>
        <w:t>"fix"</w:t>
      </w:r>
      <w:r>
        <w:rPr>
          <w:b w:val="0"/>
          <w:i w:val="0"/>
          <w:smallCaps w:val="0"/>
          <w:strike w:val="0"/>
          <w:sz w:val="22"/>
          <w:u w:val="single"/>
        </w:rPr>
        <w:t xml:space="preserve"> the </w:t>
      </w:r>
      <w:r>
        <w:rPr>
          <w:b w:val="0"/>
          <w:i w:val="0"/>
          <w:smallCaps w:val="0"/>
          <w:strike w:val="0"/>
          <w:sz w:val="22"/>
          <w:highlight w:val="cyan"/>
          <w:u w:val="single"/>
        </w:rPr>
        <w:t>typical</w:t>
      </w:r>
      <w:r>
        <w:rPr>
          <w:b w:val="0"/>
          <w:i w:val="0"/>
          <w:smallCaps w:val="0"/>
          <w:strike w:val="0"/>
          <w:sz w:val="22"/>
          <w:u w:val="single"/>
        </w:rPr>
        <w:t xml:space="preserve"> level of </w:t>
      </w:r>
      <w:r>
        <w:rPr>
          <w:b w:val="0"/>
          <w:i w:val="0"/>
          <w:smallCaps w:val="0"/>
          <w:strike w:val="0"/>
          <w:sz w:val="22"/>
          <w:highlight w:val="cyan"/>
          <w:u w:val="single"/>
        </w:rPr>
        <w:t>suffering</w:t>
      </w:r>
      <w:r>
        <w:rPr>
          <w:b w:val="0"/>
          <w:i w:val="0"/>
          <w:smallCaps w:val="0"/>
          <w:strike w:val="0"/>
          <w:sz w:val="22"/>
          <w:u w:val="single"/>
        </w:rPr>
        <w:t xml:space="preserve"> undergone by members </w:t>
      </w:r>
      <w:r>
        <w:rPr>
          <w:b w:val="0"/>
          <w:i w:val="0"/>
          <w:smallCaps w:val="0"/>
          <w:strike w:val="0"/>
          <w:sz w:val="22"/>
          <w:highlight w:val="cyan"/>
          <w:u w:val="single"/>
        </w:rPr>
        <w:t>of entire</w:t>
      </w:r>
      <w:r>
        <w:rPr>
          <w:b w:val="0"/>
          <w:i w:val="0"/>
          <w:smallCaps w:val="0"/>
          <w:strike w:val="0"/>
          <w:sz w:val="22"/>
          <w:u w:val="single"/>
        </w:rPr>
        <w:t xml:space="preserve"> free-living and sexually reproducing </w:t>
      </w:r>
      <w:r>
        <w:rPr>
          <w:b w:val="0"/>
          <w:i w:val="0"/>
          <w:smallCaps w:val="0"/>
          <w:strike w:val="0"/>
          <w:sz w:val="22"/>
          <w:highlight w:val="cyan"/>
          <w:u w:val="single"/>
        </w:rPr>
        <w:t xml:space="preserve">species at </w:t>
      </w:r>
      <w:r>
        <w:rPr>
          <w:b/>
          <w:i w:val="0"/>
          <w:smallCaps w:val="0"/>
          <w:strike w:val="0"/>
          <w:sz w:val="24"/>
          <w:highlight w:val="cyan"/>
          <w:u w:val="single"/>
        </w:rPr>
        <w:t>minimal inconvenience</w:t>
      </w:r>
      <w:r>
        <w:rPr>
          <w:b w:val="0"/>
          <w:i w:val="0"/>
          <w:smallCaps w:val="0"/>
          <w:strike w:val="0"/>
          <w:sz w:val="22"/>
          <w:u w:val="single"/>
        </w:rPr>
        <w:t xml:space="preserve"> to humans. If </w:t>
      </w:r>
      <w:r>
        <w:rPr>
          <w:b w:val="0"/>
          <w:i w:val="0"/>
          <w:smallCaps w:val="0"/>
          <w:strike w:val="0"/>
          <w:sz w:val="22"/>
          <w:highlight w:val="cyan"/>
          <w:u w:val="single"/>
        </w:rPr>
        <w:t>targeted</w:t>
      </w:r>
      <w:r>
        <w:rPr>
          <w:b w:val="0"/>
          <w:i w:val="0"/>
          <w:smallCaps w:val="0"/>
          <w:strike w:val="0"/>
          <w:sz w:val="22"/>
          <w:u w:val="single"/>
        </w:rPr>
        <w:t xml:space="preserve"> wisely, </w:t>
      </w:r>
      <w:r>
        <w:rPr>
          <w:b w:val="0"/>
          <w:i w:val="0"/>
          <w:smallCaps w:val="0"/>
          <w:strike w:val="0"/>
          <w:sz w:val="22"/>
          <w:highlight w:val="cyan"/>
          <w:u w:val="single"/>
        </w:rPr>
        <w:t>gene drives could massively amplify</w:t>
      </w:r>
      <w:r>
        <w:rPr>
          <w:b w:val="0"/>
          <w:i w:val="0"/>
          <w:smallCaps w:val="0"/>
          <w:strike w:val="0"/>
          <w:sz w:val="22"/>
          <w:u w:val="single"/>
        </w:rPr>
        <w:t xml:space="preserve"> the effects of even exceedingly </w:t>
      </w:r>
      <w:r>
        <w:rPr>
          <w:b w:val="0"/>
          <w:i w:val="0"/>
          <w:smallCaps w:val="0"/>
          <w:strike w:val="0"/>
          <w:sz w:val="22"/>
          <w:highlight w:val="cyan"/>
          <w:u w:val="single"/>
        </w:rPr>
        <w:t>weak</w:t>
      </w:r>
      <w:r>
        <w:rPr>
          <w:b w:val="0"/>
          <w:i w:val="0"/>
          <w:smallCaps w:val="0"/>
          <w:strike w:val="0"/>
          <w:sz w:val="22"/>
          <w:u w:val="single"/>
        </w:rPr>
        <w:t xml:space="preserve"> and fitful human </w:t>
      </w:r>
      <w:r>
        <w:rPr>
          <w:b w:val="0"/>
          <w:i w:val="0"/>
          <w:smallCaps w:val="0"/>
          <w:strike w:val="0"/>
          <w:sz w:val="22"/>
          <w:highlight w:val="cyan"/>
          <w:u w:val="single"/>
        </w:rPr>
        <w:t>benevolence</w:t>
      </w:r>
      <w:r>
        <w:rPr>
          <w:b w:val="0"/>
          <w:i w:val="0"/>
          <w:smallCaps w:val="0"/>
          <w:strike w:val="0"/>
          <w:sz w:val="22"/>
          <w:u w:val="single"/>
        </w:rPr>
        <w:t xml:space="preserve"> towards non-human animals</w:t>
      </w:r>
      <w:r>
        <w:rPr>
          <w:b w:val="0"/>
          <w:i w:val="0"/>
          <w:smallCaps w:val="0"/>
          <w:strike w:val="0"/>
          <w:sz w:val="16"/>
          <w:u w:val="none"/>
        </w:rPr>
        <w:t xml:space="preserve">. In principle, </w:t>
      </w:r>
      <w:r>
        <w:rPr>
          <w:b w:val="0"/>
          <w:i w:val="0"/>
          <w:smallCaps w:val="0"/>
          <w:strike w:val="0"/>
          <w:sz w:val="22"/>
          <w:u w:val="single"/>
        </w:rPr>
        <w:t xml:space="preserve">the level of </w:t>
      </w:r>
      <w:r>
        <w:rPr>
          <w:b w:val="0"/>
          <w:i w:val="0"/>
          <w:smallCaps w:val="0"/>
          <w:strike w:val="0"/>
          <w:sz w:val="22"/>
          <w:highlight w:val="cyan"/>
          <w:u w:val="single"/>
        </w:rPr>
        <w:t>suffering</w:t>
      </w:r>
      <w:r>
        <w:rPr>
          <w:b w:val="0"/>
          <w:i w:val="0"/>
          <w:smallCaps w:val="0"/>
          <w:strike w:val="0"/>
          <w:sz w:val="22"/>
          <w:u w:val="single"/>
        </w:rPr>
        <w:t xml:space="preserve"> in any sexually reproducing species of organism </w:t>
      </w:r>
      <w:r>
        <w:rPr>
          <w:b w:val="0"/>
          <w:i w:val="0"/>
          <w:smallCaps w:val="0"/>
          <w:strike w:val="0"/>
          <w:sz w:val="22"/>
          <w:highlight w:val="cyan"/>
          <w:u w:val="single"/>
        </w:rPr>
        <w:t>could be significantly reduced via genetic tweaking for</w:t>
      </w:r>
      <w:r>
        <w:rPr>
          <w:b w:val="0"/>
          <w:i w:val="0"/>
          <w:smallCaps w:val="0"/>
          <w:strike w:val="0"/>
          <w:sz w:val="22"/>
          <w:u w:val="single"/>
        </w:rPr>
        <w:t xml:space="preserve"> the cost of around </w:t>
      </w:r>
      <w:r>
        <w:rPr>
          <w:b/>
          <w:i w:val="0"/>
          <w:smallCaps w:val="0"/>
          <w:strike w:val="0"/>
          <w:sz w:val="24"/>
          <w:highlight w:val="cyan"/>
          <w:u w:val="single"/>
        </w:rPr>
        <w:t>$10,000</w:t>
      </w:r>
      <w:r>
        <w:rPr>
          <w:b/>
          <w:i w:val="0"/>
          <w:smallCaps w:val="0"/>
          <w:strike w:val="0"/>
          <w:sz w:val="24"/>
          <w:u w:val="single"/>
        </w:rPr>
        <w:t xml:space="preserve"> of </w:t>
      </w:r>
      <w:r>
        <w:rPr>
          <w:b/>
          <w:i w:val="0"/>
          <w:smallCaps w:val="0"/>
          <w:strike w:val="0"/>
          <w:sz w:val="24"/>
          <w:highlight w:val="cyan"/>
          <w:u w:val="single"/>
        </w:rPr>
        <w:t>per species</w:t>
      </w:r>
      <w:r>
        <w:rPr>
          <w:b/>
          <w:i w:val="0"/>
          <w:smallCaps w:val="0"/>
          <w:strike w:val="0"/>
          <w:sz w:val="24"/>
          <w:u w:val="single"/>
        </w:rPr>
        <w:t xml:space="preserve"> or less</w:t>
      </w:r>
      <w:r>
        <w:rPr>
          <w:b w:val="0"/>
          <w:i w:val="0"/>
          <w:smallCaps w:val="0"/>
          <w:strike w:val="0"/>
          <w:sz w:val="22"/>
          <w:u w:val="single"/>
        </w:rPr>
        <w:t xml:space="preserve"> at current prices</w:t>
      </w:r>
      <w:r>
        <w:rPr>
          <w:b w:val="0"/>
          <w:i w:val="0"/>
          <w:smallCaps w:val="0"/>
          <w:strike w:val="0"/>
          <w:sz w:val="16"/>
          <w:u w:val="none"/>
        </w:rPr>
        <w:t>. Back-of-an-envelope calculation suggests the financial cost of a happy non-human biosphere would currently be several hundred million dollars - plus annual maintenance costs of perhaps several million dollars per year.</w:t>
      </w:r>
    </w:p>
    <w:p>
      <w:pPr>
        <w:spacing w:after="60"/>
      </w:pPr>
      <w:r>
        <w:rPr>
          <w:b w:val="0"/>
          <w:i w:val="0"/>
          <w:smallCaps w:val="0"/>
          <w:strike w:val="0"/>
          <w:sz w:val="22"/>
          <w:highlight w:val="cyan"/>
          <w:u w:val="single"/>
        </w:rPr>
        <w:t xml:space="preserve">Hyperbole? </w:t>
      </w:r>
      <w:r>
        <w:rPr>
          <w:b/>
          <w:i w:val="0"/>
          <w:smallCaps w:val="0"/>
          <w:strike w:val="0"/>
          <w:sz w:val="24"/>
          <w:highlight w:val="cyan"/>
          <w:u w:val="single"/>
        </w:rPr>
        <w:t>No</w:t>
      </w:r>
      <w:r>
        <w:rPr>
          <w:b w:val="0"/>
          <w:i w:val="0"/>
          <w:smallCaps w:val="0"/>
          <w:strike w:val="0"/>
          <w:sz w:val="22"/>
          <w:highlight w:val="cyan"/>
          <w:u w:val="singl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