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Biotech revolution’s coming and will eliminate animal suffering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David </w:t>
      </w:r>
      <w:r>
        <w:rPr>
          <w:b/>
          <w:i w:val="0"/>
          <w:smallCaps w:val="0"/>
          <w:strike w:val="0"/>
          <w:sz w:val="26"/>
          <w:u w:val="none"/>
        </w:rPr>
        <w:t>Pearce 17</w:t>
      </w:r>
      <w:r>
        <w:rPr>
          <w:b w:val="0"/>
          <w:i w:val="0"/>
          <w:smallCaps w:val="0"/>
          <w:strike w:val="0"/>
          <w:u w:val="none"/>
        </w:rPr>
        <w:t>, Co-Founder of the World Transhumanist Association, Fellow of the Institute for Ethics and Emerging Technologies, “Review of BETTER NEVER TO HAVE BEEN”, https://www.abolitionist.com/anti-natalism.html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Yet </w:t>
      </w:r>
      <w:r>
        <w:rPr>
          <w:b w:val="0"/>
          <w:i w:val="0"/>
          <w:smallCaps w:val="0"/>
          <w:strike w:val="0"/>
          <w:sz w:val="22"/>
          <w:u w:val="single"/>
        </w:rPr>
        <w:t>how should rational moral agents behave if</w:t>
      </w:r>
      <w:r>
        <w:rPr>
          <w:b w:val="0"/>
          <w:i w:val="0"/>
          <w:smallCaps w:val="0"/>
          <w:strike w:val="0"/>
          <w:u w:val="none"/>
        </w:rPr>
        <w:t xml:space="preserve"> - hypothetically -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some variant of Benatar's </w:t>
      </w:r>
      <w:r>
        <w:rPr>
          <w:b/>
          <w:i/>
          <w:smallCaps w:val="0"/>
          <w:strike w:val="0"/>
          <w:sz w:val="24"/>
          <w:u w:val="single"/>
        </w:rPr>
        <w:t>diagnosis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as distinct from policy </w:t>
      </w:r>
      <w:r>
        <w:rPr>
          <w:b/>
          <w:i w:val="0"/>
          <w:smallCaps w:val="0"/>
          <w:strike w:val="0"/>
          <w:sz w:val="24"/>
          <w:u w:val="single"/>
        </w:rPr>
        <w:t>prescription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was correct?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In an era of </w:t>
      </w:r>
      <w:r>
        <w:rPr>
          <w:b/>
          <w:i w:val="0"/>
          <w:smallCaps w:val="0"/>
          <w:strike w:val="0"/>
          <w:sz w:val="24"/>
          <w:u w:val="single"/>
        </w:rPr>
        <w:t>biotechnology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</w:t>
      </w:r>
      <w:r>
        <w:rPr>
          <w:b/>
          <w:i w:val="0"/>
          <w:smallCaps w:val="0"/>
          <w:strike w:val="0"/>
          <w:sz w:val="24"/>
          <w:u w:val="single"/>
        </w:rPr>
        <w:t>unnatural selection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an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alt</w:t>
      </w:r>
      <w:r>
        <w:rPr>
          <w:b/>
          <w:i w:val="0"/>
          <w:smallCaps w:val="0"/>
          <w:strike w:val="0"/>
          <w:sz w:val="24"/>
          <w:u w:val="single"/>
        </w:rPr>
        <w:t xml:space="preserve">ernative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to anti-natalism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is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4"/>
          <w:u w:val="single"/>
        </w:rPr>
        <w:t xml:space="preserve">world-wide adoption of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genetically preprogrammed well-being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For </w:t>
      </w:r>
      <w:r>
        <w:rPr>
          <w:b w:val="0"/>
          <w:i w:val="0"/>
          <w:smallCaps w:val="0"/>
          <w:strike w:val="0"/>
          <w:sz w:val="22"/>
          <w:u w:val="single"/>
        </w:rPr>
        <w:t>there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needn't be selection pressure against gradients of lifelong adaptive bliss - i.e. a radical recalibration of the hedonic treadmill.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only way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to eradicate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biological substrates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unpleasantness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- and thereby prevent the harm of Darwinian existence -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is not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>vainly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champion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life's eradication, but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instead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to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ensure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sentient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life is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inherently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blissful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More specifically, 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impending</w:t>
      </w:r>
      <w:r>
        <w:rPr>
          <w:b/>
          <w:i w:val="0"/>
          <w:smallCaps w:val="0"/>
          <w:strike w:val="0"/>
          <w:sz w:val="24"/>
          <w:u w:val="single"/>
        </w:rPr>
        <w:t xml:space="preserve"> reproductive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revolution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designer babies is likely to witness intense selection pressure against the harmfulness-promoting adaptations that increased the inclusive fitness of our genes in the ancestral environment of adaptation.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If we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use biotech</w:t>
      </w:r>
      <w:r>
        <w:rPr>
          <w:b/>
          <w:i w:val="0"/>
          <w:smallCaps w:val="0"/>
          <w:strike w:val="0"/>
          <w:sz w:val="24"/>
          <w:u w:val="single"/>
        </w:rPr>
        <w:t>nology wisely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then gradients of genetically preprogrammed well-being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can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make all</w:t>
      </w:r>
      <w:r>
        <w:rPr>
          <w:b/>
          <w:i w:val="0"/>
          <w:smallCaps w:val="0"/>
          <w:strike w:val="0"/>
          <w:sz w:val="24"/>
          <w:u w:val="single"/>
        </w:rPr>
        <w:t xml:space="preserve"> sentient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life</w:t>
      </w:r>
      <w:r>
        <w:rPr>
          <w:b/>
          <w:i w:val="0"/>
          <w:smallCaps w:val="0"/>
          <w:strike w:val="0"/>
          <w:sz w:val="24"/>
          <w:u w:val="single"/>
        </w:rPr>
        <w:t xml:space="preserve"> subjectively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rewarding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- indeed wonderful beyond the human imagination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u w:val="none"/>
        </w:rPr>
        <w:t>So</w:t>
      </w:r>
      <w:r>
        <w:rPr>
          <w:b w:val="0"/>
          <w:i w:val="0"/>
          <w:smallCaps w:val="0"/>
          <w:strike w:val="0"/>
          <w:u w:val="none"/>
        </w:rPr>
        <w:t xml:space="preserve"> in common with "positive" utilitarians,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"negative" utilitarian would do better to argue for </w:t>
      </w:r>
      <w:r>
        <w:rPr>
          <w:b/>
          <w:i w:val="0"/>
          <w:smallCaps w:val="0"/>
          <w:strike w:val="0"/>
          <w:sz w:val="24"/>
          <w:u w:val="single"/>
        </w:rPr>
        <w:t xml:space="preserve">genetically preprogrammed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superhappiness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The negative utilitarian ethicist might dismiss this alluring prospect as pie-in-the-sky. Like negative utilitarianism itself - and Benatar's argument that sentient existence entails intrinsic harm to its victims - the </w:t>
      </w:r>
      <w:r>
        <w:rPr>
          <w:b w:val="0"/>
          <w:i w:val="0"/>
          <w:smallCaps w:val="0"/>
          <w:strike w:val="0"/>
          <w:u w:val="none"/>
        </w:rPr>
        <w:t>superhappiness</w:t>
      </w:r>
      <w:r>
        <w:rPr>
          <w:b w:val="0"/>
          <w:i w:val="0"/>
          <w:smallCaps w:val="0"/>
          <w:strike w:val="0"/>
          <w:u w:val="none"/>
        </w:rPr>
        <w:t xml:space="preserve"> solution invites ridicule, ad hominem attacks, and incredulity. But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 cruelty-free world is </w:t>
      </w:r>
      <w:r>
        <w:rPr>
          <w:b/>
          <w:i w:val="0"/>
          <w:smallCaps w:val="0"/>
          <w:strike w:val="0"/>
          <w:sz w:val="24"/>
          <w:u w:val="single"/>
        </w:rPr>
        <w:t>technically feasible</w:t>
      </w:r>
      <w:r>
        <w:rPr>
          <w:b w:val="0"/>
          <w:i w:val="0"/>
          <w:smallCaps w:val="0"/>
          <w:strike w:val="0"/>
          <w:u w:val="none"/>
        </w:rPr>
        <w:t xml:space="preserve">. And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unlike anti-natalism,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there are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strong</w:t>
      </w:r>
      <w:r>
        <w:rPr>
          <w:b/>
          <w:i w:val="0"/>
          <w:smallCaps w:val="0"/>
          <w:strike w:val="0"/>
          <w:sz w:val="24"/>
          <w:u w:val="single"/>
        </w:rPr>
        <w:t xml:space="preserve"> sociological and technical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grounds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to predict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the application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biotech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nology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will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wipe out</w:t>
      </w:r>
      <w:r>
        <w:rPr>
          <w:b/>
          <w:i w:val="0"/>
          <w:smallCaps w:val="0"/>
          <w:strike w:val="0"/>
          <w:sz w:val="24"/>
          <w:u w:val="single"/>
        </w:rPr>
        <w:t xml:space="preserve"> the substrates of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suffering</w:t>
      </w:r>
      <w:r>
        <w:rPr>
          <w:b/>
          <w:i w:val="0"/>
          <w:smallCaps w:val="0"/>
          <w:strike w:val="0"/>
          <w:sz w:val="24"/>
          <w:u w:val="single"/>
        </w:rPr>
        <w:t xml:space="preserve"> for good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Homo sapiens is 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only species capable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systematically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of preventing harm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the rest of the living world -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despite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frightfulness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what we do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non-human animals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today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>So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it is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vital</w:t>
      </w:r>
      <w:r>
        <w:rPr>
          <w:b/>
          <w:i w:val="0"/>
          <w:smallCaps w:val="0"/>
          <w:strike w:val="0"/>
          <w:sz w:val="24"/>
          <w:u w:val="single"/>
        </w:rPr>
        <w:t xml:space="preserve"> that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humans survive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the face of existential risks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to bring the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abolitionist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project to completion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Presumably its implementation will entail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use of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depot-contraception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,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ecosystem redesign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/>
          <w:i w:val="0"/>
          <w:smallCaps w:val="0"/>
          <w:strike w:val="0"/>
          <w:sz w:val="24"/>
          <w:u w:val="single"/>
        </w:rPr>
        <w:t xml:space="preserve">CRISPR-based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gene drives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, and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rewriting the</w:t>
      </w:r>
      <w:r>
        <w:rPr>
          <w:b/>
          <w:i w:val="0"/>
          <w:smallCaps w:val="0"/>
          <w:strike w:val="0"/>
          <w:sz w:val="24"/>
          <w:u w:val="single"/>
        </w:rPr>
        <w:t xml:space="preserve"> vertebrate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genome</w:t>
      </w:r>
      <w:r>
        <w:rPr>
          <w:b w:val="0"/>
          <w:i w:val="0"/>
          <w:smallCaps w:val="0"/>
          <w:strike w:val="0"/>
          <w:u w:val="none"/>
        </w:rPr>
        <w:t xml:space="preserve"> - a formidable but </w:t>
      </w:r>
      <w:r>
        <w:rPr>
          <w:b/>
          <w:i w:val="0"/>
          <w:smallCaps w:val="0"/>
          <w:strike w:val="0"/>
          <w:sz w:val="24"/>
          <w:u w:val="single"/>
        </w:rPr>
        <w:t>not impossible</w:t>
      </w:r>
      <w:r>
        <w:rPr>
          <w:b w:val="0"/>
          <w:i w:val="0"/>
          <w:smallCaps w:val="0"/>
          <w:strike w:val="0"/>
          <w:u w:val="none"/>
        </w:rPr>
        <w:t xml:space="preserve"> challenge.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If we succeed,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coming into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existence will be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 xml:space="preserve">intrinsically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good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pStyle w:val="Caption"/>
      </w:pPr>
      <w:r>
        <w:t>Source: Balance Updates 2 - Michigan 2024 BEJJKP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