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Keeping humans alive is key to </w:t>
      </w:r>
      <w:r>
        <w:rPr>
          <w:b/>
          <w:i w:val="0"/>
          <w:smallCaps w:val="0"/>
          <w:strike w:val="0"/>
          <w:sz w:val="26"/>
          <w:u w:val="single"/>
        </w:rPr>
        <w:t>asteroid deflection</w:t>
      </w:r>
      <w:r>
        <w:rPr>
          <w:b/>
          <w:i w:val="0"/>
          <w:smallCaps w:val="0"/>
          <w:strike w:val="0"/>
          <w:sz w:val="26"/>
          <w:u w:val="none"/>
        </w:rPr>
        <w:t xml:space="preserve"> and </w:t>
      </w:r>
      <w:r>
        <w:rPr>
          <w:b/>
          <w:i w:val="0"/>
          <w:smallCaps w:val="0"/>
          <w:strike w:val="0"/>
          <w:sz w:val="26"/>
          <w:u w:val="single"/>
        </w:rPr>
        <w:t>space colonization</w:t>
      </w:r>
      <w:r>
        <w:rPr>
          <w:b/>
          <w:i w:val="0"/>
          <w:smallCaps w:val="0"/>
          <w:strike w:val="0"/>
          <w:sz w:val="26"/>
          <w:u w:val="none"/>
        </w:rPr>
        <w:t>---preserving 100 trillion years of animal life</w:t>
      </w:r>
    </w:p>
    <w:p>
      <w:pPr>
        <w:spacing w:after="80"/>
      </w:pPr>
      <w:r>
        <w:rPr>
          <w:b w:val="0"/>
          <w:i w:val="0"/>
          <w:smallCaps w:val="0"/>
          <w:strike w:val="0"/>
          <w:u w:val="none"/>
        </w:rPr>
        <w:t>Jason G.</w:t>
      </w:r>
      <w:r>
        <w:rPr>
          <w:b w:val="0"/>
          <w:i w:val="0"/>
          <w:smallCaps w:val="0"/>
          <w:strike w:val="0"/>
          <w:u w:val="none"/>
        </w:rPr>
        <w:t xml:space="preserve"> </w:t>
      </w:r>
      <w:r>
        <w:rPr>
          <w:b/>
          <w:i w:val="0"/>
          <w:smallCaps w:val="0"/>
          <w:strike w:val="0"/>
          <w:sz w:val="26"/>
          <w:u w:val="none"/>
        </w:rPr>
        <w:t>Matheny 7</w:t>
      </w:r>
      <w:r>
        <w:rPr>
          <w:b w:val="0"/>
          <w:i w:val="0"/>
          <w:smallCaps w:val="0"/>
          <w:strike w:val="0"/>
          <w:u w:val="none"/>
        </w:rPr>
        <w:t>, Special Consultant to the Center for Biosecurity at the University of Pittsburgh Medical Center</w:t>
      </w:r>
      <w:r>
        <w:rPr>
          <w:b w:val="0"/>
          <w:i w:val="0"/>
          <w:smallCaps w:val="0"/>
          <w:strike w:val="0"/>
          <w:u w:val="none"/>
        </w:rPr>
        <w:t xml:space="preserve">, </w:t>
      </w:r>
      <w:r>
        <w:rPr>
          <w:b w:val="0"/>
          <w:i w:val="0"/>
          <w:smallCaps w:val="0"/>
          <w:strike w:val="0"/>
          <w:u w:val="none"/>
        </w:rPr>
        <w:t xml:space="preserve">PhD Candidate in Health Policy and Management at Johns Hopkins Bloomberg School of Public Health, Co-Founder of New Harvest, </w:t>
      </w:r>
      <w:r>
        <w:rPr>
          <w:b w:val="0"/>
          <w:i w:val="0"/>
          <w:smallCaps w:val="0"/>
          <w:strike w:val="0"/>
          <w:u w:val="none"/>
        </w:rPr>
        <w:t xml:space="preserve">“Ought We Worry About Human Extinction?”, </w:t>
      </w:r>
      <w:r>
        <w:rPr>
          <w:b w:val="0"/>
          <w:i w:val="0"/>
          <w:smallCaps w:val="0"/>
          <w:strike w:val="0"/>
          <w:u w:val="none"/>
        </w:rPr>
        <w:t xml:space="preserve">Environmental Ethics, </w:t>
      </w:r>
      <w:r>
        <w:rPr>
          <w:b w:val="0"/>
          <w:i w:val="0"/>
          <w:smallCaps w:val="0"/>
          <w:strike w:val="0"/>
          <w:u w:val="none"/>
        </w:rPr>
        <w:t>12</w:t>
      </w:r>
      <w:r>
        <w:rPr>
          <w:b w:val="0"/>
          <w:i w:val="0"/>
          <w:smallCaps w:val="0"/>
          <w:strike w:val="0"/>
          <w:u w:val="none"/>
        </w:rPr>
        <w:t>/</w:t>
      </w:r>
      <w:r>
        <w:rPr>
          <w:b w:val="0"/>
          <w:i w:val="0"/>
          <w:smallCaps w:val="0"/>
          <w:strike w:val="0"/>
          <w:u w:val="none"/>
        </w:rPr>
        <w:t>6</w:t>
      </w:r>
      <w:r>
        <w:rPr>
          <w:b w:val="0"/>
          <w:i w:val="0"/>
          <w:smallCaps w:val="0"/>
          <w:strike w:val="0"/>
          <w:u w:val="none"/>
        </w:rPr>
        <w:t>/2007</w:t>
      </w:r>
      <w:r>
        <w:rPr>
          <w:b w:val="0"/>
          <w:i w:val="0"/>
          <w:smallCaps w:val="0"/>
          <w:strike w:val="0"/>
          <w:u w:val="none"/>
        </w:rPr>
        <w:t xml:space="preserve">, </w:t>
      </w:r>
    </w:p>
    <w:p>
      <w:pPr>
        <w:spacing w:after="60"/>
      </w:pPr>
      <w:r>
        <w:rPr>
          <w:b w:val="0"/>
          <w:i w:val="0"/>
          <w:smallCaps w:val="0"/>
          <w:strike w:val="0"/>
          <w:sz w:val="16"/>
          <w:u w:val="none"/>
        </w:rPr>
        <w:t xml:space="preserve">In contrast, I assume here that </w:t>
      </w:r>
      <w:r>
        <w:rPr>
          <w:b w:val="0"/>
          <w:i w:val="0"/>
          <w:smallCaps w:val="0"/>
          <w:strike w:val="0"/>
          <w:sz w:val="22"/>
          <w:u w:val="single"/>
        </w:rPr>
        <w:t>moral value is a function of both</w:t>
      </w:r>
      <w:r>
        <w:rPr>
          <w:b w:val="0"/>
          <w:i w:val="0"/>
          <w:smallCaps w:val="0"/>
          <w:strike w:val="0"/>
          <w:sz w:val="16"/>
          <w:u w:val="none"/>
        </w:rPr>
        <w:t xml:space="preserve"> the </w:t>
      </w:r>
      <w:r>
        <w:rPr>
          <w:b w:val="0"/>
          <w:i w:val="0"/>
          <w:smallCaps w:val="0"/>
          <w:strike w:val="0"/>
          <w:sz w:val="22"/>
          <w:u w:val="single"/>
        </w:rPr>
        <w:t>quality and number of lives</w:t>
      </w:r>
      <w:r>
        <w:rPr>
          <w:b w:val="0"/>
          <w:i w:val="0"/>
          <w:smallCaps w:val="0"/>
          <w:strike w:val="0"/>
          <w:sz w:val="16"/>
          <w:u w:val="none"/>
        </w:rPr>
        <w:t xml:space="preserve"> in a history.</w:t>
      </w:r>
      <w:r>
        <w:rPr>
          <w:b w:val="0"/>
          <w:i w:val="0"/>
          <w:smallCaps w:val="0"/>
          <w:strike w:val="0"/>
          <w:sz w:val="16"/>
          <w:u w:val="none"/>
        </w:rPr>
      </w:r>
      <w:r>
        <w:rPr>
          <w:b w:val="0"/>
          <w:i w:val="0"/>
          <w:smallCaps w:val="0"/>
          <w:strike w:val="0"/>
          <w:sz w:val="16"/>
          <w:u w:val="none"/>
        </w:rPr>
      </w:r>
      <w:r>
        <w:rPr>
          <w:b w:val="0"/>
          <w:i w:val="0"/>
          <w:smallCaps w:val="0"/>
          <w:strike w:val="0"/>
          <w:sz w:val="16"/>
          <w:u w:val="none"/>
        </w:rPr>
      </w:r>
      <w:r>
        <w:rPr>
          <w:b w:val="0"/>
          <w:i w:val="0"/>
          <w:smallCaps w:val="0"/>
          <w:strike w:val="0"/>
          <w:sz w:val="16"/>
          <w:u w:val="none"/>
        </w:rPr>
      </w:r>
      <w:r>
        <w:rPr>
          <w:b w:val="0"/>
          <w:i w:val="0"/>
          <w:smallCaps w:val="0"/>
          <w:strike w:val="0"/>
          <w:sz w:val="16"/>
          <w:u w:val="none"/>
        </w:rPr>
        <w:t>[3]</w:t>
      </w:r>
      <w:r>
        <w:rPr>
          <w:b w:val="0"/>
          <w:i w:val="0"/>
          <w:smallCaps w:val="0"/>
          <w:strike w:val="0"/>
          <w:sz w:val="16"/>
          <w:u w:val="none"/>
        </w:rPr>
      </w:r>
      <w:r>
        <w:rPr>
          <w:b w:val="0"/>
          <w:i w:val="0"/>
          <w:smallCaps w:val="0"/>
          <w:strike w:val="0"/>
          <w:sz w:val="16"/>
          <w:u w:val="none"/>
        </w:rPr>
        <w:t xml:space="preserve"> This view is consistent with most people’s intuition about extinction (that it’s bad) and with moral theories under which life is considered a benefit to those who have it, or under which life is a necessary condition for producing things of value (Broome, 2004; Hare, 1993; Holtug 2001, Ng, 1989; Parfit 1984; Sikora, 1978). For instance, some moral theories value things like experiences, satisfied preferences, achievements, friendships, or virtuous acts, which take place only in lives. On this view, an early death is bad (at least in part) because it cuts short the number of these valuable things. Similarly, on this view, </w:t>
      </w:r>
      <w:r>
        <w:rPr>
          <w:b w:val="0"/>
          <w:i w:val="0"/>
          <w:smallCaps w:val="0"/>
          <w:strike w:val="0"/>
          <w:sz w:val="22"/>
          <w:u w:val="single"/>
        </w:rPr>
        <w:t>an early extinction is bad</w:t>
      </w:r>
      <w:r>
        <w:rPr>
          <w:b w:val="0"/>
          <w:i w:val="0"/>
          <w:smallCaps w:val="0"/>
          <w:strike w:val="0"/>
          <w:sz w:val="16"/>
          <w:u w:val="none"/>
        </w:rPr>
        <w:t xml:space="preserve"> (at least in part) </w:t>
      </w:r>
      <w:r>
        <w:rPr>
          <w:b w:val="0"/>
          <w:i w:val="0"/>
          <w:smallCaps w:val="0"/>
          <w:strike w:val="0"/>
          <w:sz w:val="22"/>
          <w:u w:val="single"/>
        </w:rPr>
        <w:t>because it cuts short the number of</w:t>
      </w:r>
      <w:r>
        <w:rPr>
          <w:b w:val="0"/>
          <w:i w:val="0"/>
          <w:smallCaps w:val="0"/>
          <w:strike w:val="0"/>
          <w:sz w:val="16"/>
          <w:u w:val="none"/>
        </w:rPr>
        <w:t xml:space="preserve"> these </w:t>
      </w:r>
      <w:r>
        <w:rPr>
          <w:b w:val="0"/>
          <w:i w:val="0"/>
          <w:smallCaps w:val="0"/>
          <w:strike w:val="0"/>
          <w:sz w:val="22"/>
          <w:u w:val="single"/>
        </w:rPr>
        <w:t>valuable things</w:t>
      </w:r>
      <w:r>
        <w:rPr>
          <w:b w:val="0"/>
          <w:i w:val="0"/>
          <w:smallCaps w:val="0"/>
          <w:strike w:val="0"/>
          <w:sz w:val="16"/>
          <w:u w:val="none"/>
        </w:rPr>
        <w:t xml:space="preserve">. I think this view is plausible and think our best reasons for believing an early death is bad are our best </w:t>
      </w:r>
      <w:r>
        <w:rPr>
          <w:b w:val="0"/>
          <w:i w:val="0"/>
          <w:smallCaps w:val="0"/>
          <w:strike w:val="0"/>
          <w:sz w:val="16"/>
          <w:u w:val="none"/>
        </w:rPr>
        <w:t>reasons</w:t>
      </w:r>
      <w:r>
        <w:rPr>
          <w:b w:val="0"/>
          <w:i w:val="0"/>
          <w:smallCaps w:val="0"/>
          <w:strike w:val="0"/>
          <w:sz w:val="16"/>
          <w:u w:val="none"/>
        </w:rPr>
        <w:t xml:space="preserve"> for believing an early extinction is bad. But such a view is </w:t>
      </w:r>
      <w:r>
        <w:rPr>
          <w:b w:val="0"/>
          <w:i w:val="0"/>
          <w:smallCaps w:val="0"/>
          <w:strike w:val="0"/>
          <w:sz w:val="16"/>
          <w:u w:val="none"/>
        </w:rPr>
        <w:t>controversial</w:t>
      </w:r>
      <w:r>
        <w:rPr>
          <w:b w:val="0"/>
          <w:i w:val="0"/>
          <w:smallCaps w:val="0"/>
          <w:strike w:val="0"/>
          <w:sz w:val="16"/>
          <w:u w:val="none"/>
        </w:rPr>
        <w:t xml:space="preserve"> and I will not settle the controversy here. I start from the premise that we ought to increase moral value by increasing both the quality and number of lives throughout history. I also take it, following Singer (2002), this maxim applies to all sentient beings capable of positive subjective feelings. Life’s prospects </w:t>
      </w:r>
      <w:r>
        <w:rPr>
          <w:b w:val="0"/>
          <w:i w:val="0"/>
          <w:smallCaps w:val="0"/>
          <w:strike w:val="0"/>
          <w:sz w:val="16"/>
          <w:u w:val="none"/>
        </w:rPr>
        <w:t>The</w:t>
      </w:r>
      <w:r>
        <w:rPr>
          <w:b w:val="0"/>
          <w:i w:val="0"/>
          <w:smallCaps w:val="0"/>
          <w:strike w:val="0"/>
          <w:sz w:val="16"/>
          <w:u w:val="none"/>
        </w:rPr>
        <w:t xml:space="preserve"> human population is now 6 billion (6 x 109). </w:t>
      </w:r>
      <w:r>
        <w:rPr>
          <w:b w:val="0"/>
          <w:i w:val="0"/>
          <w:smallCaps w:val="0"/>
          <w:strike w:val="0"/>
          <w:sz w:val="22"/>
          <w:u w:val="single"/>
        </w:rPr>
        <w:t>There are</w:t>
      </w:r>
      <w:r>
        <w:rPr>
          <w:b w:val="0"/>
          <w:i w:val="0"/>
          <w:smallCaps w:val="0"/>
          <w:strike w:val="0"/>
          <w:sz w:val="16"/>
          <w:u w:val="none"/>
        </w:rPr>
        <w:t xml:space="preserve"> perhaps </w:t>
      </w:r>
      <w:r>
        <w:rPr>
          <w:b w:val="0"/>
          <w:i w:val="0"/>
          <w:smallCaps w:val="0"/>
          <w:strike w:val="0"/>
          <w:sz w:val="22"/>
          <w:u w:val="single"/>
        </w:rPr>
        <w:t>a</w:t>
      </w:r>
      <w:r>
        <w:rPr>
          <w:b w:val="0"/>
          <w:i w:val="0"/>
          <w:smallCaps w:val="0"/>
          <w:strike w:val="0"/>
          <w:sz w:val="16"/>
          <w:u w:val="none"/>
        </w:rPr>
        <w:t xml:space="preserve">nother </w:t>
      </w:r>
      <w:r>
        <w:rPr>
          <w:b w:val="0"/>
          <w:i w:val="0"/>
          <w:smallCaps w:val="0"/>
          <w:strike w:val="0"/>
          <w:sz w:val="22"/>
          <w:u w:val="single"/>
        </w:rPr>
        <w:t>trillion</w:t>
      </w:r>
      <w:r>
        <w:rPr>
          <w:b w:val="0"/>
          <w:i w:val="0"/>
          <w:smallCaps w:val="0"/>
          <w:strike w:val="0"/>
          <w:sz w:val="16"/>
          <w:u w:val="none"/>
        </w:rPr>
        <w:t xml:space="preserve"> (10</w:t>
      </w:r>
      <w:r>
        <w:rPr>
          <w:b w:val="0"/>
          <w:i w:val="0"/>
          <w:smallCaps w:val="0"/>
          <w:strike w:val="0"/>
          <w:sz w:val="16"/>
          <w:u w:val="none"/>
        </w:rPr>
        <w:t>12</w:t>
      </w:r>
      <w:r>
        <w:rPr>
          <w:b w:val="0"/>
          <w:i w:val="0"/>
          <w:smallCaps w:val="0"/>
          <w:strike w:val="0"/>
          <w:sz w:val="16"/>
          <w:u w:val="none"/>
        </w:rPr>
        <w:t xml:space="preserve">) sentient </w:t>
      </w:r>
      <w:r>
        <w:rPr>
          <w:b w:val="0"/>
          <w:i w:val="0"/>
          <w:smallCaps w:val="0"/>
          <w:strike w:val="0"/>
          <w:sz w:val="22"/>
          <w:u w:val="single"/>
        </w:rPr>
        <w:t>animals on Earth</w:t>
      </w:r>
      <w:r>
        <w:rPr>
          <w:b w:val="0"/>
          <w:i w:val="0"/>
          <w:smallCaps w:val="0"/>
          <w:strike w:val="0"/>
          <w:sz w:val="16"/>
          <w:u w:val="none"/>
        </w:rPr>
        <w:t xml:space="preserve">, maybe a few orders more, depending on where sentience begins and ends in the animal kingdom (Gaston, Blackburn, and </w:t>
      </w:r>
      <w:r>
        <w:rPr>
          <w:b w:val="0"/>
          <w:i w:val="0"/>
          <w:smallCaps w:val="0"/>
          <w:strike w:val="0"/>
          <w:sz w:val="16"/>
          <w:u w:val="none"/>
        </w:rPr>
        <w:t>Goldewijk</w:t>
      </w:r>
      <w:r>
        <w:rPr>
          <w:b w:val="0"/>
          <w:i w:val="0"/>
          <w:smallCaps w:val="0"/>
          <w:strike w:val="0"/>
          <w:sz w:val="16"/>
          <w:u w:val="none"/>
        </w:rPr>
        <w:t xml:space="preserve">, 2003; Gaston and Evans, 2004). Animal life has existed on Earth for around 500 million years. </w:t>
      </w:r>
      <w:r>
        <w:rPr>
          <w:b/>
          <w:i w:val="0"/>
          <w:smallCaps w:val="0"/>
          <w:strike w:val="0"/>
          <w:sz w:val="24"/>
          <w:highlight w:val="cyan"/>
          <w:u w:val="single"/>
        </w:rPr>
        <w:t>Barring</w:t>
      </w:r>
      <w:r>
        <w:rPr>
          <w:b/>
          <w:i w:val="0"/>
          <w:smallCaps w:val="0"/>
          <w:strike w:val="0"/>
          <w:sz w:val="24"/>
          <w:u w:val="single"/>
        </w:rPr>
        <w:t xml:space="preserve"> a dramatic </w:t>
      </w:r>
      <w:r>
        <w:rPr>
          <w:b/>
          <w:i w:val="0"/>
          <w:smallCaps w:val="0"/>
          <w:strike w:val="0"/>
          <w:sz w:val="24"/>
          <w:highlight w:val="cyan"/>
          <w:u w:val="single"/>
        </w:rPr>
        <w:t>intervention</w:t>
      </w:r>
      <w:r>
        <w:rPr>
          <w:b w:val="0"/>
          <w:i w:val="0"/>
          <w:smallCaps w:val="0"/>
          <w:strike w:val="0"/>
          <w:sz w:val="22"/>
          <w:highlight w:val="cyan"/>
          <w:u w:val="single"/>
        </w:rPr>
        <w:t>, all animal life</w:t>
      </w:r>
      <w:r>
        <w:rPr>
          <w:b w:val="0"/>
          <w:i w:val="0"/>
          <w:smallCaps w:val="0"/>
          <w:strike w:val="0"/>
          <w:sz w:val="22"/>
          <w:u w:val="single"/>
        </w:rPr>
        <w:t xml:space="preserve"> on Earth </w:t>
      </w:r>
      <w:r>
        <w:rPr>
          <w:b w:val="0"/>
          <w:i w:val="0"/>
          <w:smallCaps w:val="0"/>
          <w:strike w:val="0"/>
          <w:sz w:val="22"/>
          <w:highlight w:val="cyan"/>
          <w:u w:val="single"/>
        </w:rPr>
        <w:t>will die</w:t>
      </w:r>
      <w:r>
        <w:rPr>
          <w:b w:val="0"/>
          <w:i w:val="0"/>
          <w:smallCaps w:val="0"/>
          <w:strike w:val="0"/>
          <w:sz w:val="22"/>
          <w:u w:val="single"/>
        </w:rPr>
        <w:t xml:space="preserve"> in the next several billion years. </w:t>
      </w:r>
      <w:r>
        <w:rPr>
          <w:b w:val="0"/>
          <w:i w:val="0"/>
          <w:smallCaps w:val="0"/>
          <w:strike w:val="0"/>
          <w:sz w:val="22"/>
          <w:highlight w:val="cyan"/>
          <w:u w:val="single"/>
        </w:rPr>
        <w:t xml:space="preserve">Earth </w:t>
      </w:r>
      <w:r>
        <w:rPr>
          <w:b w:val="0"/>
          <w:i w:val="0"/>
          <w:smallCaps w:val="0"/>
          <w:strike w:val="0"/>
          <w:sz w:val="22"/>
          <w:highlight w:val="cyan"/>
          <w:u w:val="single"/>
        </w:rPr>
        <w:t>is</w:t>
      </w:r>
      <w:r>
        <w:rPr>
          <w:b w:val="0"/>
          <w:i w:val="0"/>
          <w:smallCaps w:val="0"/>
          <w:strike w:val="0"/>
          <w:sz w:val="22"/>
          <w:u w:val="single"/>
        </w:rPr>
        <w:t xml:space="preserve"> located </w:t>
      </w:r>
      <w:r>
        <w:rPr>
          <w:b w:val="0"/>
          <w:i w:val="0"/>
          <w:smallCaps w:val="0"/>
          <w:strike w:val="0"/>
          <w:sz w:val="22"/>
          <w:highlight w:val="cyan"/>
          <w:u w:val="single"/>
        </w:rPr>
        <w:t>in</w:t>
      </w:r>
      <w:r>
        <w:rPr>
          <w:b w:val="0"/>
          <w:i w:val="0"/>
          <w:smallCaps w:val="0"/>
          <w:strike w:val="0"/>
          <w:sz w:val="22"/>
          <w:highlight w:val="cyan"/>
          <w:u w:val="single"/>
        </w:rPr>
        <w:t xml:space="preserve"> a field of</w:t>
      </w:r>
      <w:r>
        <w:rPr>
          <w:b w:val="0"/>
          <w:i w:val="0"/>
          <w:smallCaps w:val="0"/>
          <w:strike w:val="0"/>
          <w:sz w:val="16"/>
          <w:u w:val="none"/>
        </w:rPr>
        <w:t xml:space="preserve"> thousands of </w:t>
      </w:r>
      <w:r>
        <w:rPr>
          <w:b w:val="0"/>
          <w:i w:val="0"/>
          <w:smallCaps w:val="0"/>
          <w:strike w:val="0"/>
          <w:sz w:val="22"/>
          <w:highlight w:val="cyan"/>
          <w:u w:val="single"/>
        </w:rPr>
        <w:t>asteroids and comets</w:t>
      </w:r>
      <w:r>
        <w:rPr>
          <w:b w:val="0"/>
          <w:i w:val="0"/>
          <w:smallCaps w:val="0"/>
          <w:strike w:val="0"/>
          <w:sz w:val="16"/>
          <w:u w:val="none"/>
        </w:rPr>
        <w:t xml:space="preserve">. 65 million years ago, an asteroid 10 kilometers in size hit the </w:t>
      </w:r>
      <w:r>
        <w:rPr>
          <w:b w:val="0"/>
          <w:i w:val="0"/>
          <w:smallCaps w:val="0"/>
          <w:strike w:val="0"/>
          <w:sz w:val="16"/>
          <w:u w:val="none"/>
        </w:rPr>
        <w:t>Yucatan ,</w:t>
      </w:r>
      <w:r>
        <w:rPr>
          <w:b w:val="0"/>
          <w:i w:val="0"/>
          <w:smallCaps w:val="0"/>
          <w:strike w:val="0"/>
          <w:sz w:val="16"/>
          <w:u w:val="none"/>
        </w:rPr>
        <w:t xml:space="preserve"> creating clouds of dust and smoke that blocked sunlight for months, probably causing the extinction of 90% of animals, including dinosaurs. </w:t>
      </w:r>
      <w:r>
        <w:rPr>
          <w:b w:val="0"/>
          <w:i w:val="0"/>
          <w:smallCaps w:val="0"/>
          <w:strike w:val="0"/>
          <w:sz w:val="22"/>
          <w:highlight w:val="cyan"/>
          <w:u w:val="single"/>
        </w:rPr>
        <w:t>A</w:t>
      </w:r>
      <w:r>
        <w:rPr>
          <w:b w:val="0"/>
          <w:i w:val="0"/>
          <w:smallCaps w:val="0"/>
          <w:strike w:val="0"/>
          <w:sz w:val="16"/>
          <w:u w:val="none"/>
        </w:rPr>
        <w:t xml:space="preserve"> 100 km </w:t>
      </w:r>
      <w:r>
        <w:rPr>
          <w:b w:val="0"/>
          <w:i w:val="0"/>
          <w:smallCaps w:val="0"/>
          <w:strike w:val="0"/>
          <w:sz w:val="22"/>
          <w:highlight w:val="cyan"/>
          <w:u w:val="single"/>
        </w:rPr>
        <w:t>impact</w:t>
      </w:r>
      <w:r>
        <w:rPr>
          <w:b w:val="0"/>
          <w:i w:val="0"/>
          <w:smallCaps w:val="0"/>
          <w:strike w:val="0"/>
          <w:sz w:val="16"/>
          <w:u w:val="none"/>
        </w:rPr>
        <w:t xml:space="preserve">, capable of </w:t>
      </w:r>
      <w:r>
        <w:rPr>
          <w:b w:val="0"/>
          <w:i w:val="0"/>
          <w:smallCaps w:val="0"/>
          <w:strike w:val="0"/>
          <w:sz w:val="22"/>
          <w:highlight w:val="cyan"/>
          <w:u w:val="single"/>
        </w:rPr>
        <w:t>extinguishing</w:t>
      </w:r>
      <w:r>
        <w:rPr>
          <w:b w:val="0"/>
          <w:i w:val="0"/>
          <w:smallCaps w:val="0"/>
          <w:strike w:val="0"/>
          <w:sz w:val="22"/>
          <w:u w:val="single"/>
        </w:rPr>
        <w:t xml:space="preserve"> all</w:t>
      </w:r>
      <w:r>
        <w:rPr>
          <w:b w:val="0"/>
          <w:i w:val="0"/>
          <w:smallCaps w:val="0"/>
          <w:strike w:val="0"/>
          <w:sz w:val="16"/>
          <w:u w:val="none"/>
        </w:rPr>
        <w:t xml:space="preserve"> animal </w:t>
      </w:r>
      <w:r>
        <w:rPr>
          <w:b w:val="0"/>
          <w:i w:val="0"/>
          <w:smallCaps w:val="0"/>
          <w:strike w:val="0"/>
          <w:sz w:val="22"/>
          <w:highlight w:val="cyan"/>
          <w:u w:val="single"/>
        </w:rPr>
        <w:t>life</w:t>
      </w:r>
      <w:r>
        <w:rPr>
          <w:b w:val="0"/>
          <w:i w:val="0"/>
          <w:smallCaps w:val="0"/>
          <w:strike w:val="0"/>
          <w:sz w:val="22"/>
          <w:u w:val="single"/>
        </w:rPr>
        <w:t xml:space="preserve"> on Earth, </w:t>
      </w:r>
      <w:r>
        <w:rPr>
          <w:b w:val="0"/>
          <w:i w:val="0"/>
          <w:smallCaps w:val="0"/>
          <w:strike w:val="0"/>
          <w:sz w:val="22"/>
          <w:highlight w:val="cyan"/>
          <w:u w:val="single"/>
        </w:rPr>
        <w:t xml:space="preserve">is </w:t>
      </w:r>
      <w:r>
        <w:rPr>
          <w:b/>
          <w:i w:val="0"/>
          <w:smallCaps w:val="0"/>
          <w:strike w:val="0"/>
          <w:sz w:val="24"/>
          <w:highlight w:val="cyan"/>
          <w:u w:val="single"/>
        </w:rPr>
        <w:t>probable</w:t>
      </w:r>
      <w:r>
        <w:rPr>
          <w:b w:val="0"/>
          <w:i w:val="0"/>
          <w:smallCaps w:val="0"/>
          <w:strike w:val="0"/>
          <w:sz w:val="22"/>
          <w:u w:val="single"/>
        </w:rPr>
        <w:t xml:space="preserve"> within a billion years</w:t>
      </w:r>
      <w:r>
        <w:rPr>
          <w:b w:val="0"/>
          <w:i w:val="0"/>
          <w:smallCaps w:val="0"/>
          <w:strike w:val="0"/>
          <w:sz w:val="16"/>
          <w:u w:val="none"/>
        </w:rPr>
        <w:t xml:space="preserve"> (Morrison et al., 2002). If an asteroid does not extinguish all animal life, the Sun will. In one billion years, the Sun will begin its Red Giant stage, increasing in size and temperature. Within six billion years, the Sun will have evaporated all of Earth’s water, and terrestrial temperatures will reach 1000 degrees -- much too hot for amino acid-based life to persist. </w:t>
      </w:r>
      <w:r>
        <w:rPr>
          <w:b w:val="0"/>
          <w:i w:val="0"/>
          <w:smallCaps w:val="0"/>
          <w:strike w:val="0"/>
          <w:sz w:val="22"/>
          <w:u w:val="single"/>
        </w:rPr>
        <w:t xml:space="preserve">If, somehow, </w:t>
      </w:r>
      <w:r>
        <w:rPr>
          <w:b w:val="0"/>
          <w:i w:val="0"/>
          <w:smallCaps w:val="0"/>
          <w:strike w:val="0"/>
          <w:sz w:val="22"/>
          <w:highlight w:val="cyan"/>
          <w:u w:val="single"/>
        </w:rPr>
        <w:t>life</w:t>
      </w:r>
      <w:r>
        <w:rPr>
          <w:b w:val="0"/>
          <w:i w:val="0"/>
          <w:smallCaps w:val="0"/>
          <w:strike w:val="0"/>
          <w:sz w:val="22"/>
          <w:u w:val="single"/>
        </w:rPr>
        <w:t xml:space="preserve"> </w:t>
      </w:r>
      <w:r>
        <w:rPr>
          <w:b w:val="0"/>
          <w:i w:val="0"/>
          <w:smallCaps w:val="0"/>
          <w:strike w:val="0"/>
          <w:sz w:val="22"/>
          <w:u w:val="single"/>
        </w:rPr>
        <w:t>were</w:t>
      </w:r>
      <w:r>
        <w:rPr>
          <w:b w:val="0"/>
          <w:i w:val="0"/>
          <w:smallCaps w:val="0"/>
          <w:strike w:val="0"/>
          <w:sz w:val="22"/>
          <w:u w:val="single"/>
        </w:rPr>
        <w:t xml:space="preserve"> to survive</w:t>
      </w:r>
      <w:r>
        <w:rPr>
          <w:b w:val="0"/>
          <w:i w:val="0"/>
          <w:smallCaps w:val="0"/>
          <w:strike w:val="0"/>
          <w:sz w:val="16"/>
          <w:u w:val="none"/>
        </w:rPr>
        <w:t xml:space="preserve"> these changes, </w:t>
      </w:r>
      <w:r>
        <w:rPr>
          <w:b w:val="0"/>
          <w:i w:val="0"/>
          <w:smallCaps w:val="0"/>
          <w:strike w:val="0"/>
          <w:sz w:val="22"/>
          <w:u w:val="single"/>
        </w:rPr>
        <w:t xml:space="preserve">it </w:t>
      </w:r>
      <w:r>
        <w:rPr>
          <w:b w:val="0"/>
          <w:i w:val="0"/>
          <w:smallCaps w:val="0"/>
          <w:strike w:val="0"/>
          <w:sz w:val="22"/>
          <w:highlight w:val="cyan"/>
          <w:u w:val="single"/>
        </w:rPr>
        <w:t>will die</w:t>
      </w:r>
      <w:r>
        <w:rPr>
          <w:b w:val="0"/>
          <w:i w:val="0"/>
          <w:smallCaps w:val="0"/>
          <w:strike w:val="0"/>
          <w:sz w:val="16"/>
          <w:u w:val="none"/>
        </w:rPr>
        <w:t xml:space="preserve"> in 7 billion years </w:t>
      </w:r>
      <w:r>
        <w:rPr>
          <w:b w:val="0"/>
          <w:i w:val="0"/>
          <w:smallCaps w:val="0"/>
          <w:strike w:val="0"/>
          <w:sz w:val="22"/>
          <w:highlight w:val="cyan"/>
          <w:u w:val="single"/>
        </w:rPr>
        <w:t>when the Sun</w:t>
      </w:r>
      <w:r>
        <w:rPr>
          <w:b w:val="0"/>
          <w:i w:val="0"/>
          <w:smallCaps w:val="0"/>
          <w:strike w:val="0"/>
          <w:sz w:val="22"/>
          <w:u w:val="single"/>
        </w:rPr>
        <w:t xml:space="preserve"> forms a</w:t>
      </w:r>
      <w:r>
        <w:rPr>
          <w:b w:val="0"/>
          <w:i w:val="0"/>
          <w:smallCaps w:val="0"/>
          <w:strike w:val="0"/>
          <w:sz w:val="16"/>
          <w:u w:val="none"/>
        </w:rPr>
        <w:t xml:space="preserve"> planetary </w:t>
      </w:r>
      <w:r>
        <w:rPr>
          <w:b w:val="0"/>
          <w:i w:val="0"/>
          <w:smallCaps w:val="0"/>
          <w:strike w:val="0"/>
          <w:sz w:val="22"/>
          <w:u w:val="single"/>
        </w:rPr>
        <w:t xml:space="preserve">nebula that </w:t>
      </w:r>
      <w:r>
        <w:rPr>
          <w:b w:val="0"/>
          <w:i w:val="0"/>
          <w:smallCaps w:val="0"/>
          <w:strike w:val="0"/>
          <w:sz w:val="22"/>
          <w:highlight w:val="cyan"/>
          <w:u w:val="single"/>
        </w:rPr>
        <w:t>irradiates Earth</w:t>
      </w:r>
      <w:r>
        <w:rPr>
          <w:b w:val="0"/>
          <w:i w:val="0"/>
          <w:smallCaps w:val="0"/>
          <w:strike w:val="0"/>
          <w:sz w:val="16"/>
          <w:u w:val="none"/>
        </w:rPr>
        <w:t xml:space="preserve"> (Sackmann, Boothroyd, Kraemer, 1993; Ward and Brownlee, 2002). Earth is a dangerous place and </w:t>
      </w:r>
      <w:r>
        <w:rPr>
          <w:b w:val="0"/>
          <w:i w:val="0"/>
          <w:smallCaps w:val="0"/>
          <w:strike w:val="0"/>
          <w:sz w:val="22"/>
          <w:highlight w:val="cyan"/>
          <w:u w:val="single"/>
        </w:rPr>
        <w:t>animal life</w:t>
      </w:r>
      <w:r>
        <w:rPr>
          <w:b w:val="0"/>
          <w:i w:val="0"/>
          <w:smallCaps w:val="0"/>
          <w:strike w:val="0"/>
          <w:sz w:val="22"/>
          <w:u w:val="single"/>
        </w:rPr>
        <w:t xml:space="preserve"> here </w:t>
      </w:r>
      <w:r>
        <w:rPr>
          <w:b w:val="0"/>
          <w:i w:val="0"/>
          <w:smallCaps w:val="0"/>
          <w:strike w:val="0"/>
          <w:sz w:val="22"/>
          <w:highlight w:val="cyan"/>
          <w:u w:val="single"/>
        </w:rPr>
        <w:t xml:space="preserve">has </w:t>
      </w:r>
      <w:r>
        <w:rPr>
          <w:b/>
          <w:i w:val="0"/>
          <w:smallCaps w:val="0"/>
          <w:strike w:val="0"/>
          <w:sz w:val="24"/>
          <w:highlight w:val="cyan"/>
          <w:u w:val="single"/>
        </w:rPr>
        <w:t>dim prospects</w:t>
      </w:r>
      <w:r>
        <w:rPr>
          <w:b w:val="0"/>
          <w:i w:val="0"/>
          <w:smallCaps w:val="0"/>
          <w:strike w:val="0"/>
          <w:sz w:val="16"/>
          <w:u w:val="none"/>
        </w:rPr>
        <w:t>. If there are 10</w:t>
      </w:r>
      <w:r>
        <w:rPr>
          <w:b w:val="0"/>
          <w:i w:val="0"/>
          <w:smallCaps w:val="0"/>
          <w:strike w:val="0"/>
          <w:sz w:val="16"/>
          <w:u w:val="none"/>
        </w:rPr>
        <w:t>12</w:t>
      </w:r>
      <w:r>
        <w:rPr>
          <w:b w:val="0"/>
          <w:i w:val="0"/>
          <w:smallCaps w:val="0"/>
          <w:strike w:val="0"/>
          <w:sz w:val="16"/>
          <w:u w:val="none"/>
        </w:rPr>
        <w:t xml:space="preserve"> sentient animals on Earth, </w:t>
      </w:r>
      <w:r>
        <w:rPr>
          <w:b w:val="0"/>
          <w:i w:val="0"/>
          <w:smallCaps w:val="0"/>
          <w:strike w:val="0"/>
          <w:sz w:val="22"/>
          <w:u w:val="single"/>
        </w:rPr>
        <w:t>only 10</w:t>
      </w:r>
      <w:r>
        <w:rPr>
          <w:b w:val="0"/>
          <w:i w:val="0"/>
          <w:smallCaps w:val="0"/>
          <w:strike w:val="0"/>
          <w:sz w:val="22"/>
          <w:u w:val="single"/>
        </w:rPr>
        <w:t>^</w:t>
      </w:r>
      <w:r>
        <w:rPr>
          <w:b w:val="0"/>
          <w:i w:val="0"/>
          <w:smallCaps w:val="0"/>
          <w:strike w:val="0"/>
          <w:sz w:val="22"/>
          <w:u w:val="single"/>
        </w:rPr>
        <w:t>21 life-years remain. Th</w:t>
      </w:r>
      <w:r>
        <w:rPr>
          <w:b w:val="0"/>
          <w:i w:val="0"/>
          <w:smallCaps w:val="0"/>
          <w:strike w:val="0"/>
          <w:sz w:val="22"/>
          <w:highlight w:val="cyan"/>
          <w:u w:val="single"/>
        </w:rPr>
        <w:t xml:space="preserve">e </w:t>
      </w:r>
      <w:r>
        <w:rPr>
          <w:b/>
          <w:i w:val="0"/>
          <w:smallCaps w:val="0"/>
          <w:strike w:val="0"/>
          <w:sz w:val="24"/>
          <w:highlight w:val="cyan"/>
          <w:u w:val="single"/>
        </w:rPr>
        <w:t>only hope</w:t>
      </w:r>
      <w:r>
        <w:rPr>
          <w:b w:val="0"/>
          <w:i w:val="0"/>
          <w:smallCaps w:val="0"/>
          <w:strike w:val="0"/>
          <w:sz w:val="22"/>
          <w:highlight w:val="cyan"/>
          <w:u w:val="single"/>
        </w:rPr>
        <w:t xml:space="preserve"> for</w:t>
      </w:r>
      <w:r>
        <w:rPr>
          <w:b w:val="0"/>
          <w:i w:val="0"/>
          <w:smallCaps w:val="0"/>
          <w:strike w:val="0"/>
          <w:sz w:val="22"/>
          <w:u w:val="single"/>
        </w:rPr>
        <w:t xml:space="preserve"> terrestrial sentience </w:t>
      </w:r>
      <w:r>
        <w:rPr>
          <w:b w:val="0"/>
          <w:i w:val="0"/>
          <w:smallCaps w:val="0"/>
          <w:strike w:val="0"/>
          <w:sz w:val="22"/>
          <w:highlight w:val="cyan"/>
          <w:u w:val="single"/>
        </w:rPr>
        <w:t>surviving</w:t>
      </w:r>
      <w:r>
        <w:rPr>
          <w:b w:val="0"/>
          <w:i w:val="0"/>
          <w:smallCaps w:val="0"/>
          <w:strike w:val="0"/>
          <w:sz w:val="16"/>
          <w:u w:val="none"/>
        </w:rPr>
        <w:t xml:space="preserve"> well </w:t>
      </w:r>
      <w:r>
        <w:rPr>
          <w:b w:val="0"/>
          <w:i w:val="0"/>
          <w:smallCaps w:val="0"/>
          <w:strike w:val="0"/>
          <w:sz w:val="22"/>
          <w:u w:val="single"/>
        </w:rPr>
        <w:t xml:space="preserve">beyond this limit </w:t>
      </w:r>
      <w:r>
        <w:rPr>
          <w:b w:val="0"/>
          <w:i w:val="0"/>
          <w:smallCaps w:val="0"/>
          <w:strike w:val="0"/>
          <w:sz w:val="22"/>
          <w:highlight w:val="cyan"/>
          <w:u w:val="single"/>
        </w:rPr>
        <w:t>is</w:t>
      </w:r>
      <w:r>
        <w:rPr>
          <w:b w:val="0"/>
          <w:i w:val="0"/>
          <w:smallCaps w:val="0"/>
          <w:strike w:val="0"/>
          <w:sz w:val="22"/>
          <w:u w:val="single"/>
        </w:rPr>
        <w:t xml:space="preserve"> that </w:t>
      </w:r>
      <w:r>
        <w:rPr>
          <w:b w:val="0"/>
          <w:i w:val="0"/>
          <w:smallCaps w:val="0"/>
          <w:strike w:val="0"/>
          <w:sz w:val="22"/>
          <w:highlight w:val="cyan"/>
          <w:u w:val="single"/>
        </w:rPr>
        <w:t>some force will deflect</w:t>
      </w:r>
      <w:r>
        <w:rPr>
          <w:b w:val="0"/>
          <w:i w:val="0"/>
          <w:smallCaps w:val="0"/>
          <w:strike w:val="0"/>
          <w:sz w:val="16"/>
          <w:u w:val="none"/>
        </w:rPr>
        <w:t xml:space="preserve"> large </w:t>
      </w:r>
      <w:r>
        <w:rPr>
          <w:b w:val="0"/>
          <w:i w:val="0"/>
          <w:smallCaps w:val="0"/>
          <w:strike w:val="0"/>
          <w:sz w:val="22"/>
          <w:highlight w:val="cyan"/>
          <w:u w:val="single"/>
        </w:rPr>
        <w:t>asteroids</w:t>
      </w:r>
      <w:r>
        <w:rPr>
          <w:b w:val="0"/>
          <w:i w:val="0"/>
          <w:smallCaps w:val="0"/>
          <w:strike w:val="0"/>
          <w:sz w:val="16"/>
          <w:u w:val="none"/>
        </w:rPr>
        <w:t xml:space="preserve"> before they collide with Earth, </w:t>
      </w:r>
      <w:r>
        <w:rPr>
          <w:b w:val="0"/>
          <w:i w:val="0"/>
          <w:smallCaps w:val="0"/>
          <w:strike w:val="0"/>
          <w:sz w:val="22"/>
          <w:highlight w:val="cyan"/>
          <w:u w:val="single"/>
        </w:rPr>
        <w:t>giving</w:t>
      </w:r>
      <w:r>
        <w:rPr>
          <w:b w:val="0"/>
          <w:i w:val="0"/>
          <w:smallCaps w:val="0"/>
          <w:strike w:val="0"/>
          <w:sz w:val="22"/>
          <w:u w:val="single"/>
        </w:rPr>
        <w:t xml:space="preserve"> sentients </w:t>
      </w:r>
      <w:r>
        <w:rPr>
          <w:b w:val="0"/>
          <w:i w:val="0"/>
          <w:smallCaps w:val="0"/>
          <w:strike w:val="0"/>
          <w:sz w:val="22"/>
          <w:highlight w:val="cyan"/>
          <w:u w:val="single"/>
        </w:rPr>
        <w:t>another billion</w:t>
      </w:r>
      <w:r>
        <w:rPr>
          <w:b w:val="0"/>
          <w:i w:val="0"/>
          <w:smallCaps w:val="0"/>
          <w:strike w:val="0"/>
          <w:sz w:val="16"/>
          <w:u w:val="none"/>
        </w:rPr>
        <w:t xml:space="preserve"> or more </w:t>
      </w:r>
      <w:r>
        <w:rPr>
          <w:b w:val="0"/>
          <w:i w:val="0"/>
          <w:smallCaps w:val="0"/>
          <w:strike w:val="0"/>
          <w:sz w:val="22"/>
          <w:highlight w:val="cyan"/>
          <w:u w:val="single"/>
        </w:rPr>
        <w:t>years of life</w:t>
      </w:r>
      <w:r>
        <w:rPr>
          <w:b w:val="0"/>
          <w:i w:val="0"/>
          <w:smallCaps w:val="0"/>
          <w:strike w:val="0"/>
          <w:sz w:val="16"/>
          <w:u w:val="none"/>
        </w:rPr>
        <w:t xml:space="preserve"> (Gritzner and Kahle, 2004); </w:t>
      </w:r>
      <w:r>
        <w:rPr>
          <w:b w:val="0"/>
          <w:i w:val="0"/>
          <w:smallCaps w:val="0"/>
          <w:strike w:val="0"/>
          <w:sz w:val="22"/>
          <w:u w:val="single"/>
        </w:rPr>
        <w:t>and/</w:t>
      </w:r>
      <w:r>
        <w:rPr>
          <w:b w:val="0"/>
          <w:i w:val="0"/>
          <w:smallCaps w:val="0"/>
          <w:strike w:val="0"/>
          <w:sz w:val="22"/>
          <w:highlight w:val="cyan"/>
          <w:u w:val="single"/>
        </w:rPr>
        <w:t>or</w:t>
      </w:r>
      <w:r>
        <w:rPr>
          <w:b w:val="0"/>
          <w:i w:val="0"/>
          <w:smallCaps w:val="0"/>
          <w:strike w:val="0"/>
          <w:sz w:val="16"/>
          <w:u w:val="none"/>
        </w:rPr>
        <w:t xml:space="preserve"> terrestrial </w:t>
      </w:r>
      <w:r>
        <w:rPr>
          <w:b w:val="0"/>
          <w:i w:val="0"/>
          <w:smallCaps w:val="0"/>
          <w:strike w:val="0"/>
          <w:sz w:val="22"/>
          <w:u w:val="single"/>
        </w:rPr>
        <w:t xml:space="preserve">sentients will </w:t>
      </w:r>
      <w:r>
        <w:rPr>
          <w:b w:val="0"/>
          <w:i w:val="0"/>
          <w:smallCaps w:val="0"/>
          <w:strike w:val="0"/>
          <w:sz w:val="22"/>
          <w:highlight w:val="cyan"/>
          <w:u w:val="single"/>
        </w:rPr>
        <w:t>colonize other solar systems, giving</w:t>
      </w:r>
      <w:r>
        <w:rPr>
          <w:b w:val="0"/>
          <w:i w:val="0"/>
          <w:smallCaps w:val="0"/>
          <w:strike w:val="0"/>
          <w:sz w:val="22"/>
          <w:u w:val="single"/>
        </w:rPr>
        <w:t xml:space="preserve"> sentients</w:t>
      </w:r>
      <w:r>
        <w:rPr>
          <w:b w:val="0"/>
          <w:i w:val="0"/>
          <w:smallCaps w:val="0"/>
          <w:strike w:val="0"/>
          <w:sz w:val="16"/>
          <w:u w:val="none"/>
        </w:rPr>
        <w:t xml:space="preserve"> up to </w:t>
      </w:r>
      <w:r>
        <w:rPr>
          <w:b w:val="0"/>
          <w:i w:val="0"/>
          <w:smallCaps w:val="0"/>
          <w:strike w:val="0"/>
          <w:sz w:val="22"/>
          <w:u w:val="single"/>
        </w:rPr>
        <w:t xml:space="preserve">another </w:t>
      </w:r>
      <w:r>
        <w:rPr>
          <w:b w:val="0"/>
          <w:i w:val="0"/>
          <w:smallCaps w:val="0"/>
          <w:strike w:val="0"/>
          <w:sz w:val="22"/>
          <w:highlight w:val="cyan"/>
          <w:u w:val="single"/>
        </w:rPr>
        <w:t>100 trillion years</w:t>
      </w:r>
      <w:r>
        <w:rPr>
          <w:b w:val="0"/>
          <w:i w:val="0"/>
          <w:smallCaps w:val="0"/>
          <w:strike w:val="0"/>
          <w:sz w:val="22"/>
          <w:u w:val="single"/>
        </w:rPr>
        <w:t xml:space="preserve"> of life</w:t>
      </w:r>
      <w:r>
        <w:rPr>
          <w:b w:val="0"/>
          <w:i w:val="0"/>
          <w:smallCaps w:val="0"/>
          <w:strike w:val="0"/>
          <w:sz w:val="16"/>
          <w:u w:val="none"/>
        </w:rPr>
        <w:t xml:space="preserve"> until all stars begin to stop shining (Adams and Laughlin, 1997). Life might survive even longer if it exploits non-stellar energy sources. But it is hard to imagine how life could survive beyond the decay of nuclear matter expected in 1032 to 1041 years (Adams and Laughlin, 1997). This may be the upper limit on the future of sentience.</w:t>
      </w:r>
      <w:r>
        <w:rPr>
          <w:b w:val="0"/>
          <w:i w:val="0"/>
          <w:smallCaps w:val="0"/>
          <w:strike w:val="0"/>
          <w:sz w:val="16"/>
          <w:u w:val="none"/>
        </w:rPr>
      </w:r>
      <w:r>
        <w:rPr>
          <w:b w:val="0"/>
          <w:i w:val="0"/>
          <w:smallCaps w:val="0"/>
          <w:strike w:val="0"/>
          <w:sz w:val="16"/>
          <w:u w:val="none"/>
        </w:rPr>
      </w:r>
      <w:r>
        <w:rPr>
          <w:b w:val="0"/>
          <w:i w:val="0"/>
          <w:smallCaps w:val="0"/>
          <w:strike w:val="0"/>
          <w:sz w:val="16"/>
          <w:u w:val="none"/>
        </w:rPr>
      </w:r>
      <w:r>
        <w:rPr>
          <w:b w:val="0"/>
          <w:i w:val="0"/>
          <w:smallCaps w:val="0"/>
          <w:strike w:val="0"/>
          <w:sz w:val="16"/>
          <w:u w:val="none"/>
        </w:rPr>
      </w:r>
      <w:r>
        <w:rPr>
          <w:b w:val="0"/>
          <w:i w:val="0"/>
          <w:smallCaps w:val="0"/>
          <w:strike w:val="0"/>
          <w:sz w:val="16"/>
          <w:u w:val="none"/>
        </w:rPr>
        <w:t>[4]</w:t>
      </w:r>
      <w:r>
        <w:rPr>
          <w:b w:val="0"/>
          <w:i w:val="0"/>
          <w:smallCaps w:val="0"/>
          <w:strike w:val="0"/>
          <w:sz w:val="16"/>
          <w:u w:val="none"/>
        </w:rPr>
      </w:r>
      <w:r>
        <w:rPr>
          <w:b w:val="0"/>
          <w:i w:val="0"/>
          <w:smallCaps w:val="0"/>
          <w:strike w:val="0"/>
          <w:sz w:val="16"/>
          <w:u w:val="none"/>
        </w:rPr>
        <w:t xml:space="preserve"> Deflecting asteroids and </w:t>
      </w:r>
      <w:r>
        <w:rPr>
          <w:b w:val="0"/>
          <w:i w:val="0"/>
          <w:smallCaps w:val="0"/>
          <w:strike w:val="0"/>
          <w:sz w:val="22"/>
          <w:u w:val="single"/>
        </w:rPr>
        <w:t>colonizing space could delay</w:t>
      </w:r>
      <w:r>
        <w:rPr>
          <w:b w:val="0"/>
          <w:i w:val="0"/>
          <w:smallCaps w:val="0"/>
          <w:strike w:val="0"/>
          <w:sz w:val="16"/>
          <w:u w:val="none"/>
        </w:rPr>
        <w:t xml:space="preserve"> the </w:t>
      </w:r>
      <w:r>
        <w:rPr>
          <w:b w:val="0"/>
          <w:i w:val="0"/>
          <w:smallCaps w:val="0"/>
          <w:strike w:val="0"/>
          <w:sz w:val="22"/>
          <w:u w:val="single"/>
        </w:rPr>
        <w:t>extinction</w:t>
      </w:r>
      <w:r>
        <w:rPr>
          <w:b w:val="0"/>
          <w:i w:val="0"/>
          <w:smallCaps w:val="0"/>
          <w:strike w:val="0"/>
          <w:sz w:val="16"/>
          <w:u w:val="none"/>
        </w:rPr>
        <w:t xml:space="preserve"> of Earth-originating sentience from 109 to </w:t>
      </w:r>
      <w:r>
        <w:rPr>
          <w:b w:val="0"/>
          <w:i w:val="0"/>
          <w:smallCaps w:val="0"/>
          <w:strike w:val="0"/>
          <w:sz w:val="22"/>
          <w:u w:val="single"/>
        </w:rPr>
        <w:t>10</w:t>
      </w:r>
      <w:r>
        <w:rPr>
          <w:b w:val="0"/>
          <w:i w:val="0"/>
          <w:smallCaps w:val="0"/>
          <w:strike w:val="0"/>
          <w:sz w:val="22"/>
          <w:u w:val="single"/>
        </w:rPr>
        <w:t>^</w:t>
      </w:r>
      <w:r>
        <w:rPr>
          <w:b w:val="0"/>
          <w:i w:val="0"/>
          <w:smallCaps w:val="0"/>
          <w:strike w:val="0"/>
          <w:sz w:val="22"/>
          <w:u w:val="single"/>
        </w:rPr>
        <w:t>41 years</w:t>
      </w:r>
      <w:r>
        <w:rPr>
          <w:b w:val="0"/>
          <w:i w:val="0"/>
          <w:smallCaps w:val="0"/>
          <w:strike w:val="0"/>
          <w:sz w:val="16"/>
          <w:u w:val="none"/>
        </w:rPr>
        <w:t>. Assuming an average population of one trillion sentients is maintained (which is a conservative assumption under colonization</w:t>
      </w:r>
      <w:r>
        <w:rPr>
          <w:b w:val="0"/>
          <w:i w:val="0"/>
          <w:smallCaps w:val="0"/>
          <w:strike w:val="0"/>
          <w:sz w:val="16"/>
          <w:u w:val="none"/>
        </w:rPr>
      </w:r>
      <w:r>
        <w:rPr>
          <w:b w:val="0"/>
          <w:i w:val="0"/>
          <w:smallCaps w:val="0"/>
          <w:strike w:val="0"/>
          <w:sz w:val="16"/>
          <w:u w:val="none"/>
        </w:rPr>
      </w:r>
      <w:r>
        <w:rPr>
          <w:b w:val="0"/>
          <w:i w:val="0"/>
          <w:smallCaps w:val="0"/>
          <w:strike w:val="0"/>
          <w:sz w:val="16"/>
          <w:u w:val="none"/>
        </w:rPr>
      </w:r>
      <w:r>
        <w:rPr>
          <w:b w:val="0"/>
          <w:i w:val="0"/>
          <w:smallCaps w:val="0"/>
          <w:strike w:val="0"/>
          <w:sz w:val="16"/>
          <w:u w:val="none"/>
        </w:rPr>
      </w:r>
      <w:r>
        <w:rPr>
          <w:b w:val="0"/>
          <w:i w:val="0"/>
          <w:smallCaps w:val="0"/>
          <w:strike w:val="0"/>
          <w:sz w:val="16"/>
          <w:u w:val="none"/>
        </w:rPr>
        <w:t>[5]</w:t>
      </w:r>
      <w:r>
        <w:rPr>
          <w:b w:val="0"/>
          <w:i w:val="0"/>
          <w:smallCaps w:val="0"/>
          <w:strike w:val="0"/>
          <w:sz w:val="16"/>
          <w:u w:val="none"/>
        </w:rPr>
      </w:r>
      <w:r>
        <w:rPr>
          <w:b w:val="0"/>
          <w:i w:val="0"/>
          <w:smallCaps w:val="0"/>
          <w:strike w:val="0"/>
          <w:sz w:val="16"/>
          <w:u w:val="none"/>
        </w:rPr>
        <w:t xml:space="preserve">), these interventions would create between 1021 and 1053 life-years. At present on Earth, </w:t>
      </w:r>
      <w:r>
        <w:rPr>
          <w:b/>
          <w:i w:val="0"/>
          <w:smallCaps w:val="0"/>
          <w:strike w:val="0"/>
          <w:sz w:val="24"/>
          <w:highlight w:val="cyan"/>
          <w:u w:val="single"/>
        </w:rPr>
        <w:t>only a human civilization</w:t>
      </w:r>
      <w:r>
        <w:rPr>
          <w:b w:val="0"/>
          <w:i w:val="0"/>
          <w:smallCaps w:val="0"/>
          <w:strike w:val="0"/>
          <w:sz w:val="16"/>
          <w:highlight w:val="cyan"/>
          <w:u w:val="none"/>
        </w:rPr>
        <w:t xml:space="preserve"> </w:t>
      </w:r>
      <w:r>
        <w:rPr>
          <w:b w:val="0"/>
          <w:i w:val="0"/>
          <w:smallCaps w:val="0"/>
          <w:strike w:val="0"/>
          <w:sz w:val="22"/>
          <w:highlight w:val="cyan"/>
          <w:u w:val="single"/>
        </w:rPr>
        <w:t>would be</w:t>
      </w:r>
      <w:r>
        <w:rPr>
          <w:b w:val="0"/>
          <w:i w:val="0"/>
          <w:smallCaps w:val="0"/>
          <w:strike w:val="0"/>
          <w:sz w:val="22"/>
          <w:u w:val="single"/>
        </w:rPr>
        <w:t xml:space="preserve"> remotely </w:t>
      </w:r>
      <w:r>
        <w:rPr>
          <w:b w:val="0"/>
          <w:i w:val="0"/>
          <w:smallCaps w:val="0"/>
          <w:strike w:val="0"/>
          <w:sz w:val="22"/>
          <w:highlight w:val="cyan"/>
          <w:u w:val="single"/>
        </w:rPr>
        <w:t>capable of</w:t>
      </w:r>
      <w:r>
        <w:rPr>
          <w:b w:val="0"/>
          <w:i w:val="0"/>
          <w:smallCaps w:val="0"/>
          <w:strike w:val="0"/>
          <w:sz w:val="22"/>
          <w:u w:val="single"/>
        </w:rPr>
        <w:t xml:space="preserve"> carrying out </w:t>
      </w:r>
      <w:r>
        <w:rPr>
          <w:b w:val="0"/>
          <w:i w:val="0"/>
          <w:smallCaps w:val="0"/>
          <w:strike w:val="0"/>
          <w:sz w:val="22"/>
          <w:highlight w:val="cyan"/>
          <w:u w:val="single"/>
        </w:rPr>
        <w:t xml:space="preserve">such projects. If humanity </w:t>
      </w:r>
      <w:r>
        <w:rPr>
          <w:b w:val="0"/>
          <w:i w:val="0"/>
          <w:smallCaps w:val="0"/>
          <w:strike w:val="0"/>
          <w:sz w:val="22"/>
          <w:highlight w:val="cyan"/>
          <w:u w:val="single"/>
        </w:rPr>
        <w:t>survives</w:t>
      </w:r>
      <w:r>
        <w:rPr>
          <w:b w:val="0"/>
          <w:i w:val="0"/>
          <w:smallCaps w:val="0"/>
          <w:strike w:val="0"/>
          <w:sz w:val="16"/>
          <w:u w:val="none"/>
        </w:rPr>
        <w:t xml:space="preserve"> the next few centuries, </w:t>
      </w:r>
      <w:r>
        <w:rPr>
          <w:b w:val="0"/>
          <w:i w:val="0"/>
          <w:smallCaps w:val="0"/>
          <w:strike w:val="0"/>
          <w:sz w:val="22"/>
          <w:u w:val="single"/>
        </w:rPr>
        <w:t xml:space="preserve">it’s likely </w:t>
      </w:r>
      <w:r>
        <w:rPr>
          <w:b w:val="0"/>
          <w:i w:val="0"/>
          <w:smallCaps w:val="0"/>
          <w:strike w:val="0"/>
          <w:sz w:val="22"/>
          <w:highlight w:val="cyan"/>
          <w:u w:val="single"/>
        </w:rPr>
        <w:t>we will develop tech</w:t>
      </w:r>
      <w:r>
        <w:rPr>
          <w:b w:val="0"/>
          <w:i w:val="0"/>
          <w:smallCaps w:val="0"/>
          <w:strike w:val="0"/>
          <w:sz w:val="22"/>
          <w:u w:val="single"/>
        </w:rPr>
        <w:t xml:space="preserve">nologies needed </w:t>
      </w:r>
      <w:r>
        <w:rPr>
          <w:b w:val="0"/>
          <w:i w:val="0"/>
          <w:smallCaps w:val="0"/>
          <w:strike w:val="0"/>
          <w:sz w:val="22"/>
          <w:highlight w:val="cyan"/>
          <w:u w:val="single"/>
        </w:rPr>
        <w:t>for</w:t>
      </w:r>
      <w:r>
        <w:rPr>
          <w:b w:val="0"/>
          <w:i w:val="0"/>
          <w:smallCaps w:val="0"/>
          <w:strike w:val="0"/>
          <w:sz w:val="16"/>
          <w:u w:val="none"/>
        </w:rPr>
        <w:t xml:space="preserve"> at least one of </w:t>
      </w:r>
      <w:r>
        <w:rPr>
          <w:b w:val="0"/>
          <w:i w:val="0"/>
          <w:smallCaps w:val="0"/>
          <w:strike w:val="0"/>
          <w:sz w:val="22"/>
          <w:highlight w:val="cyan"/>
          <w:u w:val="single"/>
        </w:rPr>
        <w:t>these</w:t>
      </w:r>
      <w:r>
        <w:rPr>
          <w:b w:val="0"/>
          <w:i w:val="0"/>
          <w:smallCaps w:val="0"/>
          <w:strike w:val="0"/>
          <w:sz w:val="22"/>
          <w:u w:val="single"/>
        </w:rPr>
        <w:t xml:space="preserve"> projects</w:t>
      </w:r>
      <w:r>
        <w:rPr>
          <w:b w:val="0"/>
          <w:i w:val="0"/>
          <w:smallCaps w:val="0"/>
          <w:strike w:val="0"/>
          <w:sz w:val="16"/>
          <w:u w:val="none"/>
        </w:rPr>
        <w:t xml:space="preserve">. We may already possess the technologies needed to deflect asteroids (Gritzner and Kahle, 2004; Urias et al., 1996). And in the next few centuries, we’re likely to develop technologies that allow colonization. </w:t>
      </w:r>
      <w:r>
        <w:rPr>
          <w:b w:val="0"/>
          <w:i w:val="0"/>
          <w:smallCaps w:val="0"/>
          <w:strike w:val="0"/>
          <w:sz w:val="22"/>
          <w:u w:val="single"/>
        </w:rPr>
        <w:t>We will be strongly motivated</w:t>
      </w:r>
      <w:r>
        <w:rPr>
          <w:b w:val="0"/>
          <w:i w:val="0"/>
          <w:smallCaps w:val="0"/>
          <w:strike w:val="0"/>
          <w:sz w:val="16"/>
          <w:u w:val="none"/>
        </w:rPr>
        <w:t xml:space="preserve"> by self-interest </w:t>
      </w:r>
      <w:r>
        <w:rPr>
          <w:b w:val="0"/>
          <w:i w:val="0"/>
          <w:smallCaps w:val="0"/>
          <w:strike w:val="0"/>
          <w:sz w:val="22"/>
          <w:u w:val="single"/>
        </w:rPr>
        <w:t>to colonize space</w:t>
      </w:r>
      <w:r>
        <w:rPr>
          <w:b w:val="0"/>
          <w:i w:val="0"/>
          <w:smallCaps w:val="0"/>
          <w:strike w:val="0"/>
          <w:sz w:val="16"/>
          <w:u w:val="none"/>
        </w:rPr>
        <w:t xml:space="preserve">, as asteroids and planets have valuable resources to mine, and as our survival ultimately requires relocating to another solar system (Kargel, 1994; Lewis, 1996). Extinction risks Being capable of </w:t>
      </w:r>
      <w:r>
        <w:rPr>
          <w:b w:val="0"/>
          <w:i w:val="0"/>
          <w:smallCaps w:val="0"/>
          <w:strike w:val="0"/>
          <w:sz w:val="22"/>
          <w:highlight w:val="cyan"/>
          <w:u w:val="single"/>
        </w:rPr>
        <w:t>preserving</w:t>
      </w:r>
      <w:r>
        <w:rPr>
          <w:b w:val="0"/>
          <w:i w:val="0"/>
          <w:smallCaps w:val="0"/>
          <w:strike w:val="0"/>
          <w:sz w:val="16"/>
          <w:u w:val="none"/>
        </w:rPr>
        <w:t xml:space="preserve"> sentient </w:t>
      </w:r>
      <w:r>
        <w:rPr>
          <w:b w:val="0"/>
          <w:i w:val="0"/>
          <w:smallCaps w:val="0"/>
          <w:strike w:val="0"/>
          <w:sz w:val="22"/>
          <w:highlight w:val="cyan"/>
          <w:u w:val="single"/>
        </w:rPr>
        <w:t>life</w:t>
      </w:r>
      <w:r>
        <w:rPr>
          <w:b w:val="0"/>
          <w:i w:val="0"/>
          <w:smallCaps w:val="0"/>
          <w:strike w:val="0"/>
          <w:sz w:val="22"/>
          <w:u w:val="single"/>
        </w:rPr>
        <w:t xml:space="preserve"> for another 10</w:t>
      </w:r>
      <w:r>
        <w:rPr>
          <w:b w:val="0"/>
          <w:i w:val="0"/>
          <w:smallCaps w:val="0"/>
          <w:strike w:val="0"/>
          <w:sz w:val="22"/>
          <w:u w:val="single"/>
        </w:rPr>
        <w:t>^</w:t>
      </w:r>
      <w:r>
        <w:rPr>
          <w:b w:val="0"/>
          <w:i w:val="0"/>
          <w:smallCaps w:val="0"/>
          <w:strike w:val="0"/>
          <w:sz w:val="22"/>
          <w:u w:val="single"/>
        </w:rPr>
        <w:t xml:space="preserve">41 years </w:t>
      </w:r>
      <w:r>
        <w:rPr>
          <w:b w:val="0"/>
          <w:i w:val="0"/>
          <w:smallCaps w:val="0"/>
          <w:strike w:val="0"/>
          <w:sz w:val="22"/>
          <w:highlight w:val="cyan"/>
          <w:u w:val="single"/>
        </w:rPr>
        <w:t xml:space="preserve">makes </w:t>
      </w:r>
      <w:r>
        <w:rPr>
          <w:b/>
          <w:i w:val="0"/>
          <w:smallCaps w:val="0"/>
          <w:strike w:val="0"/>
          <w:sz w:val="24"/>
          <w:highlight w:val="cyan"/>
          <w:u w:val="single"/>
        </w:rPr>
        <w:t>human survival important</w:t>
      </w:r>
      <w:r>
        <w:rPr>
          <w:b w:val="0"/>
          <w:i w:val="0"/>
          <w:smallCaps w:val="0"/>
          <w:strike w:val="0"/>
          <w:sz w:val="22"/>
          <w:u w:val="single"/>
        </w:rPr>
        <w:t xml:space="preserve">. There may be nothing more important. If the human species is extinguished, all </w:t>
      </w:r>
      <w:r>
        <w:rPr>
          <w:b w:val="0"/>
          <w:i w:val="0"/>
          <w:smallCaps w:val="0"/>
          <w:strike w:val="0"/>
          <w:sz w:val="16"/>
          <w:u w:val="none"/>
        </w:rPr>
        <w:t xml:space="preserve">known </w:t>
      </w:r>
      <w:r>
        <w:rPr>
          <w:b w:val="0"/>
          <w:i w:val="0"/>
          <w:smallCaps w:val="0"/>
          <w:strike w:val="0"/>
          <w:sz w:val="22"/>
          <w:u w:val="single"/>
        </w:rPr>
        <w:t>sentience</w:t>
      </w:r>
      <w:r>
        <w:rPr>
          <w:b w:val="0"/>
          <w:i w:val="0"/>
          <w:smallCaps w:val="0"/>
          <w:strike w:val="0"/>
          <w:sz w:val="16"/>
          <w:u w:val="none"/>
        </w:rPr>
        <w:t xml:space="preserve"> and certainly all Earth-originating sentience </w:t>
      </w:r>
      <w:r>
        <w:rPr>
          <w:b w:val="0"/>
          <w:i w:val="0"/>
          <w:smallCaps w:val="0"/>
          <w:strike w:val="0"/>
          <w:sz w:val="22"/>
          <w:u w:val="single"/>
        </w:rPr>
        <w:t xml:space="preserve">will be extinguished within a few billion years. We ought then </w:t>
      </w:r>
      <w:r>
        <w:rPr>
          <w:b w:val="0"/>
          <w:i w:val="0"/>
          <w:smallCaps w:val="0"/>
          <w:strike w:val="0"/>
          <w:sz w:val="22"/>
          <w:u w:val="single"/>
        </w:rPr>
        <w:t>pay</w:t>
      </w:r>
      <w:r>
        <w:rPr>
          <w:b w:val="0"/>
          <w:i w:val="0"/>
          <w:smallCaps w:val="0"/>
          <w:strike w:val="0"/>
          <w:sz w:val="22"/>
          <w:u w:val="single"/>
        </w:rPr>
        <w:t xml:space="preserve"> more attention to</w:t>
      </w:r>
      <w:r>
        <w:rPr>
          <w:b w:val="0"/>
          <w:i w:val="0"/>
          <w:smallCaps w:val="0"/>
          <w:strike w:val="0"/>
          <w:sz w:val="16"/>
          <w:u w:val="none"/>
        </w:rPr>
        <w:t xml:space="preserve"> what Bostrom (2002) has called </w:t>
      </w:r>
      <w:r>
        <w:rPr>
          <w:b/>
          <w:i w:val="0"/>
          <w:smallCaps w:val="0"/>
          <w:strike w:val="0"/>
          <w:sz w:val="24"/>
          <w:u w:val="single"/>
        </w:rPr>
        <w:t>“existential risks”</w:t>
      </w:r>
      <w:r>
        <w:rPr>
          <w:b w:val="0"/>
          <w:i w:val="0"/>
          <w:smallCaps w:val="0"/>
          <w:strike w:val="0"/>
          <w:sz w:val="16"/>
          <w:u w:val="none"/>
        </w:rPr>
        <w:t xml:space="preserve"> -- risks “where an adverse outcome would either annihilate Earth-originating intelligent life or permanently and drastically curtail its potential.” </w:t>
      </w:r>
    </w:p>
    <w:p>
      <w:pPr>
        <w:pStyle w:val="Caption"/>
      </w:pPr>
      <w:r>
        <w:t>Source: Balance Updates 2 - Michigan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