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Climate change won’t increase animal suffering---it’s </w:t>
      </w:r>
      <w:r>
        <w:rPr>
          <w:b/>
          <w:i w:val="0"/>
          <w:smallCaps w:val="0"/>
          <w:strike w:val="0"/>
          <w:sz w:val="26"/>
          <w:u w:val="single"/>
        </w:rPr>
        <w:t>inevitable</w:t>
      </w:r>
      <w:r>
        <w:rPr>
          <w:b/>
          <w:i w:val="0"/>
          <w:smallCaps w:val="0"/>
          <w:strike w:val="0"/>
          <w:sz w:val="26"/>
          <w:u w:val="none"/>
        </w:rPr>
        <w:t xml:space="preserve"> even without humans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Michael </w:t>
      </w:r>
      <w:r>
        <w:rPr>
          <w:b/>
          <w:i w:val="0"/>
          <w:smallCaps w:val="0"/>
          <w:strike w:val="0"/>
          <w:sz w:val="26"/>
          <w:u w:val="none"/>
        </w:rPr>
        <w:t>Dickens 15</w:t>
      </w:r>
      <w:r>
        <w:rPr>
          <w:b w:val="0"/>
          <w:i w:val="0"/>
          <w:smallCaps w:val="0"/>
          <w:strike w:val="0"/>
          <w:u w:val="none"/>
        </w:rPr>
        <w:t>, BS in Mathematical and Computational Sciences from Stanford University, Software Engineer at Affirm, “Is Preventing Human Extinction Good?”, Philosophical Multicore, https://mdickens.me/2015/08/15/is_preventing_human_extinction_good/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Arguments on Why Preventing Human Extinction May Be Good or Bad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Bad: Humans make wild animal suffering worse on earth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scenario doesn’t require making any extreme predictions about the future,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clear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wild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animal suffering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(WAS)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be worse with humans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without.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humans go extinct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then wild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animals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almost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certainly</w:t>
      </w:r>
      <w:r>
        <w:rPr>
          <w:b/>
          <w:i w:val="0"/>
          <w:smallCaps w:val="0"/>
          <w:strike w:val="0"/>
          <w:sz w:val="24"/>
          <w:u w:val="single"/>
        </w:rPr>
        <w:t xml:space="preserve"> continue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suffer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the way they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hundreds of millions of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It’s not conclusive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wild animals’ lives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net negative on balance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but it’s </w:t>
      </w:r>
      <w:r>
        <w:rPr>
          <w:b/>
          <w:i w:val="0"/>
          <w:smallCaps w:val="0"/>
          <w:strike w:val="0"/>
          <w:sz w:val="24"/>
          <w:u w:val="single"/>
        </w:rPr>
        <w:t>sufficiently 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this is a major concern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It’s conceivable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climate change could worsen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wild animal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suffering</w:t>
      </w:r>
      <w:r>
        <w:rPr>
          <w:b w:val="0"/>
          <w:i w:val="0"/>
          <w:smallCaps w:val="0"/>
          <w:strike w:val="0"/>
          <w:u w:val="none"/>
        </w:rPr>
        <w:t xml:space="preserve">; this seems like </w:t>
      </w:r>
      <w:r>
        <w:rPr>
          <w:b w:val="0"/>
          <w:i w:val="0"/>
          <w:smallCaps w:val="0"/>
          <w:strike w:val="0"/>
          <w:sz w:val="22"/>
          <w:u w:val="single"/>
        </w:rPr>
        <w:t>the most plausible reason why humans might increase WAS</w:t>
      </w:r>
      <w:r>
        <w:rPr>
          <w:b w:val="0"/>
          <w:i w:val="0"/>
          <w:smallCaps w:val="0"/>
          <w:strike w:val="0"/>
          <w:u w:val="none"/>
        </w:rPr>
        <w:t xml:space="preserve"> if they stay on earth and don’t make any substantial technological advances.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But it’s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highly uncertain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whether climate change will make things better or worse,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either way,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humans will</w:t>
      </w:r>
      <w:r>
        <w:rPr>
          <w:b/>
          <w:i w:val="0"/>
          <w:smallCaps w:val="0"/>
          <w:strike w:val="0"/>
          <w:sz w:val="24"/>
          <w:u w:val="single"/>
        </w:rPr>
        <w:t xml:space="preserve"> probably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prevent climate change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 going too far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