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Human survival </w:t>
      </w:r>
      <w:r>
        <w:rPr>
          <w:b/>
          <w:i w:val="0"/>
          <w:smallCaps w:val="0"/>
          <w:strike w:val="0"/>
          <w:sz w:val="26"/>
          <w:u w:val="single"/>
        </w:rPr>
        <w:t>improves</w:t>
      </w:r>
      <w:r>
        <w:rPr>
          <w:b/>
          <w:i w:val="0"/>
          <w:smallCaps w:val="0"/>
          <w:strike w:val="0"/>
          <w:sz w:val="26"/>
          <w:u w:val="none"/>
        </w:rPr>
        <w:t xml:space="preserve"> environmental sustainability and abundance---</w:t>
      </w:r>
      <w:r>
        <w:rPr>
          <w:b/>
          <w:i w:val="0"/>
          <w:smallCaps w:val="0"/>
          <w:strike w:val="0"/>
          <w:sz w:val="26"/>
          <w:u w:val="none"/>
        </w:rPr>
        <w:t>all of</w:t>
      </w:r>
      <w:r>
        <w:rPr>
          <w:b/>
          <w:i w:val="0"/>
          <w:smallCaps w:val="0"/>
          <w:strike w:val="0"/>
          <w:sz w:val="26"/>
          <w:u w:val="none"/>
        </w:rPr>
        <w:t xml:space="preserve"> their arguments are </w:t>
      </w:r>
      <w:r>
        <w:rPr>
          <w:b/>
          <w:i w:val="0"/>
          <w:smallCaps w:val="0"/>
          <w:strike w:val="0"/>
          <w:sz w:val="26"/>
          <w:u w:val="single"/>
        </w:rPr>
        <w:t>backwards</w:t>
      </w:r>
    </w:p>
    <w:p>
      <w:pPr>
        <w:spacing w:after="80"/>
      </w:pPr>
      <w:r>
        <w:rPr>
          <w:b w:val="0"/>
          <w:i w:val="0"/>
          <w:smallCaps w:val="0"/>
          <w:strike w:val="0"/>
          <w:u w:val="none"/>
        </w:rPr>
        <w:t xml:space="preserve">Chelsea </w:t>
      </w:r>
      <w:r>
        <w:rPr>
          <w:b/>
          <w:i w:val="0"/>
          <w:smallCaps w:val="0"/>
          <w:strike w:val="0"/>
          <w:sz w:val="26"/>
          <w:u w:val="none"/>
        </w:rPr>
        <w:t>Follett 19</w:t>
      </w:r>
      <w:r>
        <w:rPr>
          <w:b w:val="0"/>
          <w:i w:val="0"/>
          <w:smallCaps w:val="0"/>
          <w:strike w:val="0"/>
          <w:u w:val="none"/>
        </w:rPr>
        <w:t xml:space="preserve">, Policy Analyst at the Cato Institute and Managing Editor of HumanProgress.org, MA in Foreign Affairs from the University of Virginia, BA in Government from the College of William &amp; Mary, “How Anti-Humanism Conquered the Left”, </w:t>
      </w:r>
      <w:r>
        <w:rPr>
          <w:b w:val="0"/>
          <w:i w:val="0"/>
          <w:smallCaps w:val="0"/>
          <w:strike w:val="0"/>
          <w:u w:val="none"/>
        </w:rPr>
        <w:t>Quillette</w:t>
      </w:r>
      <w:r>
        <w:rPr>
          <w:b w:val="0"/>
          <w:i w:val="0"/>
          <w:smallCaps w:val="0"/>
          <w:strike w:val="0"/>
          <w:u w:val="none"/>
        </w:rPr>
        <w:t>, 5/1/2019, https://quillette.com/2019/05/01/how-anti-humanism-conquered-the-left/</w:t>
      </w:r>
    </w:p>
    <w:p>
      <w:pPr>
        <w:spacing w:after="60"/>
      </w:pPr>
      <w:r>
        <w:rPr>
          <w:b w:val="0"/>
          <w:i w:val="0"/>
          <w:smallCaps w:val="0"/>
          <w:strike w:val="0"/>
          <w:sz w:val="16"/>
          <w:u w:val="none"/>
        </w:rPr>
        <w:t xml:space="preserve">These </w:t>
      </w:r>
      <w:r>
        <w:rPr>
          <w:b w:val="0"/>
          <w:i w:val="0"/>
          <w:smallCaps w:val="0"/>
          <w:strike w:val="0"/>
          <w:sz w:val="22"/>
          <w:u w:val="single"/>
        </w:rPr>
        <w:t>environmentally-concerned</w:t>
      </w:r>
      <w:r>
        <w:rPr>
          <w:b w:val="0"/>
          <w:i w:val="0"/>
          <w:smallCaps w:val="0"/>
          <w:strike w:val="0"/>
          <w:sz w:val="22"/>
          <w:u w:val="single"/>
        </w:rPr>
        <w:t xml:space="preserve"> </w:t>
      </w:r>
      <w:r>
        <w:rPr>
          <w:b w:val="0"/>
          <w:i w:val="0"/>
          <w:smallCaps w:val="0"/>
          <w:strike w:val="0"/>
          <w:sz w:val="22"/>
          <w:highlight w:val="cyan"/>
          <w:u w:val="single"/>
        </w:rPr>
        <w:t>anti-natalists believe</w:t>
      </w:r>
      <w:r>
        <w:rPr>
          <w:b w:val="0"/>
          <w:i w:val="0"/>
          <w:smallCaps w:val="0"/>
          <w:strike w:val="0"/>
          <w:sz w:val="22"/>
          <w:u w:val="single"/>
        </w:rPr>
        <w:t xml:space="preserve"> that </w:t>
      </w:r>
      <w:r>
        <w:rPr>
          <w:b w:val="0"/>
          <w:i w:val="0"/>
          <w:smallCaps w:val="0"/>
          <w:strike w:val="0"/>
          <w:sz w:val="22"/>
          <w:highlight w:val="cyan"/>
          <w:u w:val="single"/>
        </w:rPr>
        <w:t>a world without humans</w:t>
      </w:r>
      <w:r>
        <w:rPr>
          <w:b w:val="0"/>
          <w:i w:val="0"/>
          <w:smallCaps w:val="0"/>
          <w:strike w:val="0"/>
          <w:sz w:val="16"/>
          <w:u w:val="none"/>
        </w:rPr>
        <w:t xml:space="preserve">, or with significantly fewer of them, </w:t>
      </w:r>
      <w:r>
        <w:rPr>
          <w:b w:val="0"/>
          <w:i w:val="0"/>
          <w:smallCaps w:val="0"/>
          <w:strike w:val="0"/>
          <w:sz w:val="22"/>
          <w:highlight w:val="cyan"/>
          <w:u w:val="single"/>
        </w:rPr>
        <w:t>would</w:t>
      </w:r>
      <w:r>
        <w:rPr>
          <w:b w:val="0"/>
          <w:i w:val="0"/>
          <w:smallCaps w:val="0"/>
          <w:strike w:val="0"/>
          <w:sz w:val="22"/>
          <w:u w:val="single"/>
        </w:rPr>
        <w:t xml:space="preserve"> eventually </w:t>
      </w:r>
      <w:r>
        <w:rPr>
          <w:b w:val="0"/>
          <w:i w:val="0"/>
          <w:smallCaps w:val="0"/>
          <w:strike w:val="0"/>
          <w:sz w:val="22"/>
          <w:highlight w:val="cyan"/>
          <w:u w:val="single"/>
        </w:rPr>
        <w:t>revert to</w:t>
      </w:r>
      <w:r>
        <w:rPr>
          <w:b w:val="0"/>
          <w:i w:val="0"/>
          <w:smallCaps w:val="0"/>
          <w:strike w:val="0"/>
          <w:sz w:val="22"/>
          <w:u w:val="single"/>
        </w:rPr>
        <w:t xml:space="preserve"> a </w:t>
      </w:r>
      <w:r>
        <w:rPr>
          <w:b w:val="0"/>
          <w:i w:val="0"/>
          <w:smallCaps w:val="0"/>
          <w:strike w:val="0"/>
          <w:sz w:val="22"/>
          <w:highlight w:val="cyan"/>
          <w:u w:val="single"/>
        </w:rPr>
        <w:t>pollution-free paradise</w:t>
      </w:r>
      <w:r>
        <w:rPr>
          <w:b w:val="0"/>
          <w:i w:val="0"/>
          <w:smallCaps w:val="0"/>
          <w:strike w:val="0"/>
          <w:sz w:val="22"/>
          <w:u w:val="single"/>
        </w:rPr>
        <w:t xml:space="preserve"> with abundant natural resources. As one</w:t>
      </w:r>
      <w:r>
        <w:rPr>
          <w:b w:val="0"/>
          <w:i w:val="0"/>
          <w:smallCaps w:val="0"/>
          <w:strike w:val="0"/>
          <w:sz w:val="16"/>
          <w:u w:val="none"/>
        </w:rPr>
        <w:t xml:space="preserve"> human </w:t>
      </w:r>
      <w:r>
        <w:rPr>
          <w:b w:val="0"/>
          <w:i w:val="0"/>
          <w:smallCaps w:val="0"/>
          <w:strike w:val="0"/>
          <w:sz w:val="22"/>
          <w:u w:val="single"/>
        </w:rPr>
        <w:t>extinction proponent put it</w:t>
      </w:r>
      <w:r>
        <w:rPr>
          <w:b w:val="0"/>
          <w:i w:val="0"/>
          <w:smallCaps w:val="0"/>
          <w:strike w:val="0"/>
          <w:sz w:val="16"/>
          <w:u w:val="none"/>
        </w:rPr>
        <w:t xml:space="preserve"> just last month in a letter to his local paper, “In approximately 20,000 years </w:t>
      </w:r>
      <w:r>
        <w:rPr>
          <w:b w:val="0"/>
          <w:i w:val="0"/>
          <w:smallCaps w:val="0"/>
          <w:strike w:val="0"/>
          <w:sz w:val="22"/>
          <w:u w:val="single"/>
        </w:rPr>
        <w:t>after human extinction, this magnificent resistant biosphere will return to its perfection</w:t>
      </w:r>
      <w:r>
        <w:rPr>
          <w:b w:val="0"/>
          <w:i w:val="0"/>
          <w:smallCaps w:val="0"/>
          <w:strike w:val="0"/>
          <w:sz w:val="16"/>
          <w:u w:val="none"/>
        </w:rPr>
        <w:t xml:space="preserve">.” If humanity fails to reduce its numbers, extinction proponents fear resource shortages and environmental catastrophe. “How could anybody,” an official </w:t>
      </w:r>
      <w:r>
        <w:rPr>
          <w:b w:val="0"/>
          <w:i w:val="0"/>
          <w:smallCaps w:val="0"/>
          <w:strike w:val="0"/>
          <w:sz w:val="16"/>
          <w:u w:val="none"/>
        </w:rPr>
        <w:t>Vhemt</w:t>
      </w:r>
      <w:r>
        <w:rPr>
          <w:b w:val="0"/>
          <w:i w:val="0"/>
          <w:smallCaps w:val="0"/>
          <w:strike w:val="0"/>
          <w:sz w:val="16"/>
          <w:u w:val="none"/>
        </w:rPr>
        <w:t xml:space="preserve"> member, Gwynn </w:t>
      </w:r>
      <w:r>
        <w:rPr>
          <w:b w:val="0"/>
          <w:i w:val="0"/>
          <w:smallCaps w:val="0"/>
          <w:strike w:val="0"/>
          <w:sz w:val="16"/>
          <w:u w:val="none"/>
        </w:rPr>
        <w:t>Mackellen</w:t>
      </w:r>
      <w:r>
        <w:rPr>
          <w:b w:val="0"/>
          <w:i w:val="0"/>
          <w:smallCaps w:val="0"/>
          <w:strike w:val="0"/>
          <w:sz w:val="16"/>
          <w:u w:val="none"/>
        </w:rPr>
        <w:t>, wondered aloud to the Guardian, “produce a new human when the effects of humans are very obvious, I feel, and the situation is getting worse.”</w:t>
      </w:r>
    </w:p>
    <w:p>
      <w:pPr>
        <w:spacing w:after="60"/>
      </w:pPr>
      <w:r>
        <w:rPr>
          <w:b w:val="0"/>
          <w:i w:val="0"/>
          <w:smallCaps w:val="0"/>
          <w:strike w:val="0"/>
          <w:sz w:val="16"/>
          <w:u w:val="none"/>
        </w:rPr>
        <w:t xml:space="preserve">These </w:t>
      </w:r>
      <w:r>
        <w:rPr>
          <w:b w:val="0"/>
          <w:i w:val="0"/>
          <w:smallCaps w:val="0"/>
          <w:strike w:val="0"/>
          <w:sz w:val="22"/>
          <w:highlight w:val="cyan"/>
          <w:u w:val="single"/>
        </w:rPr>
        <w:t>extinction advocates</w:t>
      </w:r>
      <w:r>
        <w:rPr>
          <w:b w:val="0"/>
          <w:i w:val="0"/>
          <w:smallCaps w:val="0"/>
          <w:strike w:val="0"/>
          <w:sz w:val="22"/>
          <w:u w:val="single"/>
        </w:rPr>
        <w:t xml:space="preserve">, however, have </w:t>
      </w:r>
      <w:r>
        <w:rPr>
          <w:b/>
          <w:i w:val="0"/>
          <w:smallCaps w:val="0"/>
          <w:strike w:val="0"/>
          <w:sz w:val="24"/>
          <w:highlight w:val="cyan"/>
          <w:u w:val="single"/>
        </w:rPr>
        <w:t>misunderstood</w:t>
      </w:r>
      <w:r>
        <w:rPr>
          <w:b w:val="0"/>
          <w:i w:val="0"/>
          <w:smallCaps w:val="0"/>
          <w:strike w:val="0"/>
          <w:sz w:val="22"/>
          <w:u w:val="single"/>
        </w:rPr>
        <w:t xml:space="preserve"> the </w:t>
      </w:r>
      <w:r>
        <w:rPr>
          <w:b w:val="0"/>
          <w:i w:val="0"/>
          <w:smallCaps w:val="0"/>
          <w:strike w:val="0"/>
          <w:sz w:val="22"/>
          <w:highlight w:val="cyan"/>
          <w:u w:val="single"/>
        </w:rPr>
        <w:t>ev</w:t>
      </w:r>
      <w:r>
        <w:rPr>
          <w:b w:val="0"/>
          <w:i w:val="0"/>
          <w:smallCaps w:val="0"/>
          <w:strike w:val="0"/>
          <w:sz w:val="22"/>
          <w:u w:val="single"/>
        </w:rPr>
        <w:t xml:space="preserve">idence </w:t>
      </w:r>
      <w:r>
        <w:rPr>
          <w:b w:val="0"/>
          <w:i w:val="0"/>
          <w:smallCaps w:val="0"/>
          <w:strike w:val="0"/>
          <w:sz w:val="22"/>
          <w:highlight w:val="cyan"/>
          <w:u w:val="single"/>
        </w:rPr>
        <w:t>about population</w:t>
      </w:r>
      <w:r>
        <w:rPr>
          <w:b w:val="0"/>
          <w:i w:val="0"/>
          <w:smallCaps w:val="0"/>
          <w:strike w:val="0"/>
          <w:sz w:val="22"/>
          <w:u w:val="single"/>
        </w:rPr>
        <w:t xml:space="preserve"> growth’s </w:t>
      </w:r>
      <w:r>
        <w:rPr>
          <w:b w:val="0"/>
          <w:i w:val="0"/>
          <w:smallCaps w:val="0"/>
          <w:strike w:val="0"/>
          <w:sz w:val="22"/>
          <w:highlight w:val="cyan"/>
          <w:u w:val="single"/>
        </w:rPr>
        <w:t>impact</w:t>
      </w:r>
      <w:r>
        <w:rPr>
          <w:b w:val="0"/>
          <w:i w:val="0"/>
          <w:smallCaps w:val="0"/>
          <w:strike w:val="0"/>
          <w:sz w:val="22"/>
          <w:u w:val="single"/>
        </w:rPr>
        <w:t xml:space="preserve"> on the planet and its resources</w:t>
      </w:r>
      <w:r>
        <w:rPr>
          <w:b w:val="0"/>
          <w:i w:val="0"/>
          <w:smallCaps w:val="0"/>
          <w:strike w:val="0"/>
          <w:sz w:val="16"/>
          <w:u w:val="none"/>
        </w:rPr>
        <w:t xml:space="preserve">. The late University of Maryland economist Julian Simon rejected the idea of overpopulation as a problem. He believed that, </w:t>
      </w:r>
      <w:r>
        <w:rPr>
          <w:b w:val="0"/>
          <w:i w:val="0"/>
          <w:smallCaps w:val="0"/>
          <w:strike w:val="0"/>
          <w:sz w:val="22"/>
          <w:highlight w:val="cyan"/>
          <w:u w:val="single"/>
        </w:rPr>
        <w:t>on the contrary, more people</w:t>
      </w:r>
      <w:r>
        <w:rPr>
          <w:b w:val="0"/>
          <w:i w:val="0"/>
          <w:smallCaps w:val="0"/>
          <w:strike w:val="0"/>
          <w:sz w:val="16"/>
          <w:u w:val="none"/>
        </w:rPr>
        <w:t xml:space="preserve"> in the world </w:t>
      </w:r>
      <w:r>
        <w:rPr>
          <w:b w:val="0"/>
          <w:i w:val="0"/>
          <w:smallCaps w:val="0"/>
          <w:strike w:val="0"/>
          <w:sz w:val="22"/>
          <w:highlight w:val="cyan"/>
          <w:u w:val="single"/>
        </w:rPr>
        <w:t xml:space="preserve">means </w:t>
      </w:r>
      <w:r>
        <w:rPr>
          <w:b/>
          <w:i w:val="0"/>
          <w:smallCaps w:val="0"/>
          <w:strike w:val="0"/>
          <w:sz w:val="24"/>
          <w:highlight w:val="cyan"/>
          <w:u w:val="single"/>
        </w:rPr>
        <w:t>more</w:t>
      </w:r>
      <w:r>
        <w:rPr>
          <w:b/>
          <w:i w:val="0"/>
          <w:smallCaps w:val="0"/>
          <w:strike w:val="0"/>
          <w:sz w:val="24"/>
          <w:u w:val="single"/>
        </w:rPr>
        <w:t xml:space="preserve"> people </w:t>
      </w:r>
      <w:r>
        <w:rPr>
          <w:b/>
          <w:i w:val="0"/>
          <w:smallCaps w:val="0"/>
          <w:strike w:val="0"/>
          <w:sz w:val="24"/>
          <w:highlight w:val="cyan"/>
          <w:u w:val="single"/>
        </w:rPr>
        <w:t>to solve problems</w:t>
      </w:r>
      <w:r>
        <w:rPr>
          <w:b w:val="0"/>
          <w:i w:val="0"/>
          <w:smallCaps w:val="0"/>
          <w:strike w:val="0"/>
          <w:sz w:val="22"/>
          <w:highlight w:val="cyan"/>
          <w:u w:val="single"/>
        </w:rPr>
        <w:t xml:space="preserve">, and </w:t>
      </w:r>
      <w:r>
        <w:rPr>
          <w:b/>
          <w:i w:val="0"/>
          <w:smallCaps w:val="0"/>
          <w:strike w:val="0"/>
          <w:sz w:val="24"/>
          <w:highlight w:val="cyan"/>
          <w:u w:val="single"/>
        </w:rPr>
        <w:t>less</w:t>
      </w:r>
      <w:r>
        <w:rPr>
          <w:b/>
          <w:i w:val="0"/>
          <w:smallCaps w:val="0"/>
          <w:strike w:val="0"/>
          <w:sz w:val="24"/>
          <w:u w:val="single"/>
        </w:rPr>
        <w:t xml:space="preserve"> resource </w:t>
      </w:r>
      <w:r>
        <w:rPr>
          <w:b/>
          <w:i w:val="0"/>
          <w:smallCaps w:val="0"/>
          <w:strike w:val="0"/>
          <w:sz w:val="24"/>
          <w:highlight w:val="cyan"/>
          <w:u w:val="single"/>
        </w:rPr>
        <w:t>scarcity</w:t>
      </w:r>
      <w:r>
        <w:rPr>
          <w:b w:val="0"/>
          <w:i w:val="0"/>
          <w:smallCaps w:val="0"/>
          <w:strike w:val="0"/>
          <w:sz w:val="22"/>
          <w:u w:val="single"/>
        </w:rPr>
        <w:t>. “There is no physical or economic reason,”</w:t>
      </w:r>
      <w:r>
        <w:rPr>
          <w:b w:val="0"/>
          <w:i w:val="0"/>
          <w:smallCaps w:val="0"/>
          <w:strike w:val="0"/>
          <w:sz w:val="16"/>
          <w:u w:val="none"/>
        </w:rPr>
        <w:t xml:space="preserve"> he wrote, </w:t>
      </w:r>
      <w:r>
        <w:rPr>
          <w:b w:val="0"/>
          <w:i w:val="0"/>
          <w:smallCaps w:val="0"/>
          <w:strike w:val="0"/>
          <w:sz w:val="22"/>
          <w:u w:val="single"/>
        </w:rPr>
        <w:t xml:space="preserve">“why </w:t>
      </w:r>
      <w:r>
        <w:rPr>
          <w:b w:val="0"/>
          <w:i w:val="0"/>
          <w:smallCaps w:val="0"/>
          <w:strike w:val="0"/>
          <w:sz w:val="22"/>
          <w:highlight w:val="cyan"/>
          <w:u w:val="single"/>
        </w:rPr>
        <w:t>human</w:t>
      </w:r>
      <w:r>
        <w:rPr>
          <w:b w:val="0"/>
          <w:i w:val="0"/>
          <w:smallCaps w:val="0"/>
          <w:strike w:val="0"/>
          <w:sz w:val="22"/>
          <w:u w:val="single"/>
        </w:rPr>
        <w:t xml:space="preserve"> resourcefulness and </w:t>
      </w:r>
      <w:r>
        <w:rPr>
          <w:b w:val="0"/>
          <w:i w:val="0"/>
          <w:smallCaps w:val="0"/>
          <w:strike w:val="0"/>
          <w:sz w:val="22"/>
          <w:highlight w:val="cyan"/>
          <w:u w:val="single"/>
        </w:rPr>
        <w:t>enterprise</w:t>
      </w:r>
      <w:r>
        <w:rPr>
          <w:b w:val="0"/>
          <w:i w:val="0"/>
          <w:smallCaps w:val="0"/>
          <w:strike w:val="0"/>
          <w:sz w:val="22"/>
          <w:u w:val="single"/>
        </w:rPr>
        <w:t xml:space="preserve"> cannot forever continue to </w:t>
      </w:r>
      <w:r>
        <w:rPr>
          <w:b w:val="0"/>
          <w:i w:val="0"/>
          <w:smallCaps w:val="0"/>
          <w:strike w:val="0"/>
          <w:sz w:val="22"/>
          <w:highlight w:val="cyan"/>
          <w:u w:val="single"/>
        </w:rPr>
        <w:t>respond</w:t>
      </w:r>
      <w:r>
        <w:rPr>
          <w:b w:val="0"/>
          <w:i w:val="0"/>
          <w:smallCaps w:val="0"/>
          <w:strike w:val="0"/>
          <w:sz w:val="22"/>
          <w:u w:val="single"/>
        </w:rPr>
        <w:t xml:space="preserve"> to impending shortages </w:t>
      </w:r>
      <w:r>
        <w:rPr>
          <w:b w:val="0"/>
          <w:i w:val="0"/>
          <w:smallCaps w:val="0"/>
          <w:strike w:val="0"/>
          <w:sz w:val="22"/>
          <w:highlight w:val="cyan"/>
          <w:u w:val="single"/>
        </w:rPr>
        <w:t>and</w:t>
      </w:r>
      <w:r>
        <w:rPr>
          <w:b w:val="0"/>
          <w:i w:val="0"/>
          <w:smallCaps w:val="0"/>
          <w:strike w:val="0"/>
          <w:sz w:val="22"/>
          <w:u w:val="single"/>
        </w:rPr>
        <w:t xml:space="preserve"> existing problems with new expedients that, after an adjustment period, </w:t>
      </w:r>
      <w:r>
        <w:rPr>
          <w:b w:val="0"/>
          <w:i w:val="0"/>
          <w:smallCaps w:val="0"/>
          <w:strike w:val="0"/>
          <w:sz w:val="22"/>
          <w:highlight w:val="cyan"/>
          <w:u w:val="single"/>
        </w:rPr>
        <w:t xml:space="preserve">leave us </w:t>
      </w:r>
      <w:r>
        <w:rPr>
          <w:b/>
          <w:i w:val="0"/>
          <w:smallCaps w:val="0"/>
          <w:strike w:val="0"/>
          <w:sz w:val="24"/>
          <w:highlight w:val="cyan"/>
          <w:u w:val="single"/>
        </w:rPr>
        <w:t>better off</w:t>
      </w:r>
      <w:r>
        <w:rPr>
          <w:b w:val="0"/>
          <w:i w:val="0"/>
          <w:smallCaps w:val="0"/>
          <w:strike w:val="0"/>
          <w:sz w:val="22"/>
          <w:u w:val="single"/>
        </w:rPr>
        <w:t xml:space="preserve"> than before the problem arose.”</w:t>
      </w:r>
    </w:p>
    <w:p>
      <w:pPr>
        <w:spacing w:after="60"/>
      </w:pPr>
      <w:r>
        <w:rPr>
          <w:b w:val="0"/>
          <w:i w:val="0"/>
          <w:smallCaps w:val="0"/>
          <w:strike w:val="0"/>
          <w:sz w:val="16"/>
          <w:u w:val="none"/>
        </w:rPr>
        <w:t xml:space="preserve">In his 1981 book The Ultimate Resource, Simon argued that </w:t>
      </w:r>
      <w:r>
        <w:rPr>
          <w:b w:val="0"/>
          <w:i w:val="0"/>
          <w:smallCaps w:val="0"/>
          <w:strike w:val="0"/>
          <w:sz w:val="22"/>
          <w:highlight w:val="cyan"/>
          <w:u w:val="single"/>
        </w:rPr>
        <w:t>humans are</w:t>
      </w:r>
      <w:r>
        <w:rPr>
          <w:b w:val="0"/>
          <w:i w:val="0"/>
          <w:smallCaps w:val="0"/>
          <w:strike w:val="0"/>
          <w:sz w:val="22"/>
          <w:u w:val="single"/>
        </w:rPr>
        <w:t xml:space="preserve"> intelligent beings, </w:t>
      </w:r>
      <w:r>
        <w:rPr>
          <w:b w:val="0"/>
          <w:i w:val="0"/>
          <w:smallCaps w:val="0"/>
          <w:strike w:val="0"/>
          <w:sz w:val="22"/>
          <w:highlight w:val="cyan"/>
          <w:u w:val="single"/>
        </w:rPr>
        <w:t xml:space="preserve">capable of </w:t>
      </w:r>
      <w:r>
        <w:rPr>
          <w:b/>
          <w:i w:val="0"/>
          <w:smallCaps w:val="0"/>
          <w:strike w:val="0"/>
          <w:sz w:val="24"/>
          <w:highlight w:val="cyan"/>
          <w:u w:val="single"/>
        </w:rPr>
        <w:t>innovating</w:t>
      </w:r>
      <w:r>
        <w:rPr>
          <w:b/>
          <w:i w:val="0"/>
          <w:smallCaps w:val="0"/>
          <w:strike w:val="0"/>
          <w:sz w:val="24"/>
          <w:u w:val="single"/>
        </w:rPr>
        <w:t xml:space="preserve"> their way </w:t>
      </w:r>
      <w:r>
        <w:rPr>
          <w:b/>
          <w:i w:val="0"/>
          <w:smallCaps w:val="0"/>
          <w:strike w:val="0"/>
          <w:sz w:val="24"/>
          <w:highlight w:val="cyan"/>
          <w:u w:val="single"/>
        </w:rPr>
        <w:t>out of shortages</w:t>
      </w:r>
      <w:r>
        <w:rPr>
          <w:b w:val="0"/>
          <w:i w:val="0"/>
          <w:smallCaps w:val="0"/>
          <w:strike w:val="0"/>
          <w:sz w:val="22"/>
          <w:highlight w:val="cyan"/>
          <w:u w:val="single"/>
        </w:rPr>
        <w:t xml:space="preserve"> through</w:t>
      </w:r>
      <w:r>
        <w:rPr>
          <w:b w:val="0"/>
          <w:i w:val="0"/>
          <w:smallCaps w:val="0"/>
          <w:strike w:val="0"/>
          <w:sz w:val="22"/>
          <w:u w:val="single"/>
        </w:rPr>
        <w:t xml:space="preserve"> </w:t>
      </w:r>
      <w:r>
        <w:rPr>
          <w:b/>
          <w:i w:val="0"/>
          <w:smallCaps w:val="0"/>
          <w:strike w:val="0"/>
          <w:sz w:val="24"/>
          <w:u w:val="single"/>
        </w:rPr>
        <w:t xml:space="preserve">greater </w:t>
      </w:r>
      <w:r>
        <w:rPr>
          <w:b/>
          <w:i w:val="0"/>
          <w:smallCaps w:val="0"/>
          <w:strike w:val="0"/>
          <w:sz w:val="24"/>
          <w:highlight w:val="cyan"/>
          <w:u w:val="single"/>
        </w:rPr>
        <w:t>efficiency</w:t>
      </w:r>
      <w:r>
        <w:rPr>
          <w:b w:val="0"/>
          <w:i w:val="0"/>
          <w:smallCaps w:val="0"/>
          <w:strike w:val="0"/>
          <w:sz w:val="22"/>
          <w:u w:val="single"/>
        </w:rPr>
        <w:t xml:space="preserve">, </w:t>
      </w:r>
      <w:r>
        <w:rPr>
          <w:b/>
          <w:i w:val="0"/>
          <w:smallCaps w:val="0"/>
          <w:strike w:val="0"/>
          <w:sz w:val="24"/>
          <w:u w:val="single"/>
        </w:rPr>
        <w:t xml:space="preserve">increased </w:t>
      </w:r>
      <w:r>
        <w:rPr>
          <w:b/>
          <w:i w:val="0"/>
          <w:smallCaps w:val="0"/>
          <w:strike w:val="0"/>
          <w:sz w:val="24"/>
          <w:highlight w:val="cyan"/>
          <w:u w:val="single"/>
        </w:rPr>
        <w:t>supply</w:t>
      </w:r>
      <w:r>
        <w:rPr>
          <w:b w:val="0"/>
          <w:i w:val="0"/>
          <w:smallCaps w:val="0"/>
          <w:strike w:val="0"/>
          <w:sz w:val="22"/>
          <w:highlight w:val="cyan"/>
          <w:u w:val="single"/>
        </w:rPr>
        <w:t>, or</w:t>
      </w:r>
      <w:r>
        <w:rPr>
          <w:b w:val="0"/>
          <w:i w:val="0"/>
          <w:smallCaps w:val="0"/>
          <w:strike w:val="0"/>
          <w:sz w:val="22"/>
          <w:u w:val="single"/>
        </w:rPr>
        <w:t xml:space="preserve"> </w:t>
      </w:r>
      <w:r>
        <w:rPr>
          <w:b/>
          <w:i w:val="0"/>
          <w:smallCaps w:val="0"/>
          <w:strike w:val="0"/>
          <w:sz w:val="24"/>
          <w:u w:val="single"/>
        </w:rPr>
        <w:t xml:space="preserve">development of </w:t>
      </w:r>
      <w:r>
        <w:rPr>
          <w:b/>
          <w:i w:val="0"/>
          <w:smallCaps w:val="0"/>
          <w:strike w:val="0"/>
          <w:sz w:val="24"/>
          <w:highlight w:val="cyan"/>
          <w:u w:val="single"/>
        </w:rPr>
        <w:t>substitutes</w:t>
      </w:r>
      <w:r>
        <w:rPr>
          <w:b w:val="0"/>
          <w:i w:val="0"/>
          <w:smallCaps w:val="0"/>
          <w:strike w:val="0"/>
          <w:sz w:val="22"/>
          <w:highlight w:val="cyan"/>
          <w:u w:val="single"/>
        </w:rPr>
        <w:t>. Humans</w:t>
      </w:r>
      <w:r>
        <w:rPr>
          <w:b w:val="0"/>
          <w:i w:val="0"/>
          <w:smallCaps w:val="0"/>
          <w:strike w:val="0"/>
          <w:sz w:val="22"/>
          <w:u w:val="single"/>
        </w:rPr>
        <w:t xml:space="preserve">, with their inventive potential, </w:t>
      </w:r>
      <w:r>
        <w:rPr>
          <w:b w:val="0"/>
          <w:i w:val="0"/>
          <w:smallCaps w:val="0"/>
          <w:strike w:val="0"/>
          <w:sz w:val="22"/>
          <w:highlight w:val="cyan"/>
          <w:u w:val="single"/>
        </w:rPr>
        <w:t xml:space="preserve">are </w:t>
      </w:r>
      <w:r>
        <w:rPr>
          <w:b/>
          <w:i w:val="0"/>
          <w:smallCaps w:val="0"/>
          <w:strike w:val="0"/>
          <w:sz w:val="24"/>
          <w:highlight w:val="cyan"/>
          <w:u w:val="single"/>
        </w:rPr>
        <w:t>themselves</w:t>
      </w:r>
      <w:r>
        <w:rPr>
          <w:b w:val="0"/>
          <w:i w:val="0"/>
          <w:smallCaps w:val="0"/>
          <w:strike w:val="0"/>
          <w:sz w:val="16"/>
          <w:u w:val="none"/>
        </w:rPr>
        <w:t xml:space="preserve">, in Simon’s phrase, </w:t>
      </w:r>
      <w:r>
        <w:rPr>
          <w:b/>
          <w:i w:val="0"/>
          <w:smallCaps w:val="0"/>
          <w:strike w:val="0"/>
          <w:sz w:val="24"/>
          <w:highlight w:val="cyan"/>
          <w:u w:val="single"/>
        </w:rPr>
        <w:t>“The Ultimate Resource.”</w:t>
      </w:r>
      <w:r>
        <w:rPr>
          <w:b w:val="0"/>
          <w:i w:val="0"/>
          <w:smallCaps w:val="0"/>
          <w:strike w:val="0"/>
          <w:sz w:val="22"/>
          <w:u w:val="single"/>
        </w:rPr>
        <w:t xml:space="preserve"> A growing population produces more ideas. More ideas lead to more innovations and more innovations can improve productivity. That higher productivity then translates into more resources to go around and better standards of living</w:t>
      </w:r>
      <w:r>
        <w:rPr>
          <w:b w:val="0"/>
          <w:i w:val="0"/>
          <w:smallCaps w:val="0"/>
          <w:strike w:val="0"/>
          <w:sz w:val="16"/>
          <w:u w:val="none"/>
        </w:rPr>
        <w:t>.</w:t>
      </w:r>
    </w:p>
    <w:p>
      <w:pPr>
        <w:spacing w:after="60"/>
      </w:pPr>
      <w:r>
        <w:rPr>
          <w:b w:val="0"/>
          <w:i w:val="0"/>
          <w:smallCaps w:val="0"/>
          <w:strike w:val="0"/>
          <w:sz w:val="16"/>
          <w:u w:val="none"/>
        </w:rPr>
        <w:t xml:space="preserve">In 1980, Simon made a bet with Ehrlich. Ehrlich would choose a “basket” of raw materials that he expected to become </w:t>
      </w:r>
      <w:r>
        <w:rPr>
          <w:b w:val="0"/>
          <w:i w:val="0"/>
          <w:smallCaps w:val="0"/>
          <w:strike w:val="0"/>
          <w:sz w:val="16"/>
          <w:u w:val="none"/>
        </w:rPr>
        <w:t>more scarce</w:t>
      </w:r>
      <w:r>
        <w:rPr>
          <w:b w:val="0"/>
          <w:i w:val="0"/>
          <w:smallCaps w:val="0"/>
          <w:strike w:val="0"/>
          <w:sz w:val="16"/>
          <w:u w:val="none"/>
        </w:rPr>
        <w:t xml:space="preserve"> in the coming years. At the end of a specified </w:t>
      </w:r>
      <w:r>
        <w:rPr>
          <w:b w:val="0"/>
          <w:i w:val="0"/>
          <w:smallCaps w:val="0"/>
          <w:strike w:val="0"/>
          <w:sz w:val="16"/>
          <w:u w:val="none"/>
        </w:rPr>
        <w:t>time period</w:t>
      </w:r>
      <w:r>
        <w:rPr>
          <w:b w:val="0"/>
          <w:i w:val="0"/>
          <w:smallCaps w:val="0"/>
          <w:strike w:val="0"/>
          <w:sz w:val="16"/>
          <w:u w:val="none"/>
        </w:rPr>
        <w:t xml:space="preserve">, if the inflation-adjusted price of the basket was higher than at the beginning of the period, that would indicate the materials had indeed become scarcer and Ehrlich would win the wager; if the price was lower, that would mean the resources had instead become more abundant, and Simon would win. The stakes would be the ultimate price difference of the basket at the beginning and end of the </w:t>
      </w:r>
      <w:r>
        <w:rPr>
          <w:b w:val="0"/>
          <w:i w:val="0"/>
          <w:smallCaps w:val="0"/>
          <w:strike w:val="0"/>
          <w:sz w:val="16"/>
          <w:u w:val="none"/>
        </w:rPr>
        <w:t>time period</w:t>
      </w:r>
      <w:r>
        <w:rPr>
          <w:b w:val="0"/>
          <w:i w:val="0"/>
          <w:smallCaps w:val="0"/>
          <w:strike w:val="0"/>
          <w:sz w:val="16"/>
          <w:u w:val="none"/>
        </w:rPr>
        <w:t>. Simon ultimately won, and Ehrlich duly sent him a check for the price difference.</w:t>
      </w:r>
    </w:p>
    <w:p>
      <w:pPr>
        <w:spacing w:after="60"/>
      </w:pPr>
      <w:r>
        <w:rPr>
          <w:b w:val="0"/>
          <w:i w:val="0"/>
          <w:smallCaps w:val="0"/>
          <w:strike w:val="0"/>
          <w:sz w:val="22"/>
          <w:highlight w:val="cyan"/>
          <w:u w:val="single"/>
        </w:rPr>
        <w:t>New research</w:t>
      </w:r>
      <w:r>
        <w:rPr>
          <w:b w:val="0"/>
          <w:i w:val="0"/>
          <w:smallCaps w:val="0"/>
          <w:strike w:val="0"/>
          <w:sz w:val="16"/>
          <w:u w:val="none"/>
        </w:rPr>
        <w:t xml:space="preserve">, inspired by the Ehrlich-Simon wager, </w:t>
      </w:r>
      <w:r>
        <w:rPr>
          <w:b w:val="0"/>
          <w:i w:val="0"/>
          <w:smallCaps w:val="0"/>
          <w:strike w:val="0"/>
          <w:sz w:val="22"/>
          <w:u w:val="single"/>
        </w:rPr>
        <w:t xml:space="preserve">has further </w:t>
      </w:r>
      <w:r>
        <w:rPr>
          <w:b w:val="0"/>
          <w:i w:val="0"/>
          <w:smallCaps w:val="0"/>
          <w:strike w:val="0"/>
          <w:sz w:val="22"/>
          <w:highlight w:val="cyan"/>
          <w:u w:val="single"/>
        </w:rPr>
        <w:t>confirmed</w:t>
      </w:r>
      <w:r>
        <w:rPr>
          <w:b w:val="0"/>
          <w:i w:val="0"/>
          <w:smallCaps w:val="0"/>
          <w:strike w:val="0"/>
          <w:sz w:val="22"/>
          <w:u w:val="single"/>
        </w:rPr>
        <w:t xml:space="preserve"> that, contrary to the anti-humanists’ claims, </w:t>
      </w:r>
      <w:r>
        <w:rPr>
          <w:b w:val="0"/>
          <w:i w:val="0"/>
          <w:smallCaps w:val="0"/>
          <w:strike w:val="0"/>
          <w:sz w:val="22"/>
          <w:highlight w:val="cyan"/>
          <w:u w:val="single"/>
        </w:rPr>
        <w:t>population</w:t>
      </w:r>
      <w:r>
        <w:rPr>
          <w:b w:val="0"/>
          <w:i w:val="0"/>
          <w:smallCaps w:val="0"/>
          <w:strike w:val="0"/>
          <w:sz w:val="22"/>
          <w:u w:val="single"/>
        </w:rPr>
        <w:t xml:space="preserve"> growth </w:t>
      </w:r>
      <w:r>
        <w:rPr>
          <w:b w:val="0"/>
          <w:i w:val="0"/>
          <w:smallCaps w:val="0"/>
          <w:strike w:val="0"/>
          <w:sz w:val="22"/>
          <w:highlight w:val="cyan"/>
          <w:u w:val="single"/>
        </w:rPr>
        <w:t xml:space="preserve">goes </w:t>
      </w:r>
      <w:r>
        <w:rPr>
          <w:b w:val="0"/>
          <w:i w:val="0"/>
          <w:smallCaps w:val="0"/>
          <w:strike w:val="0"/>
          <w:sz w:val="22"/>
          <w:highlight w:val="cyan"/>
          <w:u w:val="single"/>
        </w:rPr>
        <w:t>hand-in-hand</w:t>
      </w:r>
      <w:r>
        <w:rPr>
          <w:b w:val="0"/>
          <w:i w:val="0"/>
          <w:smallCaps w:val="0"/>
          <w:strike w:val="0"/>
          <w:sz w:val="22"/>
          <w:highlight w:val="cyan"/>
          <w:u w:val="single"/>
        </w:rPr>
        <w:t xml:space="preserve"> with</w:t>
      </w:r>
      <w:r>
        <w:rPr>
          <w:b w:val="0"/>
          <w:i w:val="0"/>
          <w:smallCaps w:val="0"/>
          <w:strike w:val="0"/>
          <w:sz w:val="22"/>
          <w:u w:val="single"/>
        </w:rPr>
        <w:t xml:space="preserve"> more </w:t>
      </w:r>
      <w:r>
        <w:rPr>
          <w:b w:val="0"/>
          <w:i w:val="0"/>
          <w:smallCaps w:val="0"/>
          <w:strike w:val="0"/>
          <w:sz w:val="22"/>
          <w:highlight w:val="cyan"/>
          <w:u w:val="single"/>
        </w:rPr>
        <w:t>abundant resources</w:t>
      </w:r>
      <w:r>
        <w:rPr>
          <w:b w:val="0"/>
          <w:i w:val="0"/>
          <w:smallCaps w:val="0"/>
          <w:strike w:val="0"/>
          <w:sz w:val="16"/>
          <w:u w:val="none"/>
        </w:rPr>
        <w:t>. Consider the amount of time it takes an average worker to earn enough to buy a basket of common commodities—the “time-price” of those items. The Simon Abundance Index found that between 1980 and 2017, “</w:t>
      </w:r>
      <w:r>
        <w:rPr>
          <w:b w:val="0"/>
          <w:i w:val="0"/>
          <w:smallCaps w:val="0"/>
          <w:strike w:val="0"/>
          <w:sz w:val="22"/>
          <w:u w:val="single"/>
        </w:rPr>
        <w:t>the time-price of</w:t>
      </w:r>
      <w:r>
        <w:rPr>
          <w:b w:val="0"/>
          <w:i w:val="0"/>
          <w:smallCaps w:val="0"/>
          <w:strike w:val="0"/>
          <w:sz w:val="16"/>
          <w:u w:val="none"/>
        </w:rPr>
        <w:t xml:space="preserve"> our basket of </w:t>
      </w:r>
      <w:r>
        <w:rPr>
          <w:b w:val="0"/>
          <w:i w:val="0"/>
          <w:smallCaps w:val="0"/>
          <w:strike w:val="0"/>
          <w:sz w:val="22"/>
          <w:u w:val="single"/>
        </w:rPr>
        <w:t>50 basic commodities declined</w:t>
      </w:r>
      <w:r>
        <w:rPr>
          <w:b w:val="0"/>
          <w:i w:val="0"/>
          <w:smallCaps w:val="0"/>
          <w:strike w:val="0"/>
          <w:sz w:val="16"/>
          <w:u w:val="none"/>
        </w:rPr>
        <w:t xml:space="preserve"> by 0.934 percent </w:t>
      </w:r>
      <w:r>
        <w:rPr>
          <w:b w:val="0"/>
          <w:i w:val="0"/>
          <w:smallCaps w:val="0"/>
          <w:strike w:val="0"/>
          <w:sz w:val="22"/>
          <w:u w:val="single"/>
        </w:rPr>
        <w:t>for every</w:t>
      </w:r>
      <w:r>
        <w:rPr>
          <w:b w:val="0"/>
          <w:i w:val="0"/>
          <w:smallCaps w:val="0"/>
          <w:strike w:val="0"/>
          <w:sz w:val="16"/>
          <w:u w:val="none"/>
        </w:rPr>
        <w:t xml:space="preserve"> one percent </w:t>
      </w:r>
      <w:r>
        <w:rPr>
          <w:b w:val="0"/>
          <w:i w:val="0"/>
          <w:smallCaps w:val="0"/>
          <w:strike w:val="0"/>
          <w:sz w:val="22"/>
          <w:u w:val="single"/>
        </w:rPr>
        <w:t>increase in population</w:t>
      </w:r>
      <w:r>
        <w:rPr>
          <w:b w:val="0"/>
          <w:i w:val="0"/>
          <w:smallCaps w:val="0"/>
          <w:strike w:val="0"/>
          <w:sz w:val="16"/>
          <w:u w:val="none"/>
        </w:rPr>
        <w:t xml:space="preserve">. That means that </w:t>
      </w:r>
      <w:r>
        <w:rPr>
          <w:b w:val="0"/>
          <w:i w:val="0"/>
          <w:smallCaps w:val="0"/>
          <w:strike w:val="0"/>
          <w:sz w:val="22"/>
          <w:u w:val="single"/>
        </w:rPr>
        <w:t>every additional human being born</w:t>
      </w:r>
      <w:r>
        <w:rPr>
          <w:b w:val="0"/>
          <w:i w:val="0"/>
          <w:smallCaps w:val="0"/>
          <w:strike w:val="0"/>
          <w:sz w:val="16"/>
          <w:u w:val="none"/>
        </w:rPr>
        <w:t xml:space="preserve"> on our planet </w:t>
      </w:r>
      <w:r>
        <w:rPr>
          <w:b w:val="0"/>
          <w:i w:val="0"/>
          <w:smallCaps w:val="0"/>
          <w:strike w:val="0"/>
          <w:sz w:val="22"/>
          <w:u w:val="single"/>
        </w:rPr>
        <w:t>seems to be making resources proportionately more plentiful</w:t>
      </w:r>
      <w:r>
        <w:rPr>
          <w:b w:val="0"/>
          <w:i w:val="0"/>
          <w:smallCaps w:val="0"/>
          <w:strike w:val="0"/>
          <w:sz w:val="16"/>
          <w:u w:val="none"/>
        </w:rPr>
        <w:t xml:space="preserve"> for the rest of us.”</w:t>
      </w:r>
    </w:p>
    <w:p>
      <w:pPr>
        <w:spacing w:after="60"/>
      </w:pPr>
      <w:r>
        <w:rPr>
          <w:b w:val="0"/>
          <w:i w:val="0"/>
          <w:smallCaps w:val="0"/>
          <w:strike w:val="0"/>
          <w:sz w:val="16"/>
          <w:u w:val="none"/>
        </w:rPr>
        <w:t xml:space="preserve">There are some notable environmentalists who recognize the fact that </w:t>
      </w:r>
      <w:r>
        <w:rPr>
          <w:b w:val="0"/>
          <w:i w:val="0"/>
          <w:smallCaps w:val="0"/>
          <w:strike w:val="0"/>
          <w:sz w:val="22"/>
          <w:u w:val="single"/>
        </w:rPr>
        <w:t xml:space="preserve">humans </w:t>
      </w:r>
      <w:r>
        <w:rPr>
          <w:b w:val="0"/>
          <w:i w:val="0"/>
          <w:smallCaps w:val="0"/>
          <w:strike w:val="0"/>
          <w:sz w:val="22"/>
          <w:u w:val="single"/>
        </w:rPr>
        <w:t>are capable of creating</w:t>
      </w:r>
      <w:r>
        <w:rPr>
          <w:b w:val="0"/>
          <w:i w:val="0"/>
          <w:smallCaps w:val="0"/>
          <w:strike w:val="0"/>
          <w:sz w:val="22"/>
          <w:u w:val="single"/>
        </w:rPr>
        <w:t xml:space="preserve"> abundance instead of scarcity</w:t>
      </w:r>
      <w:r>
        <w:rPr>
          <w:b w:val="0"/>
          <w:i w:val="0"/>
          <w:smallCaps w:val="0"/>
          <w:strike w:val="0"/>
          <w:sz w:val="16"/>
          <w:u w:val="none"/>
        </w:rPr>
        <w:t xml:space="preserve">. Environmentalists who take the rational and techno-optimistic view, sometimes called “enlightenment environmentalists” or “ecomodernists,” still believe in humanity’s ability to tackle environmental problems </w:t>
      </w:r>
      <w:r>
        <w:rPr>
          <w:b w:val="0"/>
          <w:i w:val="0"/>
          <w:smallCaps w:val="0"/>
          <w:strike w:val="0"/>
          <w:sz w:val="22"/>
          <w:u w:val="single"/>
        </w:rPr>
        <w:t xml:space="preserve">with </w:t>
      </w:r>
      <w:r>
        <w:rPr>
          <w:b/>
          <w:i w:val="0"/>
          <w:smallCaps w:val="0"/>
          <w:strike w:val="0"/>
          <w:sz w:val="24"/>
          <w:u w:val="single"/>
        </w:rPr>
        <w:t>innovation</w:t>
      </w:r>
      <w:r>
        <w:rPr>
          <w:b w:val="0"/>
          <w:i w:val="0"/>
          <w:smallCaps w:val="0"/>
          <w:strike w:val="0"/>
          <w:sz w:val="22"/>
          <w:u w:val="single"/>
        </w:rPr>
        <w:t xml:space="preserve"> and </w:t>
      </w:r>
      <w:r>
        <w:rPr>
          <w:b/>
          <w:i w:val="0"/>
          <w:smallCaps w:val="0"/>
          <w:strike w:val="0"/>
          <w:sz w:val="24"/>
          <w:u w:val="single"/>
        </w:rPr>
        <w:t>ingenuity</w:t>
      </w:r>
      <w:r>
        <w:rPr>
          <w:b w:val="0"/>
          <w:i w:val="0"/>
          <w:smallCaps w:val="0"/>
          <w:strike w:val="0"/>
          <w:sz w:val="16"/>
          <w:u w:val="none"/>
        </w:rPr>
        <w:t xml:space="preserve">. Examples include Harvard University’s Steven Pinker and the Breakthrough Institute’s Michael Shellenberger, who both hold that </w:t>
      </w:r>
      <w:r>
        <w:rPr>
          <w:b w:val="0"/>
          <w:i w:val="0"/>
          <w:smallCaps w:val="0"/>
          <w:strike w:val="0"/>
          <w:sz w:val="22"/>
          <w:highlight w:val="cyan"/>
          <w:u w:val="single"/>
        </w:rPr>
        <w:t>tech</w:t>
      </w:r>
      <w:r>
        <w:rPr>
          <w:b w:val="0"/>
          <w:i w:val="0"/>
          <w:smallCaps w:val="0"/>
          <w:strike w:val="0"/>
          <w:sz w:val="22"/>
          <w:u w:val="single"/>
        </w:rPr>
        <w:t xml:space="preserve">nologies such as nuclear power </w:t>
      </w:r>
      <w:r>
        <w:rPr>
          <w:b w:val="0"/>
          <w:i w:val="0"/>
          <w:smallCaps w:val="0"/>
          <w:strike w:val="0"/>
          <w:sz w:val="22"/>
          <w:highlight w:val="cyan"/>
          <w:u w:val="single"/>
        </w:rPr>
        <w:t xml:space="preserve">can </w:t>
      </w:r>
      <w:r>
        <w:rPr>
          <w:b/>
          <w:i w:val="0"/>
          <w:smallCaps w:val="0"/>
          <w:strike w:val="0"/>
          <w:sz w:val="24"/>
          <w:highlight w:val="cyan"/>
          <w:u w:val="single"/>
        </w:rPr>
        <w:t>reduce emissions</w:t>
      </w:r>
      <w:r>
        <w:rPr>
          <w:b w:val="0"/>
          <w:i w:val="0"/>
          <w:smallCaps w:val="0"/>
          <w:strike w:val="0"/>
          <w:sz w:val="16"/>
          <w:u w:val="none"/>
        </w:rPr>
        <w:t xml:space="preserve">. And the research of Rockefeller University environmental science professor Jesse H. Ausubel, who was integral to setting up the world’s first climate change conference in Geneva in 1979, has shown how </w:t>
      </w:r>
      <w:r>
        <w:rPr>
          <w:b w:val="0"/>
          <w:i w:val="0"/>
          <w:smallCaps w:val="0"/>
          <w:strike w:val="0"/>
          <w:sz w:val="22"/>
          <w:u w:val="single"/>
        </w:rPr>
        <w:t xml:space="preserve">technological </w:t>
      </w:r>
      <w:r>
        <w:rPr>
          <w:b w:val="0"/>
          <w:i w:val="0"/>
          <w:smallCaps w:val="0"/>
          <w:strike w:val="0"/>
          <w:sz w:val="22"/>
          <w:highlight w:val="cyan"/>
          <w:u w:val="single"/>
        </w:rPr>
        <w:t>progress</w:t>
      </w:r>
      <w:r>
        <w:rPr>
          <w:b w:val="0"/>
          <w:i w:val="0"/>
          <w:smallCaps w:val="0"/>
          <w:strike w:val="0"/>
          <w:sz w:val="22"/>
          <w:u w:val="single"/>
        </w:rPr>
        <w:t xml:space="preserve"> can </w:t>
      </w:r>
      <w:r>
        <w:rPr>
          <w:b/>
          <w:i w:val="0"/>
          <w:smallCaps w:val="0"/>
          <w:strike w:val="0"/>
          <w:sz w:val="24"/>
          <w:highlight w:val="cyan"/>
          <w:u w:val="single"/>
        </w:rPr>
        <w:t>allow nature to rebound</w:t>
      </w:r>
      <w:r>
        <w:rPr>
          <w:b w:val="0"/>
          <w:i w:val="0"/>
          <w:smallCaps w:val="0"/>
          <w:strike w:val="0"/>
          <w:sz w:val="16"/>
          <w:u w:val="none"/>
        </w:rPr>
        <w:t>, even while food and other resources have become more plentiful.</w:t>
      </w:r>
    </w:p>
    <w:p>
      <w:pPr>
        <w:spacing w:after="60"/>
      </w:pPr>
      <w:r>
        <w:rPr>
          <w:b w:val="0"/>
          <w:i w:val="0"/>
          <w:smallCaps w:val="0"/>
          <w:strike w:val="0"/>
          <w:sz w:val="16"/>
          <w:u w:val="none"/>
        </w:rPr>
        <w:t xml:space="preserve">Unfortunately, ecomodernists are still a minority within the environmental movement. </w:t>
      </w:r>
      <w:r>
        <w:rPr>
          <w:b w:val="0"/>
          <w:i w:val="0"/>
          <w:smallCaps w:val="0"/>
          <w:strike w:val="0"/>
          <w:sz w:val="22"/>
          <w:u w:val="single"/>
        </w:rPr>
        <w:t>Too many people</w:t>
      </w:r>
      <w:r>
        <w:rPr>
          <w:b w:val="0"/>
          <w:i w:val="0"/>
          <w:smallCaps w:val="0"/>
          <w:strike w:val="0"/>
          <w:sz w:val="16"/>
          <w:u w:val="none"/>
        </w:rPr>
        <w:t xml:space="preserve">, mostly on the political Left, still </w:t>
      </w:r>
      <w:r>
        <w:rPr>
          <w:b w:val="0"/>
          <w:i w:val="0"/>
          <w:smallCaps w:val="0"/>
          <w:strike w:val="0"/>
          <w:sz w:val="22"/>
          <w:u w:val="single"/>
        </w:rPr>
        <w:t>agree</w:t>
      </w:r>
      <w:r>
        <w:rPr>
          <w:b w:val="0"/>
          <w:i w:val="0"/>
          <w:smallCaps w:val="0"/>
          <w:strike w:val="0"/>
          <w:sz w:val="16"/>
          <w:u w:val="none"/>
        </w:rPr>
        <w:t xml:space="preserve"> with Ehrlich </w:t>
      </w:r>
      <w:r>
        <w:rPr>
          <w:b w:val="0"/>
          <w:i w:val="0"/>
          <w:smallCaps w:val="0"/>
          <w:strike w:val="0"/>
          <w:sz w:val="22"/>
          <w:u w:val="single"/>
        </w:rPr>
        <w:t>that humans are analogous to cancer cells and long for</w:t>
      </w:r>
      <w:r>
        <w:rPr>
          <w:b w:val="0"/>
          <w:i w:val="0"/>
          <w:smallCaps w:val="0"/>
          <w:strike w:val="0"/>
          <w:sz w:val="16"/>
          <w:u w:val="none"/>
        </w:rPr>
        <w:t xml:space="preserve"> the reduction or even </w:t>
      </w:r>
      <w:r>
        <w:rPr>
          <w:b w:val="0"/>
          <w:i w:val="0"/>
          <w:smallCaps w:val="0"/>
          <w:strike w:val="0"/>
          <w:sz w:val="22"/>
          <w:u w:val="single"/>
        </w:rPr>
        <w:t>extinction</w:t>
      </w:r>
      <w:r>
        <w:rPr>
          <w:b w:val="0"/>
          <w:i w:val="0"/>
          <w:smallCaps w:val="0"/>
          <w:strike w:val="0"/>
          <w:sz w:val="16"/>
          <w:u w:val="none"/>
        </w:rPr>
        <w:t xml:space="preserve"> of our species. One third of Americans in the millennial generation say they are deeply concerned about the environmental impact of having children. Not that long ago, well within the living memory of a millennial such as myself, a 2002 episode of Aaron Sorkin’s popular political drama The West Wing could still quip that “Death is bad” remained a left-wing position. The scriptwriter took it for granted that, on the political Left, everyone is in favor of human flourishing. If only that were still the case.</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