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Environmental destruction is </w:t>
      </w:r>
      <w:r>
        <w:rPr>
          <w:b/>
          <w:i w:val="0"/>
          <w:smallCaps w:val="0"/>
          <w:strike w:val="0"/>
          <w:sz w:val="26"/>
          <w:u w:val="single"/>
        </w:rPr>
        <w:t>inevitable</w:t>
      </w:r>
      <w:r>
        <w:rPr>
          <w:b/>
          <w:i w:val="0"/>
          <w:smallCaps w:val="0"/>
          <w:strike w:val="0"/>
          <w:sz w:val="26"/>
          <w:u w:val="none"/>
        </w:rPr>
        <w:t>, even without humans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Scotty </w:t>
      </w:r>
      <w:r>
        <w:rPr>
          <w:b/>
          <w:i w:val="0"/>
          <w:smallCaps w:val="0"/>
          <w:strike w:val="0"/>
          <w:sz w:val="26"/>
          <w:u w:val="none"/>
        </w:rPr>
        <w:t>Hendricks 18</w:t>
      </w:r>
      <w:r>
        <w:rPr>
          <w:b w:val="0"/>
          <w:i w:val="0"/>
          <w:smallCaps w:val="0"/>
          <w:strike w:val="0"/>
          <w:u w:val="none"/>
        </w:rPr>
        <w:t xml:space="preserve">, Contributing Writer at Big Think, BA in Philosophy from the University of Iowa, Organizer for the Green Party of Iowa, Volunteer for the Iowa Democratic Party, “Human Extinction! Don't Panic; Think About It Like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Philosopher.”, Big Think, 12/20/2018, https://bigthink.com/politics-current-affairs/human-extinction-philosophy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possible to take issue with the claim that the environment would be that much better off without humans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that the effect of humanity on the environment is so awful that we ought to die off.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Nature can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sickeningly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cruel without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any</w:t>
      </w:r>
      <w:r>
        <w:rPr>
          <w:b/>
          <w:i w:val="0"/>
          <w:smallCaps w:val="0"/>
          <w:strike w:val="0"/>
          <w:sz w:val="24"/>
          <w:u w:val="single"/>
        </w:rPr>
        <w:t xml:space="preserve"> human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intervention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Animals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cause as much defo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restation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environmental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degradation as humanity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does </w:t>
      </w:r>
      <w:r>
        <w:rPr>
          <w:b w:val="0"/>
          <w:i w:val="0"/>
          <w:smallCaps w:val="0"/>
          <w:strike w:val="0"/>
          <w:sz w:val="22"/>
          <w:u w:val="single"/>
        </w:rPr>
        <w:t>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local scale.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Plants</w:t>
      </w:r>
      <w:r>
        <w:rPr>
          <w:b w:val="0"/>
          <w:i w:val="0"/>
          <w:smallCaps w:val="0"/>
          <w:strike w:val="0"/>
          <w:u w:val="none"/>
        </w:rPr>
        <w:t xml:space="preserve">, as well as humans,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 climate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catastrophes</w:t>
      </w:r>
      <w:r>
        <w:rPr>
          <w:b w:val="0"/>
          <w:i w:val="0"/>
          <w:smallCaps w:val="0"/>
          <w:strike w:val="0"/>
          <w:u w:val="none"/>
        </w:rPr>
        <w:t xml:space="preserve"> by changing the composition of the atmosphere.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were two dozen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extinction events before</w:t>
      </w:r>
      <w:r>
        <w:rPr>
          <w:b w:val="0"/>
          <w:i w:val="0"/>
          <w:smallCaps w:val="0"/>
          <w:strike w:val="0"/>
          <w:u w:val="none"/>
        </w:rPr>
        <w:t xml:space="preserve"> the evolution of modern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humans</w:t>
      </w:r>
      <w:r>
        <w:rPr>
          <w:b w:val="0"/>
          <w:i w:val="0"/>
          <w:smallCaps w:val="0"/>
          <w:strike w:val="0"/>
          <w:sz w:val="22"/>
          <w:u w:val="single"/>
        </w:rPr>
        <w:t>. One</w:t>
      </w:r>
      <w:r>
        <w:rPr>
          <w:b w:val="0"/>
          <w:i w:val="0"/>
          <w:smallCaps w:val="0"/>
          <w:strike w:val="0"/>
          <w:u w:val="none"/>
        </w:rPr>
        <w:t xml:space="preserve"> of these, the Permian–Triassic extinction event, </w:t>
      </w:r>
      <w:r>
        <w:rPr>
          <w:b w:val="0"/>
          <w:i w:val="0"/>
          <w:smallCaps w:val="0"/>
          <w:strike w:val="0"/>
          <w:sz w:val="22"/>
          <w:u w:val="single"/>
        </w:rPr>
        <w:t>saw 96% of all</w:t>
      </w:r>
      <w:r>
        <w:rPr>
          <w:b w:val="0"/>
          <w:i w:val="0"/>
          <w:smallCaps w:val="0"/>
          <w:strike w:val="0"/>
          <w:u w:val="none"/>
        </w:rPr>
        <w:t xml:space="preserve"> marine and 70% of all land-dwelling vertebrate </w:t>
      </w:r>
      <w:r>
        <w:rPr>
          <w:b w:val="0"/>
          <w:i w:val="0"/>
          <w:smallCaps w:val="0"/>
          <w:strike w:val="0"/>
          <w:sz w:val="22"/>
          <w:u w:val="single"/>
        </w:rPr>
        <w:t>life die</w:t>
      </w:r>
      <w:r>
        <w:rPr>
          <w:b w:val="0"/>
          <w:i w:val="0"/>
          <w:smallCaps w:val="0"/>
          <w:strike w:val="0"/>
          <w:u w:val="none"/>
        </w:rPr>
        <w:t xml:space="preserve">. The famous Cretaceous extinction event featured the death of the dinosaurs and almost every land animal that weighed more than 55 pounds as the result of a giant asteroid hitting the earth, as they often have done and will do again.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Humans have yet to do anything with nearly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kind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environment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random events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our </w:t>
      </w:r>
      <w:r>
        <w:rPr>
          <w:b w:val="0"/>
          <w:i w:val="0"/>
          <w:smallCaps w:val="0"/>
          <w:strike w:val="0"/>
          <w:u w:val="none"/>
        </w:rPr>
        <w:t>destroying</w:t>
      </w:r>
      <w:r>
        <w:rPr>
          <w:b w:val="0"/>
          <w:i w:val="0"/>
          <w:smallCaps w:val="0"/>
          <w:strike w:val="0"/>
          <w:u w:val="none"/>
        </w:rPr>
        <w:t xml:space="preserve"> the environment is not made acceptable by the fact a random occurrence might do the same thing,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the argument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humans should die off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sake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environment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lose</w:t>
      </w:r>
      <w:r>
        <w:rPr>
          <w:b/>
          <w:i w:val="0"/>
          <w:smallCaps w:val="0"/>
          <w:strike w:val="0"/>
          <w:sz w:val="24"/>
          <w:u w:val="single"/>
        </w:rPr>
        <w:t xml:space="preserve"> a bit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its punch</w:t>
      </w:r>
      <w:r>
        <w:rPr>
          <w:b w:val="0"/>
          <w:i w:val="0"/>
          <w:smallCaps w:val="0"/>
          <w:strike w:val="0"/>
          <w:u w:val="none"/>
        </w:rPr>
        <w:t xml:space="preserve">. After all, if another mass extinction event is inevitable, which many people think is the case, then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getting rid of humans doesn't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actually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accomplish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much</w:t>
      </w:r>
      <w:r>
        <w:rPr>
          <w:b/>
          <w:i w:val="0"/>
          <w:smallCaps w:val="0"/>
          <w:strike w:val="0"/>
          <w:sz w:val="24"/>
          <w:u w:val="single"/>
        </w:rPr>
        <w:t xml:space="preserve"> in the way of protecting the environment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over the long run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