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Asteroids will inevitably wreck non-human life---survival allows space colonization that stops it</w:t>
      </w:r>
    </w:p>
    <w:p>
      <w:pPr>
        <w:spacing w:after="80"/>
      </w:pPr>
      <w:r>
        <w:rPr>
          <w:b w:val="0"/>
          <w:i w:val="0"/>
          <w:smallCaps w:val="0"/>
          <w:strike w:val="0"/>
          <w:u w:val="none"/>
        </w:rPr>
        <w:t xml:space="preserve">Dr. Gonzalo </w:t>
      </w:r>
      <w:r>
        <w:rPr>
          <w:b/>
          <w:i w:val="0"/>
          <w:smallCaps w:val="0"/>
          <w:strike w:val="0"/>
          <w:sz w:val="26"/>
          <w:u w:val="none"/>
        </w:rPr>
        <w:t>Munevar 19</w:t>
      </w:r>
      <w:r>
        <w:rPr>
          <w:b w:val="0"/>
          <w:i w:val="0"/>
          <w:smallCaps w:val="0"/>
          <w:strike w:val="0"/>
          <w:u w:val="none"/>
        </w:rPr>
        <w:t>, Emeritus Professor at Lawrence Technological University, Ph.D. from Berkeley in Philosophy of Science, “An Obligation to Colonize Outer Space”, Futures, February 2019</w:t>
      </w:r>
    </w:p>
    <w:p>
      <w:pPr>
        <w:spacing w:after="60"/>
      </w:pPr>
      <w:r>
        <w:rPr>
          <w:b w:val="0"/>
          <w:i w:val="0"/>
          <w:smallCaps w:val="0"/>
          <w:strike w:val="0"/>
          <w:sz w:val="16"/>
          <w:u w:val="none"/>
        </w:rPr>
        <w:t xml:space="preserve">Now, some philosophers have argued that we have no obligations to human beings who are not even born, but that is surely mistaken.14 Otherwise we would have no obligation, say, to prevent the accumulation of dangerous materials next to the new-born wing of a hospital, on the grounds that those materials will not reach a critical stage in less than ten years. A possible explosion then will kill people not yet born now. And </w:t>
      </w:r>
      <w:r>
        <w:rPr>
          <w:b w:val="0"/>
          <w:i w:val="0"/>
          <w:smallCaps w:val="0"/>
          <w:strike w:val="0"/>
          <w:sz w:val="22"/>
          <w:u w:val="single"/>
        </w:rPr>
        <w:t xml:space="preserve">there might even be </w:t>
      </w:r>
      <w:r>
        <w:rPr>
          <w:b w:val="0"/>
          <w:i w:val="0"/>
          <w:smallCaps w:val="0"/>
          <w:strike w:val="0"/>
          <w:sz w:val="22"/>
          <w:highlight w:val="cyan"/>
          <w:u w:val="single"/>
        </w:rPr>
        <w:t>some</w:t>
      </w:r>
      <w:r>
        <w:rPr>
          <w:b w:val="0"/>
          <w:i w:val="0"/>
          <w:smallCaps w:val="0"/>
          <w:strike w:val="0"/>
          <w:sz w:val="22"/>
          <w:u w:val="single"/>
        </w:rPr>
        <w:t xml:space="preserve"> who </w:t>
      </w:r>
      <w:r>
        <w:rPr>
          <w:b w:val="0"/>
          <w:i w:val="0"/>
          <w:smallCaps w:val="0"/>
          <w:strike w:val="0"/>
          <w:sz w:val="22"/>
          <w:highlight w:val="cyan"/>
          <w:u w:val="single"/>
        </w:rPr>
        <w:t>think</w:t>
      </w:r>
      <w:r>
        <w:rPr>
          <w:b w:val="0"/>
          <w:i w:val="0"/>
          <w:smallCaps w:val="0"/>
          <w:strike w:val="0"/>
          <w:sz w:val="22"/>
          <w:u w:val="single"/>
        </w:rPr>
        <w:t xml:space="preserve"> that </w:t>
      </w:r>
      <w:r>
        <w:rPr>
          <w:b w:val="0"/>
          <w:i w:val="0"/>
          <w:smallCaps w:val="0"/>
          <w:strike w:val="0"/>
          <w:sz w:val="22"/>
          <w:highlight w:val="cyan"/>
          <w:u w:val="single"/>
        </w:rPr>
        <w:t>humanity is not worth saving</w:t>
      </w:r>
      <w:r>
        <w:rPr>
          <w:b w:val="0"/>
          <w:i w:val="0"/>
          <w:smallCaps w:val="0"/>
          <w:strike w:val="0"/>
          <w:sz w:val="16"/>
          <w:u w:val="none"/>
        </w:rPr>
        <w:t xml:space="preserve">. Making a case for what is right amounts to providing reasons for action, compelling reasons for those who might be called upon to make great efforts.15 And it is difficult to imagine that humanity </w:t>
      </w:r>
      <w:r>
        <w:rPr>
          <w:b w:val="0"/>
          <w:i w:val="0"/>
          <w:smallCaps w:val="0"/>
          <w:strike w:val="0"/>
          <w:sz w:val="16"/>
          <w:u w:val="none"/>
        </w:rPr>
        <w:t>as a whole will</w:t>
      </w:r>
      <w:r>
        <w:rPr>
          <w:b w:val="0"/>
          <w:i w:val="0"/>
          <w:smallCaps w:val="0"/>
          <w:strike w:val="0"/>
          <w:sz w:val="16"/>
          <w:u w:val="none"/>
        </w:rPr>
        <w:t xml:space="preserve"> come to hate itself to the degree of accepting extinction. </w:t>
      </w:r>
      <w:r>
        <w:rPr>
          <w:b w:val="0"/>
          <w:i w:val="0"/>
          <w:smallCaps w:val="0"/>
          <w:strike w:val="0"/>
          <w:sz w:val="22"/>
          <w:u w:val="single"/>
        </w:rPr>
        <w:t xml:space="preserve">As </w:t>
      </w:r>
      <w:r>
        <w:rPr>
          <w:b w:val="0"/>
          <w:i w:val="0"/>
          <w:smallCaps w:val="0"/>
          <w:strike w:val="0"/>
          <w:sz w:val="22"/>
          <w:highlight w:val="cyan"/>
          <w:u w:val="single"/>
        </w:rPr>
        <w:t>for those</w:t>
      </w:r>
      <w:r>
        <w:rPr>
          <w:b w:val="0"/>
          <w:i w:val="0"/>
          <w:smallCaps w:val="0"/>
          <w:strike w:val="0"/>
          <w:sz w:val="22"/>
          <w:u w:val="single"/>
        </w:rPr>
        <w:t xml:space="preserve"> who love spiders and ragweed more than their fellow humans, they might </w:t>
      </w:r>
      <w:r>
        <w:rPr>
          <w:b w:val="0"/>
          <w:i w:val="0"/>
          <w:smallCaps w:val="0"/>
          <w:strike w:val="0"/>
          <w:sz w:val="22"/>
          <w:highlight w:val="cyan"/>
          <w:u w:val="single"/>
        </w:rPr>
        <w:t>consider</w:t>
      </w:r>
      <w:r>
        <w:rPr>
          <w:b w:val="0"/>
          <w:i w:val="0"/>
          <w:smallCaps w:val="0"/>
          <w:strike w:val="0"/>
          <w:sz w:val="22"/>
          <w:u w:val="single"/>
        </w:rPr>
        <w:t xml:space="preserve"> that large </w:t>
      </w:r>
      <w:r>
        <w:rPr>
          <w:b w:val="0"/>
          <w:i w:val="0"/>
          <w:smallCaps w:val="0"/>
          <w:strike w:val="0"/>
          <w:sz w:val="22"/>
          <w:highlight w:val="cyan"/>
          <w:u w:val="single"/>
        </w:rPr>
        <w:t>cosmic collisions</w:t>
      </w:r>
      <w:r>
        <w:rPr>
          <w:b w:val="0"/>
          <w:i w:val="0"/>
          <w:smallCaps w:val="0"/>
          <w:strike w:val="0"/>
          <w:sz w:val="22"/>
          <w:u w:val="single"/>
        </w:rPr>
        <w:t xml:space="preserve"> in the past may have </w:t>
      </w:r>
      <w:r>
        <w:rPr>
          <w:b w:val="0"/>
          <w:i w:val="0"/>
          <w:smallCaps w:val="0"/>
          <w:strike w:val="0"/>
          <w:sz w:val="22"/>
          <w:highlight w:val="cyan"/>
          <w:u w:val="single"/>
        </w:rPr>
        <w:t>wiped out</w:t>
      </w:r>
      <w:r>
        <w:rPr>
          <w:b w:val="0"/>
          <w:i w:val="0"/>
          <w:smallCaps w:val="0"/>
          <w:strike w:val="0"/>
          <w:sz w:val="22"/>
          <w:u w:val="single"/>
        </w:rPr>
        <w:t xml:space="preserve"> between 75%</w:t>
      </w:r>
      <w:r>
        <w:rPr>
          <w:b w:val="0"/>
          <w:i w:val="0"/>
          <w:smallCaps w:val="0"/>
          <w:strike w:val="0"/>
          <w:sz w:val="16"/>
          <w:u w:val="none"/>
        </w:rPr>
        <w:t xml:space="preserve"> (65 M years ago) </w:t>
      </w:r>
      <w:r>
        <w:rPr>
          <w:b w:val="0"/>
          <w:i w:val="0"/>
          <w:smallCaps w:val="0"/>
          <w:strike w:val="0"/>
          <w:sz w:val="22"/>
          <w:u w:val="single"/>
        </w:rPr>
        <w:t xml:space="preserve">and </w:t>
      </w:r>
      <w:r>
        <w:rPr>
          <w:b w:val="0"/>
          <w:i w:val="0"/>
          <w:smallCaps w:val="0"/>
          <w:strike w:val="0"/>
          <w:sz w:val="22"/>
          <w:highlight w:val="cyan"/>
          <w:u w:val="single"/>
        </w:rPr>
        <w:t>96% of</w:t>
      </w:r>
      <w:r>
        <w:rPr>
          <w:b w:val="0"/>
          <w:i w:val="0"/>
          <w:smallCaps w:val="0"/>
          <w:strike w:val="0"/>
          <w:sz w:val="22"/>
          <w:u w:val="single"/>
        </w:rPr>
        <w:t xml:space="preserve"> marine </w:t>
      </w:r>
      <w:r>
        <w:rPr>
          <w:b w:val="0"/>
          <w:i w:val="0"/>
          <w:smallCaps w:val="0"/>
          <w:strike w:val="0"/>
          <w:sz w:val="22"/>
          <w:highlight w:val="cyan"/>
          <w:u w:val="single"/>
        </w:rPr>
        <w:t>species</w:t>
      </w:r>
      <w:r>
        <w:rPr>
          <w:b w:val="0"/>
          <w:i w:val="0"/>
          <w:smallCaps w:val="0"/>
          <w:strike w:val="0"/>
          <w:sz w:val="22"/>
          <w:u w:val="single"/>
        </w:rPr>
        <w:t xml:space="preserve"> on Earth</w:t>
      </w:r>
      <w:r>
        <w:rPr>
          <w:b w:val="0"/>
          <w:i w:val="0"/>
          <w:smallCaps w:val="0"/>
          <w:strike w:val="0"/>
          <w:sz w:val="16"/>
          <w:u w:val="none"/>
        </w:rPr>
        <w:t xml:space="preserve"> (presumed collision at the end of the Permian, 252 M years ago).16 </w:t>
      </w:r>
      <w:r>
        <w:rPr>
          <w:b w:val="0"/>
          <w:i w:val="0"/>
          <w:smallCaps w:val="0"/>
          <w:strike w:val="0"/>
          <w:sz w:val="22"/>
          <w:highlight w:val="cyan"/>
          <w:u w:val="single"/>
        </w:rPr>
        <w:t>We will not be saving just ourselves</w:t>
      </w:r>
      <w:r>
        <w:rPr>
          <w:b w:val="0"/>
          <w:i w:val="0"/>
          <w:smallCaps w:val="0"/>
          <w:strike w:val="0"/>
          <w:sz w:val="22"/>
          <w:u w:val="single"/>
        </w:rPr>
        <w:t xml:space="preserve">. And, incidentally, </w:t>
      </w:r>
      <w:r>
        <w:rPr>
          <w:b w:val="0"/>
          <w:i w:val="0"/>
          <w:smallCaps w:val="0"/>
          <w:strike w:val="0"/>
          <w:sz w:val="22"/>
          <w:highlight w:val="cyan"/>
          <w:u w:val="single"/>
        </w:rPr>
        <w:t>by colonizing</w:t>
      </w:r>
      <w:r>
        <w:rPr>
          <w:b w:val="0"/>
          <w:i w:val="0"/>
          <w:smallCaps w:val="0"/>
          <w:strike w:val="0"/>
          <w:sz w:val="22"/>
          <w:u w:val="single"/>
        </w:rPr>
        <w:t xml:space="preserve"> space </w:t>
      </w:r>
      <w:r>
        <w:rPr>
          <w:b w:val="0"/>
          <w:i w:val="0"/>
          <w:smallCaps w:val="0"/>
          <w:strike w:val="0"/>
          <w:sz w:val="22"/>
          <w:highlight w:val="cyan"/>
          <w:u w:val="single"/>
        </w:rPr>
        <w:t>we will</w:t>
      </w:r>
      <w:r>
        <w:rPr>
          <w:b w:val="0"/>
          <w:i w:val="0"/>
          <w:smallCaps w:val="0"/>
          <w:strike w:val="0"/>
          <w:sz w:val="22"/>
          <w:u w:val="single"/>
        </w:rPr>
        <w:t xml:space="preserve"> also </w:t>
      </w:r>
      <w:r>
        <w:rPr>
          <w:b w:val="0"/>
          <w:i w:val="0"/>
          <w:smallCaps w:val="0"/>
          <w:strike w:val="0"/>
          <w:sz w:val="22"/>
          <w:highlight w:val="cyan"/>
          <w:u w:val="single"/>
        </w:rPr>
        <w:t>be taking other</w:t>
      </w:r>
      <w:r>
        <w:rPr>
          <w:b w:val="0"/>
          <w:i w:val="0"/>
          <w:smallCaps w:val="0"/>
          <w:strike w:val="0"/>
          <w:sz w:val="22"/>
          <w:u w:val="single"/>
        </w:rPr>
        <w:t xml:space="preserve"> terrestrial </w:t>
      </w:r>
      <w:r>
        <w:rPr>
          <w:b w:val="0"/>
          <w:i w:val="0"/>
          <w:smallCaps w:val="0"/>
          <w:strike w:val="0"/>
          <w:sz w:val="22"/>
          <w:highlight w:val="cyan"/>
          <w:u w:val="single"/>
        </w:rPr>
        <w:t>life with us</w:t>
      </w:r>
      <w:r>
        <w:rPr>
          <w:b w:val="0"/>
          <w:i w:val="0"/>
          <w:smallCaps w:val="0"/>
          <w:strike w:val="0"/>
          <w:sz w:val="22"/>
          <w:u w:val="single"/>
        </w:rPr>
        <w:t xml:space="preserve"> into the heavens, for we will need plants and at least small animals for food, just as we will want flowers and other ornamental vegetation. Some </w:t>
      </w:r>
      <w:r>
        <w:rPr>
          <w:b w:val="0"/>
          <w:i w:val="0"/>
          <w:smallCaps w:val="0"/>
          <w:strike w:val="0"/>
          <w:sz w:val="22"/>
          <w:highlight w:val="cyan"/>
          <w:u w:val="single"/>
        </w:rPr>
        <w:t>insects and many bacteria will</w:t>
      </w:r>
      <w:r>
        <w:rPr>
          <w:b w:val="0"/>
          <w:i w:val="0"/>
          <w:smallCaps w:val="0"/>
          <w:strike w:val="0"/>
          <w:sz w:val="22"/>
          <w:u w:val="single"/>
        </w:rPr>
        <w:t xml:space="preserve"> be essential to the survival of </w:t>
      </w:r>
      <w:r>
        <w:rPr>
          <w:b w:val="0"/>
          <w:i w:val="0"/>
          <w:smallCaps w:val="0"/>
          <w:strike w:val="0"/>
          <w:sz w:val="22"/>
          <w:u w:val="single"/>
        </w:rPr>
        <w:t>the other</w:t>
      </w:r>
      <w:r>
        <w:rPr>
          <w:b w:val="0"/>
          <w:i w:val="0"/>
          <w:smallCaps w:val="0"/>
          <w:strike w:val="0"/>
          <w:sz w:val="22"/>
          <w:u w:val="single"/>
        </w:rPr>
        <w:t xml:space="preserve"> terrestrial life, and so they must also </w:t>
      </w:r>
      <w:r>
        <w:rPr>
          <w:b w:val="0"/>
          <w:i w:val="0"/>
          <w:smallCaps w:val="0"/>
          <w:strike w:val="0"/>
          <w:sz w:val="22"/>
          <w:highlight w:val="cyan"/>
          <w:u w:val="single"/>
        </w:rPr>
        <w:t>accompany</w:t>
      </w:r>
      <w:r>
        <w:rPr>
          <w:b w:val="0"/>
          <w:i w:val="0"/>
          <w:smallCaps w:val="0"/>
          <w:strike w:val="0"/>
          <w:sz w:val="22"/>
          <w:u w:val="single"/>
        </w:rPr>
        <w:t xml:space="preserve"> us. In the case of a final disaster, </w:t>
      </w:r>
      <w:r>
        <w:rPr>
          <w:b w:val="0"/>
          <w:i w:val="0"/>
          <w:smallCaps w:val="0"/>
          <w:strike w:val="0"/>
          <w:sz w:val="22"/>
          <w:highlight w:val="cyan"/>
          <w:u w:val="single"/>
        </w:rPr>
        <w:t xml:space="preserve">it is </w:t>
      </w:r>
      <w:r>
        <w:rPr>
          <w:b/>
          <w:i w:val="0"/>
          <w:smallCaps w:val="0"/>
          <w:strike w:val="0"/>
          <w:sz w:val="24"/>
          <w:highlight w:val="cyan"/>
          <w:u w:val="single"/>
        </w:rPr>
        <w:t>likely</w:t>
      </w:r>
      <w:r>
        <w:rPr>
          <w:b w:val="0"/>
          <w:i w:val="0"/>
          <w:smallCaps w:val="0"/>
          <w:strike w:val="0"/>
          <w:sz w:val="22"/>
          <w:u w:val="single"/>
        </w:rPr>
        <w:t xml:space="preserve"> that </w:t>
      </w:r>
      <w:r>
        <w:rPr>
          <w:b w:val="0"/>
          <w:i w:val="0"/>
          <w:smallCaps w:val="0"/>
          <w:strike w:val="0"/>
          <w:sz w:val="22"/>
          <w:highlight w:val="cyan"/>
          <w:u w:val="single"/>
        </w:rPr>
        <w:t>people would</w:t>
      </w:r>
      <w:r>
        <w:rPr>
          <w:b w:val="0"/>
          <w:i w:val="0"/>
          <w:smallCaps w:val="0"/>
          <w:strike w:val="0"/>
          <w:sz w:val="22"/>
          <w:u w:val="single"/>
        </w:rPr>
        <w:t xml:space="preserve"> try to </w:t>
      </w:r>
      <w:r>
        <w:rPr>
          <w:b w:val="0"/>
          <w:i w:val="0"/>
          <w:smallCaps w:val="0"/>
          <w:strike w:val="0"/>
          <w:sz w:val="22"/>
          <w:highlight w:val="cyan"/>
          <w:u w:val="single"/>
        </w:rPr>
        <w:t xml:space="preserve">save as </w:t>
      </w:r>
      <w:r>
        <w:rPr>
          <w:b w:val="0"/>
          <w:i w:val="0"/>
          <w:smallCaps w:val="0"/>
          <w:strike w:val="0"/>
          <w:sz w:val="22"/>
          <w:highlight w:val="cyan"/>
          <w:u w:val="single"/>
        </w:rPr>
        <w:t>much</w:t>
      </w:r>
      <w:r>
        <w:rPr>
          <w:b w:val="0"/>
          <w:i w:val="0"/>
          <w:smallCaps w:val="0"/>
          <w:strike w:val="0"/>
          <w:sz w:val="22"/>
          <w:u w:val="single"/>
        </w:rPr>
        <w:t xml:space="preserve"> of</w:t>
      </w:r>
      <w:r>
        <w:rPr>
          <w:b w:val="0"/>
          <w:i w:val="0"/>
          <w:smallCaps w:val="0"/>
          <w:strike w:val="0"/>
          <w:sz w:val="22"/>
          <w:u w:val="single"/>
        </w:rPr>
        <w:t xml:space="preserve"> </w:t>
      </w:r>
      <w:r>
        <w:rPr>
          <w:b w:val="0"/>
          <w:i w:val="0"/>
          <w:smallCaps w:val="0"/>
          <w:strike w:val="0"/>
          <w:sz w:val="22"/>
          <w:highlight w:val="cyan"/>
          <w:u w:val="single"/>
        </w:rPr>
        <w:t>terrestrial life as they could place in space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