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outweighs by a </w:t>
      </w:r>
      <w:r>
        <w:rPr>
          <w:b/>
          <w:i w:val="0"/>
          <w:smallCaps w:val="0"/>
          <w:strike w:val="0"/>
          <w:sz w:val="26"/>
          <w:u w:val="single"/>
        </w:rPr>
        <w:t>billion times</w:t>
      </w:r>
      <w:r>
        <w:rPr>
          <w:b/>
          <w:i w:val="0"/>
          <w:smallCaps w:val="0"/>
          <w:strike w:val="0"/>
          <w:sz w:val="26"/>
          <w:u w:val="none"/>
        </w:rPr>
        <w:t xml:space="preserve">---animal liberation is </w:t>
      </w:r>
      <w:r>
        <w:rPr>
          <w:b/>
          <w:i w:val="0"/>
          <w:smallCaps w:val="0"/>
          <w:strike w:val="0"/>
          <w:sz w:val="26"/>
          <w:u w:val="single"/>
        </w:rPr>
        <w:t>inevitable</w:t>
      </w:r>
      <w:r>
        <w:rPr>
          <w:b/>
          <w:i w:val="0"/>
          <w:smallCaps w:val="0"/>
          <w:strike w:val="0"/>
          <w:sz w:val="26"/>
          <w:u w:val="none"/>
        </w:rPr>
        <w:t xml:space="preserve"> in the short-term---future lives saved depend on humans and are </w:t>
      </w:r>
      <w:r>
        <w:rPr>
          <w:b/>
          <w:i w:val="0"/>
          <w:smallCaps w:val="0"/>
          <w:strike w:val="0"/>
          <w:sz w:val="26"/>
          <w:u w:val="single"/>
        </w:rPr>
        <w:t>far greater</w:t>
      </w:r>
    </w:p>
    <w:p>
      <w:pPr>
        <w:spacing w:after="80"/>
      </w:pPr>
      <w:r>
        <w:rPr>
          <w:b w:val="0"/>
          <w:i w:val="0"/>
          <w:smallCaps w:val="0"/>
          <w:strike w:val="0"/>
          <w:u w:val="none"/>
        </w:rPr>
        <w:t>Jason G.</w:t>
      </w:r>
      <w:r>
        <w:rPr>
          <w:b w:val="0"/>
          <w:i w:val="0"/>
          <w:smallCaps w:val="0"/>
          <w:strike w:val="0"/>
          <w:u w:val="none"/>
        </w:rPr>
        <w:t xml:space="preserve"> </w:t>
      </w:r>
      <w:r>
        <w:rPr>
          <w:b/>
          <w:i w:val="0"/>
          <w:smallCaps w:val="0"/>
          <w:strike w:val="0"/>
          <w:sz w:val="26"/>
          <w:u w:val="none"/>
        </w:rPr>
        <w:t>Matheny 7</w:t>
      </w:r>
      <w:r>
        <w:rPr>
          <w:b w:val="0"/>
          <w:i w:val="0"/>
          <w:smallCaps w:val="0"/>
          <w:strike w:val="0"/>
          <w:u w:val="none"/>
        </w:rPr>
        <w:t>, Special Consultant to the Center for Biosecurity at the University of Pittsburgh Medical Center</w:t>
      </w:r>
      <w:r>
        <w:rPr>
          <w:b w:val="0"/>
          <w:i w:val="0"/>
          <w:smallCaps w:val="0"/>
          <w:strike w:val="0"/>
          <w:u w:val="none"/>
        </w:rPr>
        <w:t xml:space="preserve">, </w:t>
      </w:r>
      <w:r>
        <w:rPr>
          <w:b w:val="0"/>
          <w:i w:val="0"/>
          <w:smallCaps w:val="0"/>
          <w:strike w:val="0"/>
          <w:u w:val="none"/>
        </w:rPr>
        <w:t xml:space="preserve">PhD Candidate in Health Policy and Management at Johns Hopkins Bloomberg School of Public Health, Co-Founder of New Harvest, </w:t>
      </w:r>
      <w:r>
        <w:rPr>
          <w:b w:val="0"/>
          <w:i w:val="0"/>
          <w:smallCaps w:val="0"/>
          <w:strike w:val="0"/>
          <w:u w:val="none"/>
        </w:rPr>
        <w:t xml:space="preserve">“Ought We Worry About Human Extinction?”, </w:t>
      </w:r>
      <w:r>
        <w:rPr>
          <w:b w:val="0"/>
          <w:i w:val="0"/>
          <w:smallCaps w:val="0"/>
          <w:strike w:val="0"/>
          <w:u w:val="none"/>
        </w:rPr>
        <w:t xml:space="preserve">Environmental Ethics, </w:t>
      </w:r>
      <w:r>
        <w:rPr>
          <w:b w:val="0"/>
          <w:i w:val="0"/>
          <w:smallCaps w:val="0"/>
          <w:strike w:val="0"/>
          <w:u w:val="none"/>
        </w:rPr>
        <w:t>12</w:t>
      </w:r>
      <w:r>
        <w:rPr>
          <w:b w:val="0"/>
          <w:i w:val="0"/>
          <w:smallCaps w:val="0"/>
          <w:strike w:val="0"/>
          <w:u w:val="none"/>
        </w:rPr>
        <w:t>/</w:t>
      </w:r>
      <w:r>
        <w:rPr>
          <w:b w:val="0"/>
          <w:i w:val="0"/>
          <w:smallCaps w:val="0"/>
          <w:strike w:val="0"/>
          <w:u w:val="none"/>
        </w:rPr>
        <w:t>6</w:t>
      </w:r>
      <w:r>
        <w:rPr>
          <w:b w:val="0"/>
          <w:i w:val="0"/>
          <w:smallCaps w:val="0"/>
          <w:strike w:val="0"/>
          <w:u w:val="none"/>
        </w:rPr>
        <w:t>/2007</w:t>
      </w:r>
      <w:r>
        <w:rPr>
          <w:b w:val="0"/>
          <w:i w:val="0"/>
          <w:smallCaps w:val="0"/>
          <w:strike w:val="0"/>
          <w:u w:val="none"/>
        </w:rPr>
        <w:t xml:space="preserve">, </w:t>
      </w:r>
    </w:p>
    <w:p>
      <w:pPr>
        <w:spacing w:after="60"/>
      </w:pPr>
      <w:r>
        <w:rPr>
          <w:b w:val="0"/>
          <w:i w:val="0"/>
          <w:smallCaps w:val="0"/>
          <w:strike w:val="0"/>
          <w:sz w:val="16"/>
          <w:u w:val="none"/>
        </w:rPr>
        <w:t xml:space="preserve">We should be more pessimistic when we review how nonhuman animals have fared in the last century. At present around 50 billion animals are raised and killed each year to feed humanity. (Many million animals are used for clothing, product testing, research, and entertainment, but their numbers are insignificant by comparison.) Since World War 2, </w:t>
      </w:r>
      <w:r>
        <w:rPr>
          <w:b w:val="0"/>
          <w:i w:val="0"/>
          <w:smallCaps w:val="0"/>
          <w:strike w:val="0"/>
          <w:sz w:val="22"/>
          <w:u w:val="single"/>
        </w:rPr>
        <w:t>with</w:t>
      </w:r>
      <w:r>
        <w:rPr>
          <w:b w:val="0"/>
          <w:i w:val="0"/>
          <w:smallCaps w:val="0"/>
          <w:strike w:val="0"/>
          <w:sz w:val="16"/>
          <w:u w:val="none"/>
        </w:rPr>
        <w:t xml:space="preserve"> the invention of </w:t>
      </w:r>
      <w:r>
        <w:rPr>
          <w:b w:val="0"/>
          <w:i w:val="0"/>
          <w:smallCaps w:val="0"/>
          <w:strike w:val="0"/>
          <w:sz w:val="22"/>
          <w:u w:val="single"/>
        </w:rPr>
        <w:t>"factory farming,"</w:t>
      </w:r>
      <w:r>
        <w:rPr>
          <w:b w:val="0"/>
          <w:i w:val="0"/>
          <w:smallCaps w:val="0"/>
          <w:strike w:val="0"/>
          <w:sz w:val="16"/>
          <w:u w:val="none"/>
        </w:rPr>
        <w:t xml:space="preserve"> farm animals’ </w:t>
      </w:r>
      <w:r>
        <w:rPr>
          <w:b w:val="0"/>
          <w:i w:val="0"/>
          <w:smallCaps w:val="0"/>
          <w:strike w:val="0"/>
          <w:sz w:val="22"/>
          <w:u w:val="single"/>
        </w:rPr>
        <w:t>welfare has</w:t>
      </w:r>
      <w:r>
        <w:rPr>
          <w:b w:val="0"/>
          <w:i w:val="0"/>
          <w:smallCaps w:val="0"/>
          <w:strike w:val="0"/>
          <w:sz w:val="16"/>
          <w:u w:val="none"/>
        </w:rPr>
        <w:t xml:space="preserve"> significantly </w:t>
      </w:r>
      <w:r>
        <w:rPr>
          <w:b w:val="0"/>
          <w:i w:val="0"/>
          <w:smallCaps w:val="0"/>
          <w:strike w:val="0"/>
          <w:sz w:val="22"/>
          <w:u w:val="single"/>
        </w:rPr>
        <w:t>deteriorated</w:t>
      </w:r>
      <w:r>
        <w:rPr>
          <w:b w:val="0"/>
          <w:i w:val="0"/>
          <w:smallCaps w:val="0"/>
          <w:strike w:val="0"/>
          <w:sz w:val="16"/>
          <w:u w:val="none"/>
        </w:rPr>
        <w:t xml:space="preserve">, as they now live in conditions that frustrate their most basic instincts (Singer, 2002, chapter 3). </w:t>
      </w:r>
      <w:r>
        <w:rPr>
          <w:b w:val="0"/>
          <w:i w:val="0"/>
          <w:smallCaps w:val="0"/>
          <w:strike w:val="0"/>
          <w:sz w:val="22"/>
          <w:u w:val="single"/>
        </w:rPr>
        <w:t xml:space="preserve">At the same time, </w:t>
      </w:r>
      <w:r>
        <w:rPr>
          <w:b w:val="0"/>
          <w:i w:val="0"/>
          <w:smallCaps w:val="0"/>
          <w:strike w:val="0"/>
          <w:sz w:val="22"/>
          <w:highlight w:val="cyan"/>
          <w:u w:val="single"/>
        </w:rPr>
        <w:t>we’re</w:t>
      </w:r>
      <w:r>
        <w:rPr>
          <w:b w:val="0"/>
          <w:i w:val="0"/>
          <w:smallCaps w:val="0"/>
          <w:strike w:val="0"/>
          <w:sz w:val="22"/>
          <w:u w:val="single"/>
        </w:rPr>
        <w:t xml:space="preserve"> probably </w:t>
      </w:r>
      <w:r>
        <w:rPr>
          <w:b w:val="0"/>
          <w:i w:val="0"/>
          <w:smallCaps w:val="0"/>
          <w:strike w:val="0"/>
          <w:sz w:val="22"/>
          <w:highlight w:val="cyan"/>
          <w:u w:val="single"/>
        </w:rPr>
        <w:t>the only animal</w:t>
      </w:r>
      <w:r>
        <w:rPr>
          <w:b w:val="0"/>
          <w:i w:val="0"/>
          <w:smallCaps w:val="0"/>
          <w:strike w:val="0"/>
          <w:sz w:val="22"/>
          <w:u w:val="single"/>
        </w:rPr>
        <w:t xml:space="preserve"> on Earth </w:t>
      </w:r>
      <w:r>
        <w:rPr>
          <w:b w:val="0"/>
          <w:i w:val="0"/>
          <w:smallCaps w:val="0"/>
          <w:strike w:val="0"/>
          <w:sz w:val="22"/>
          <w:highlight w:val="cyan"/>
          <w:u w:val="single"/>
        </w:rPr>
        <w:t>that</w:t>
      </w:r>
      <w:r>
        <w:rPr>
          <w:b w:val="0"/>
          <w:i w:val="0"/>
          <w:smallCaps w:val="0"/>
          <w:strike w:val="0"/>
          <w:sz w:val="22"/>
          <w:u w:val="single"/>
        </w:rPr>
        <w:t xml:space="preserve"> routinely </w:t>
      </w:r>
      <w:r>
        <w:rPr>
          <w:b w:val="0"/>
          <w:i w:val="0"/>
          <w:smallCaps w:val="0"/>
          <w:strike w:val="0"/>
          <w:sz w:val="22"/>
          <w:highlight w:val="cyan"/>
          <w:u w:val="single"/>
        </w:rPr>
        <w:t>demonstrates compassion</w:t>
      </w:r>
      <w:r>
        <w:rPr>
          <w:b w:val="0"/>
          <w:i w:val="0"/>
          <w:smallCaps w:val="0"/>
          <w:strike w:val="0"/>
          <w:sz w:val="22"/>
          <w:u w:val="single"/>
        </w:rPr>
        <w:t xml:space="preserve"> for other species</w:t>
      </w:r>
      <w:r>
        <w:rPr>
          <w:b w:val="0"/>
          <w:i w:val="0"/>
          <w:smallCaps w:val="0"/>
          <w:strike w:val="0"/>
          <w:sz w:val="16"/>
          <w:u w:val="none"/>
        </w:rPr>
        <w:t xml:space="preserve">. Such compassion is nearly universal in developed </w:t>
      </w:r>
      <w:r>
        <w:rPr>
          <w:b w:val="0"/>
          <w:i w:val="0"/>
          <w:smallCaps w:val="0"/>
          <w:strike w:val="0"/>
          <w:sz w:val="16"/>
          <w:u w:val="none"/>
        </w:rPr>
        <w:t>countries</w:t>
      </w:r>
      <w:r>
        <w:rPr>
          <w:b w:val="0"/>
          <w:i w:val="0"/>
          <w:smallCaps w:val="0"/>
          <w:strike w:val="0"/>
          <w:sz w:val="16"/>
          <w:u w:val="none"/>
        </w:rPr>
        <w:t xml:space="preserve"> but we usually know too little, too late, for deeply ingrained habits, such as diets, to change. </w:t>
      </w:r>
      <w:r>
        <w:rPr>
          <w:b w:val="0"/>
          <w:i w:val="0"/>
          <w:smallCaps w:val="0"/>
          <w:strike w:val="0"/>
          <w:sz w:val="22"/>
          <w:u w:val="single"/>
        </w:rPr>
        <w:t xml:space="preserve">If </w:t>
      </w:r>
      <w:r>
        <w:rPr>
          <w:b w:val="0"/>
          <w:i w:val="0"/>
          <w:smallCaps w:val="0"/>
          <w:strike w:val="0"/>
          <w:sz w:val="22"/>
          <w:highlight w:val="cyan"/>
          <w:u w:val="single"/>
        </w:rPr>
        <w:t>improvements in</w:t>
      </w:r>
      <w:r>
        <w:rPr>
          <w:b w:val="0"/>
          <w:i w:val="0"/>
          <w:smallCaps w:val="0"/>
          <w:strike w:val="0"/>
          <w:sz w:val="22"/>
          <w:u w:val="single"/>
        </w:rPr>
        <w:t xml:space="preserve"> other public </w:t>
      </w:r>
      <w:r>
        <w:rPr>
          <w:b w:val="0"/>
          <w:i w:val="0"/>
          <w:smallCaps w:val="0"/>
          <w:strike w:val="0"/>
          <w:sz w:val="22"/>
          <w:highlight w:val="cyan"/>
          <w:u w:val="single"/>
        </w:rPr>
        <w:t>morals were possible</w:t>
      </w:r>
      <w:r>
        <w:rPr>
          <w:b w:val="0"/>
          <w:i w:val="0"/>
          <w:smallCaps w:val="0"/>
          <w:strike w:val="0"/>
          <w:sz w:val="22"/>
          <w:u w:val="single"/>
        </w:rPr>
        <w:t xml:space="preserve"> without any significant biological change in human nature, then the same should be true for our treatment of nonhuman animals, though it will take some time</w:t>
      </w:r>
      <w:r>
        <w:rPr>
          <w:b w:val="0"/>
          <w:i w:val="0"/>
          <w:smallCaps w:val="0"/>
          <w:strike w:val="0"/>
          <w:sz w:val="16"/>
          <w:u w:val="none"/>
        </w:rPr>
        <w:t xml:space="preserve">. </w:t>
      </w:r>
    </w:p>
    <w:p>
      <w:pPr>
        <w:spacing w:after="60"/>
      </w:pPr>
      <w:r>
        <w:rPr>
          <w:b w:val="0"/>
          <w:i w:val="0"/>
          <w:smallCaps w:val="0"/>
          <w:strike w:val="0"/>
          <w:sz w:val="22"/>
          <w:highlight w:val="cyan"/>
          <w:u w:val="single"/>
        </w:rPr>
        <w:t>Even without any change</w:t>
      </w:r>
      <w:r>
        <w:rPr>
          <w:b w:val="0"/>
          <w:i w:val="0"/>
          <w:smallCaps w:val="0"/>
          <w:strike w:val="0"/>
          <w:sz w:val="22"/>
          <w:u w:val="single"/>
        </w:rPr>
        <w:t xml:space="preserve"> in public morals, </w:t>
      </w:r>
      <w:r>
        <w:rPr>
          <w:b w:val="0"/>
          <w:i w:val="0"/>
          <w:smallCaps w:val="0"/>
          <w:strike w:val="0"/>
          <w:sz w:val="22"/>
          <w:highlight w:val="cyan"/>
          <w:u w:val="single"/>
        </w:rPr>
        <w:t xml:space="preserve">it </w:t>
      </w:r>
      <w:r>
        <w:rPr>
          <w:b/>
          <w:i w:val="0"/>
          <w:smallCaps w:val="0"/>
          <w:strike w:val="0"/>
          <w:sz w:val="24"/>
          <w:highlight w:val="cyan"/>
          <w:u w:val="single"/>
        </w:rPr>
        <w:t>seems unlikely we will</w:t>
      </w:r>
      <w:r>
        <w:rPr>
          <w:b/>
          <w:i w:val="0"/>
          <w:smallCaps w:val="0"/>
          <w:strike w:val="0"/>
          <w:sz w:val="24"/>
          <w:u w:val="single"/>
        </w:rPr>
        <w:t xml:space="preserve"> continue to </w:t>
      </w:r>
      <w:r>
        <w:rPr>
          <w:b/>
          <w:i w:val="0"/>
          <w:smallCaps w:val="0"/>
          <w:strike w:val="0"/>
          <w:sz w:val="24"/>
          <w:highlight w:val="cyan"/>
          <w:u w:val="single"/>
        </w:rPr>
        <w:t>use animals for</w:t>
      </w:r>
      <w:r>
        <w:rPr>
          <w:b/>
          <w:i w:val="0"/>
          <w:smallCaps w:val="0"/>
          <w:strike w:val="0"/>
          <w:sz w:val="24"/>
          <w:u w:val="single"/>
        </w:rPr>
        <w:t xml:space="preserve"> very </w:t>
      </w:r>
      <w:r>
        <w:rPr>
          <w:b/>
          <w:i w:val="0"/>
          <w:smallCaps w:val="0"/>
          <w:strike w:val="0"/>
          <w:sz w:val="24"/>
          <w:highlight w:val="cyan"/>
          <w:u w:val="single"/>
        </w:rPr>
        <w:t>long</w:t>
      </w:r>
      <w:r>
        <w:rPr>
          <w:b w:val="0"/>
          <w:i w:val="0"/>
          <w:smallCaps w:val="0"/>
          <w:strike w:val="0"/>
          <w:sz w:val="22"/>
          <w:u w:val="single"/>
        </w:rPr>
        <w:t xml:space="preserve"> – at least, nowhere near 50 billion per year. Our </w:t>
      </w:r>
      <w:r>
        <w:rPr>
          <w:b w:val="0"/>
          <w:i w:val="0"/>
          <w:smallCaps w:val="0"/>
          <w:strike w:val="0"/>
          <w:sz w:val="22"/>
          <w:highlight w:val="cyan"/>
          <w:u w:val="single"/>
        </w:rPr>
        <w:t>most brutal use</w:t>
      </w:r>
      <w:r>
        <w:rPr>
          <w:b w:val="0"/>
          <w:i w:val="0"/>
          <w:smallCaps w:val="0"/>
          <w:strike w:val="0"/>
          <w:sz w:val="22"/>
          <w:u w:val="single"/>
        </w:rPr>
        <w:t xml:space="preserve"> of animals </w:t>
      </w:r>
      <w:r>
        <w:rPr>
          <w:b w:val="0"/>
          <w:i w:val="0"/>
          <w:smallCaps w:val="0"/>
          <w:strike w:val="0"/>
          <w:sz w:val="22"/>
          <w:highlight w:val="cyan"/>
          <w:u w:val="single"/>
        </w:rPr>
        <w:t>results</w:t>
      </w:r>
      <w:r>
        <w:rPr>
          <w:b w:val="0"/>
          <w:i w:val="0"/>
          <w:smallCaps w:val="0"/>
          <w:strike w:val="0"/>
          <w:sz w:val="22"/>
          <w:u w:val="single"/>
        </w:rPr>
        <w:t xml:space="preserve"> not from sadism but </w:t>
      </w:r>
      <w:r>
        <w:rPr>
          <w:b w:val="0"/>
          <w:i w:val="0"/>
          <w:smallCaps w:val="0"/>
          <w:strike w:val="0"/>
          <w:sz w:val="22"/>
          <w:highlight w:val="cyan"/>
          <w:u w:val="single"/>
        </w:rPr>
        <w:t xml:space="preserve">from </w:t>
      </w:r>
      <w:r>
        <w:rPr>
          <w:b/>
          <w:i w:val="0"/>
          <w:smallCaps w:val="0"/>
          <w:strike w:val="0"/>
          <w:sz w:val="24"/>
          <w:highlight w:val="cyan"/>
          <w:u w:val="single"/>
        </w:rPr>
        <w:t>old appetites</w:t>
      </w:r>
      <w:r>
        <w:rPr>
          <w:b w:val="0"/>
          <w:i w:val="0"/>
          <w:smallCaps w:val="0"/>
          <w:strike w:val="0"/>
          <w:sz w:val="22"/>
          <w:u w:val="single"/>
        </w:rPr>
        <w:t xml:space="preserve"> now </w:t>
      </w:r>
      <w:r>
        <w:rPr>
          <w:b w:val="0"/>
          <w:i w:val="0"/>
          <w:smallCaps w:val="0"/>
          <w:strike w:val="0"/>
          <w:sz w:val="22"/>
          <w:highlight w:val="cyan"/>
          <w:u w:val="single"/>
        </w:rPr>
        <w:t>satisfied with</w:t>
      </w:r>
      <w:r>
        <w:rPr>
          <w:b w:val="0"/>
          <w:i w:val="0"/>
          <w:smallCaps w:val="0"/>
          <w:strike w:val="0"/>
          <w:sz w:val="22"/>
          <w:u w:val="single"/>
        </w:rPr>
        <w:t xml:space="preserve"> inefficient technologies</w:t>
      </w:r>
      <w:r>
        <w:rPr>
          <w:b w:val="0"/>
          <w:i w:val="0"/>
          <w:smallCaps w:val="0"/>
          <w:strike w:val="0"/>
          <w:sz w:val="16"/>
          <w:u w:val="none"/>
        </w:rPr>
        <w:t xml:space="preserve"> that have not fundamentally changed in 10,000 years. Ours is the first century where </w:t>
      </w:r>
      <w:r>
        <w:rPr>
          <w:b w:val="0"/>
          <w:i w:val="0"/>
          <w:smallCaps w:val="0"/>
          <w:strike w:val="0"/>
          <w:sz w:val="22"/>
          <w:highlight w:val="cyan"/>
          <w:u w:val="single"/>
        </w:rPr>
        <w:t>newer tech</w:t>
      </w:r>
      <w:r>
        <w:rPr>
          <w:b w:val="0"/>
          <w:i w:val="0"/>
          <w:smallCaps w:val="0"/>
          <w:strike w:val="0"/>
          <w:sz w:val="22"/>
          <w:u w:val="single"/>
        </w:rPr>
        <w:t xml:space="preserve">nologies -- plant or </w:t>
      </w:r>
      <w:r>
        <w:rPr>
          <w:b w:val="0"/>
          <w:i/>
          <w:smallCaps w:val="0"/>
          <w:strike w:val="0"/>
          <w:sz w:val="22"/>
          <w:highlight w:val="cyan"/>
          <w:u w:val="single"/>
        </w:rPr>
        <w:t>in vitro</w:t>
      </w:r>
      <w:r>
        <w:rPr>
          <w:b w:val="0"/>
          <w:i w:val="0"/>
          <w:smallCaps w:val="0"/>
          <w:strike w:val="0"/>
          <w:sz w:val="22"/>
          <w:highlight w:val="cyan"/>
          <w:u w:val="single"/>
        </w:rPr>
        <w:t xml:space="preserve"> meats</w:t>
      </w:r>
      <w:r>
        <w:rPr>
          <w:b w:val="0"/>
          <w:i w:val="0"/>
          <w:smallCaps w:val="0"/>
          <w:strike w:val="0"/>
          <w:sz w:val="22"/>
          <w:u w:val="single"/>
        </w:rPr>
        <w:t>, or meat from brainless animals -- could satisfy</w:t>
      </w:r>
      <w:r>
        <w:rPr>
          <w:b w:val="0"/>
          <w:i w:val="0"/>
          <w:smallCaps w:val="0"/>
          <w:strike w:val="0"/>
          <w:sz w:val="16"/>
          <w:u w:val="none"/>
        </w:rPr>
        <w:t xml:space="preserve"> human </w:t>
      </w:r>
      <w:r>
        <w:rPr>
          <w:b w:val="0"/>
          <w:i w:val="0"/>
          <w:smallCaps w:val="0"/>
          <w:strike w:val="0"/>
          <w:sz w:val="22"/>
          <w:u w:val="single"/>
        </w:rPr>
        <w:t>appetites</w:t>
      </w:r>
      <w:r>
        <w:rPr>
          <w:b w:val="0"/>
          <w:i w:val="0"/>
          <w:smallCaps w:val="0"/>
          <w:strike w:val="0"/>
          <w:sz w:val="16"/>
          <w:u w:val="none"/>
        </w:rPr>
        <w:t xml:space="preserve"> for meat more </w:t>
      </w:r>
      <w:r>
        <w:rPr>
          <w:b w:val="0"/>
          <w:i w:val="0"/>
          <w:smallCaps w:val="0"/>
          <w:strike w:val="0"/>
          <w:sz w:val="22"/>
          <w:u w:val="single"/>
        </w:rPr>
        <w:t>efficiently</w:t>
      </w:r>
      <w:r>
        <w:rPr>
          <w:b w:val="0"/>
          <w:i w:val="0"/>
          <w:smallCaps w:val="0"/>
          <w:strike w:val="0"/>
          <w:sz w:val="16"/>
          <w:u w:val="none"/>
        </w:rPr>
        <w:t xml:space="preserve"> and safely (Edelman et al, 2005). </w:t>
      </w:r>
      <w:r>
        <w:rPr>
          <w:b w:val="0"/>
          <w:i w:val="0"/>
          <w:smallCaps w:val="0"/>
          <w:strike w:val="0"/>
          <w:sz w:val="22"/>
          <w:u w:val="single"/>
        </w:rPr>
        <w:t xml:space="preserve">As these technologies mature and become cheaper, they will likely replace conventional meat. </w:t>
      </w:r>
      <w:r>
        <w:rPr>
          <w:b w:val="0"/>
          <w:i w:val="0"/>
          <w:smallCaps w:val="0"/>
          <w:strike w:val="0"/>
          <w:sz w:val="22"/>
          <w:highlight w:val="cyan"/>
          <w:u w:val="single"/>
        </w:rPr>
        <w:t>If</w:t>
      </w:r>
      <w:r>
        <w:rPr>
          <w:b w:val="0"/>
          <w:i w:val="0"/>
          <w:smallCaps w:val="0"/>
          <w:strike w:val="0"/>
          <w:sz w:val="22"/>
          <w:u w:val="single"/>
        </w:rPr>
        <w:t xml:space="preserve"> the </w:t>
      </w:r>
      <w:r>
        <w:rPr>
          <w:b w:val="0"/>
          <w:i w:val="0"/>
          <w:smallCaps w:val="0"/>
          <w:strike w:val="0"/>
          <w:sz w:val="22"/>
          <w:highlight w:val="cyan"/>
          <w:u w:val="single"/>
        </w:rPr>
        <w:t>use of</w:t>
      </w:r>
      <w:r>
        <w:rPr>
          <w:b w:val="0"/>
          <w:i w:val="0"/>
          <w:smallCaps w:val="0"/>
          <w:strike w:val="0"/>
          <w:sz w:val="22"/>
          <w:u w:val="single"/>
        </w:rPr>
        <w:t xml:space="preserve"> sentient </w:t>
      </w:r>
      <w:r>
        <w:rPr>
          <w:b w:val="0"/>
          <w:i w:val="0"/>
          <w:smallCaps w:val="0"/>
          <w:strike w:val="0"/>
          <w:sz w:val="22"/>
          <w:highlight w:val="cyan"/>
          <w:u w:val="single"/>
        </w:rPr>
        <w:t>animals survives</w:t>
      </w:r>
      <w:r>
        <w:rPr>
          <w:b w:val="0"/>
          <w:i w:val="0"/>
          <w:smallCaps w:val="0"/>
          <w:strike w:val="0"/>
          <w:sz w:val="22"/>
          <w:u w:val="single"/>
        </w:rPr>
        <w:t xml:space="preserve"> much </w:t>
      </w:r>
      <w:r>
        <w:rPr>
          <w:b w:val="0"/>
          <w:i w:val="0"/>
          <w:smallCaps w:val="0"/>
          <w:strike w:val="0"/>
          <w:sz w:val="22"/>
          <w:highlight w:val="cyan"/>
          <w:u w:val="single"/>
        </w:rPr>
        <w:t xml:space="preserve">beyond this century, we should be </w:t>
      </w:r>
      <w:r>
        <w:rPr>
          <w:b/>
          <w:i w:val="0"/>
          <w:smallCaps w:val="0"/>
          <w:strike w:val="0"/>
          <w:sz w:val="24"/>
          <w:highlight w:val="cyan"/>
          <w:u w:val="single"/>
        </w:rPr>
        <w:t>very surprised</w:t>
      </w:r>
      <w:r>
        <w:rPr>
          <w:b w:val="0"/>
          <w:i w:val="0"/>
          <w:smallCaps w:val="0"/>
          <w:strike w:val="0"/>
          <w:sz w:val="22"/>
          <w:u w:val="single"/>
        </w:rPr>
        <w:t>.</w:t>
      </w:r>
      <w:r>
        <w:rPr>
          <w:b w:val="0"/>
          <w:i w:val="0"/>
          <w:smallCaps w:val="0"/>
          <w:strike w:val="0"/>
          <w:sz w:val="16"/>
          <w:u w:val="none"/>
        </w:rPr>
        <w:t xml:space="preserve"> This thought is a cure for misanthropy. </w:t>
      </w:r>
      <w:r>
        <w:rPr>
          <w:b w:val="0"/>
          <w:i w:val="0"/>
          <w:smallCaps w:val="0"/>
          <w:strike w:val="0"/>
          <w:sz w:val="16"/>
          <w:u w:val="none"/>
        </w:rPr>
        <w:t>As long as</w:t>
      </w:r>
      <w:r>
        <w:rPr>
          <w:b w:val="0"/>
          <w:i w:val="0"/>
          <w:smallCaps w:val="0"/>
          <w:strike w:val="0"/>
          <w:sz w:val="16"/>
          <w:u w:val="none"/>
        </w:rPr>
        <w:t xml:space="preserve"> most humans in the future don't use sentient animals, the vast number of good lives we can create would outweigh any sins humanity has committed or is likely to commit. </w:t>
      </w:r>
      <w:r>
        <w:rPr>
          <w:b w:val="0"/>
          <w:i w:val="0"/>
          <w:smallCaps w:val="0"/>
          <w:strike w:val="0"/>
          <w:sz w:val="22"/>
          <w:u w:val="single"/>
        </w:rPr>
        <w:t>Even if it takes a century</w:t>
      </w:r>
      <w:r>
        <w:rPr>
          <w:b w:val="0"/>
          <w:i w:val="0"/>
          <w:smallCaps w:val="0"/>
          <w:strike w:val="0"/>
          <w:sz w:val="16"/>
          <w:u w:val="none"/>
        </w:rPr>
        <w:t xml:space="preserve"> for animal farming to be replaced by vegetarianism (or </w:t>
      </w:r>
      <w:r>
        <w:rPr>
          <w:b w:val="0"/>
          <w:i/>
          <w:smallCaps w:val="0"/>
          <w:strike w:val="0"/>
          <w:sz w:val="16"/>
          <w:u w:val="none"/>
        </w:rPr>
        <w:t xml:space="preserve">in vitro </w:t>
      </w:r>
      <w:r>
        <w:rPr>
          <w:b w:val="0"/>
          <w:i w:val="0"/>
          <w:smallCaps w:val="0"/>
          <w:strike w:val="0"/>
          <w:sz w:val="16"/>
          <w:u w:val="none"/>
        </w:rPr>
        <w:t xml:space="preserve">meats or brainless farm animals), </w:t>
      </w:r>
      <w:r>
        <w:rPr>
          <w:b w:val="0"/>
          <w:i w:val="0"/>
          <w:smallCaps w:val="0"/>
          <w:strike w:val="0"/>
          <w:sz w:val="22"/>
          <w:u w:val="single"/>
        </w:rPr>
        <w:t xml:space="preserve">the century of factory farming would represent around </w:t>
      </w:r>
      <w:r>
        <w:rPr>
          <w:b w:val="0"/>
          <w:i w:val="0"/>
          <w:smallCaps w:val="0"/>
          <w:strike w:val="0"/>
          <w:sz w:val="22"/>
          <w:highlight w:val="cyan"/>
          <w:u w:val="single"/>
        </w:rPr>
        <w:t>10</w:t>
      </w:r>
      <w:r>
        <w:rPr>
          <w:b w:val="0"/>
          <w:i w:val="0"/>
          <w:smallCaps w:val="0"/>
          <w:strike w:val="0"/>
          <w:sz w:val="22"/>
          <w:highlight w:val="cyan"/>
          <w:u w:val="single"/>
        </w:rPr>
        <w:t>^</w:t>
      </w:r>
      <w:r>
        <w:rPr>
          <w:b w:val="0"/>
          <w:i w:val="0"/>
          <w:smallCaps w:val="0"/>
          <w:strike w:val="0"/>
          <w:sz w:val="22"/>
          <w:highlight w:val="cyan"/>
          <w:u w:val="single"/>
        </w:rPr>
        <w:t>12 miserable</w:t>
      </w:r>
      <w:r>
        <w:rPr>
          <w:b w:val="0"/>
          <w:i w:val="0"/>
          <w:smallCaps w:val="0"/>
          <w:strike w:val="0"/>
          <w:sz w:val="22"/>
          <w:u w:val="single"/>
        </w:rPr>
        <w:t xml:space="preserve"> life-</w:t>
      </w:r>
      <w:r>
        <w:rPr>
          <w:b w:val="0"/>
          <w:i w:val="0"/>
          <w:smallCaps w:val="0"/>
          <w:strike w:val="0"/>
          <w:sz w:val="22"/>
          <w:highlight w:val="cyan"/>
          <w:u w:val="single"/>
        </w:rPr>
        <w:t>years</w:t>
      </w:r>
      <w:r>
        <w:rPr>
          <w:b w:val="0"/>
          <w:i w:val="0"/>
          <w:smallCaps w:val="0"/>
          <w:strike w:val="0"/>
          <w:sz w:val="22"/>
          <w:u w:val="single"/>
        </w:rPr>
        <w:t xml:space="preserve">. That </w:t>
      </w:r>
      <w:r>
        <w:rPr>
          <w:b w:val="0"/>
          <w:i w:val="0"/>
          <w:smallCaps w:val="0"/>
          <w:strike w:val="0"/>
          <w:sz w:val="22"/>
          <w:highlight w:val="cyan"/>
          <w:u w:val="single"/>
        </w:rPr>
        <w:t xml:space="preserve">is </w:t>
      </w:r>
      <w:r>
        <w:rPr>
          <w:b/>
          <w:i w:val="0"/>
          <w:smallCaps w:val="0"/>
          <w:strike w:val="0"/>
          <w:sz w:val="24"/>
          <w:highlight w:val="cyan"/>
          <w:u w:val="single"/>
        </w:rPr>
        <w:t>one-billionth</w:t>
      </w:r>
      <w:r>
        <w:rPr>
          <w:b w:val="0"/>
          <w:i w:val="0"/>
          <w:smallCaps w:val="0"/>
          <w:strike w:val="0"/>
          <w:sz w:val="22"/>
          <w:highlight w:val="cyan"/>
          <w:u w:val="single"/>
        </w:rPr>
        <w:t xml:space="preserve"> of the</w:t>
      </w:r>
      <w:r>
        <w:rPr>
          <w:b w:val="0"/>
          <w:i w:val="0"/>
          <w:smallCaps w:val="0"/>
          <w:strike w:val="0"/>
          <w:sz w:val="22"/>
          <w:u w:val="single"/>
        </w:rPr>
        <w:t xml:space="preserve"> 10</w:t>
      </w:r>
      <w:r>
        <w:rPr>
          <w:b w:val="0"/>
          <w:i w:val="0"/>
          <w:smallCaps w:val="0"/>
          <w:strike w:val="0"/>
          <w:sz w:val="22"/>
          <w:u w:val="single"/>
        </w:rPr>
        <w:t>^</w:t>
      </w:r>
      <w:r>
        <w:rPr>
          <w:b w:val="0"/>
          <w:i w:val="0"/>
          <w:smallCaps w:val="0"/>
          <w:strike w:val="0"/>
          <w:sz w:val="22"/>
          <w:u w:val="single"/>
        </w:rPr>
        <w:t>21 animal life-</w:t>
      </w:r>
      <w:r>
        <w:rPr>
          <w:b w:val="0"/>
          <w:i w:val="0"/>
          <w:smallCaps w:val="0"/>
          <w:strike w:val="0"/>
          <w:sz w:val="22"/>
          <w:highlight w:val="cyan"/>
          <w:u w:val="single"/>
        </w:rPr>
        <w:t>years humanity could save by protecting Earth from asteroids</w:t>
      </w:r>
      <w:r>
        <w:rPr>
          <w:b w:val="0"/>
          <w:i w:val="0"/>
          <w:smallCaps w:val="0"/>
          <w:strike w:val="0"/>
          <w:sz w:val="22"/>
          <w:u w:val="single"/>
        </w:rPr>
        <w:t xml:space="preserve"> for a billion years. </w:t>
      </w:r>
      <w:r>
        <w:rPr>
          <w:b w:val="0"/>
          <w:i w:val="0"/>
          <w:smallCaps w:val="0"/>
          <w:strike w:val="0"/>
          <w:sz w:val="22"/>
          <w:highlight w:val="cyan"/>
          <w:u w:val="single"/>
        </w:rPr>
        <w:t>The century</w:t>
      </w:r>
      <w:r>
        <w:rPr>
          <w:b w:val="0"/>
          <w:i w:val="0"/>
          <w:smallCaps w:val="0"/>
          <w:strike w:val="0"/>
          <w:sz w:val="16"/>
          <w:u w:val="none"/>
        </w:rPr>
        <w:t xml:space="preserve"> of industrialized animal use </w:t>
      </w:r>
      <w:r>
        <w:rPr>
          <w:b w:val="0"/>
          <w:i w:val="0"/>
          <w:smallCaps w:val="0"/>
          <w:strike w:val="0"/>
          <w:sz w:val="22"/>
          <w:highlight w:val="cyan"/>
          <w:u w:val="single"/>
        </w:rPr>
        <w:t>would</w:t>
      </w:r>
      <w:r>
        <w:rPr>
          <w:b w:val="0"/>
          <w:i w:val="0"/>
          <w:smallCaps w:val="0"/>
          <w:strike w:val="0"/>
          <w:sz w:val="22"/>
          <w:u w:val="single"/>
        </w:rPr>
        <w:t xml:space="preserve"> thus </w:t>
      </w:r>
      <w:r>
        <w:rPr>
          <w:b w:val="0"/>
          <w:i w:val="0"/>
          <w:smallCaps w:val="0"/>
          <w:strike w:val="0"/>
          <w:sz w:val="22"/>
          <w:highlight w:val="cyan"/>
          <w:u w:val="single"/>
        </w:rPr>
        <w:t>be</w:t>
      </w:r>
      <w:r>
        <w:rPr>
          <w:b w:val="0"/>
          <w:i w:val="0"/>
          <w:smallCaps w:val="0"/>
          <w:strike w:val="0"/>
          <w:sz w:val="22"/>
          <w:u w:val="single"/>
        </w:rPr>
        <w:t xml:space="preserve"> the equivalent of </w:t>
      </w:r>
      <w:r>
        <w:rPr>
          <w:b w:val="0"/>
          <w:i w:val="0"/>
          <w:smallCaps w:val="0"/>
          <w:strike w:val="0"/>
          <w:sz w:val="22"/>
          <w:highlight w:val="cyan"/>
          <w:u w:val="single"/>
        </w:rPr>
        <w:t xml:space="preserve">a terrible pain that </w:t>
      </w:r>
      <w:r>
        <w:rPr>
          <w:b/>
          <w:i w:val="0"/>
          <w:smallCaps w:val="0"/>
          <w:strike w:val="0"/>
          <w:sz w:val="24"/>
          <w:highlight w:val="cyan"/>
          <w:u w:val="single"/>
        </w:rPr>
        <w:t>lasts one second</w:t>
      </w:r>
      <w:r>
        <w:rPr>
          <w:b w:val="0"/>
          <w:i w:val="0"/>
          <w:smallCaps w:val="0"/>
          <w:strike w:val="0"/>
          <w:sz w:val="22"/>
          <w:highlight w:val="cyan"/>
          <w:u w:val="single"/>
        </w:rPr>
        <w:t xml:space="preserve"> in an otherwise happy 100-year life. To accept</w:t>
      </w:r>
      <w:r>
        <w:rPr>
          <w:b w:val="0"/>
          <w:i w:val="0"/>
          <w:smallCaps w:val="0"/>
          <w:strike w:val="0"/>
          <w:sz w:val="22"/>
          <w:u w:val="single"/>
        </w:rPr>
        <w:t xml:space="preserve"> human </w:t>
      </w:r>
      <w:r>
        <w:rPr>
          <w:b w:val="0"/>
          <w:i w:val="0"/>
          <w:smallCaps w:val="0"/>
          <w:strike w:val="0"/>
          <w:sz w:val="22"/>
          <w:highlight w:val="cyan"/>
          <w:u w:val="single"/>
        </w:rPr>
        <w:t>extinction</w:t>
      </w:r>
      <w:r>
        <w:rPr>
          <w:b w:val="0"/>
          <w:i w:val="0"/>
          <w:smallCaps w:val="0"/>
          <w:strike w:val="0"/>
          <w:sz w:val="22"/>
          <w:u w:val="single"/>
        </w:rPr>
        <w:t xml:space="preserve"> now </w:t>
      </w:r>
      <w:r>
        <w:rPr>
          <w:b w:val="0"/>
          <w:i w:val="0"/>
          <w:smallCaps w:val="0"/>
          <w:strike w:val="0"/>
          <w:sz w:val="22"/>
          <w:highlight w:val="cyan"/>
          <w:u w:val="single"/>
        </w:rPr>
        <w:t xml:space="preserve">would </w:t>
      </w:r>
      <w:r>
        <w:rPr>
          <w:b/>
          <w:i w:val="0"/>
          <w:smallCaps w:val="0"/>
          <w:strike w:val="0"/>
          <w:sz w:val="24"/>
          <w:highlight w:val="cyan"/>
          <w:u w:val="single"/>
        </w:rPr>
        <w:t>be like committing suicide to end an unpleasant itch</w:t>
      </w:r>
      <w:r>
        <w:rPr>
          <w:b w:val="0"/>
          <w:i w:val="0"/>
          <w:smallCaps w:val="0"/>
          <w:strike w:val="0"/>
          <w:sz w:val="22"/>
          <w:highlight w:val="cyan"/>
          <w:u w:val="single"/>
        </w:rPr>
        <w:t xml:space="preserve">. </w:t>
      </w:r>
      <w:r>
        <w:rPr>
          <w:b/>
          <w:i w:val="0"/>
          <w:smallCaps w:val="0"/>
          <w:strike w:val="0"/>
          <w:sz w:val="24"/>
          <w:highlight w:val="cyan"/>
          <w:u w:val="single"/>
        </w:rPr>
        <w:t>If</w:t>
      </w:r>
      <w:r>
        <w:rPr>
          <w:b/>
          <w:i w:val="0"/>
          <w:smallCaps w:val="0"/>
          <w:strike w:val="0"/>
          <w:sz w:val="24"/>
          <w:u w:val="single"/>
        </w:rPr>
        <w:t xml:space="preserve"> human </w:t>
      </w:r>
      <w:r>
        <w:rPr>
          <w:b/>
          <w:i w:val="0"/>
          <w:smallCaps w:val="0"/>
          <w:strike w:val="0"/>
          <w:sz w:val="24"/>
          <w:highlight w:val="cyan"/>
          <w:u w:val="single"/>
        </w:rPr>
        <w:t>life is extinguished, all</w:t>
      </w:r>
      <w:r>
        <w:rPr>
          <w:b/>
          <w:i w:val="0"/>
          <w:smallCaps w:val="0"/>
          <w:strike w:val="0"/>
          <w:sz w:val="24"/>
          <w:u w:val="single"/>
        </w:rPr>
        <w:t xml:space="preserve"> known </w:t>
      </w:r>
      <w:r>
        <w:rPr>
          <w:b/>
          <w:i w:val="0"/>
          <w:smallCaps w:val="0"/>
          <w:strike w:val="0"/>
          <w:sz w:val="24"/>
          <w:highlight w:val="cyan"/>
          <w:u w:val="single"/>
        </w:rPr>
        <w:t>animal life will be extinguished</w:t>
      </w:r>
      <w:r>
        <w:rPr>
          <w:b/>
          <w:i w:val="0"/>
          <w:smallCaps w:val="0"/>
          <w:strike w:val="0"/>
          <w:sz w:val="24"/>
          <w:u w:val="single"/>
        </w:rPr>
        <w:t xml:space="preserve"> when the Sun enters its Red Giant phase</w:t>
      </w:r>
      <w:r>
        <w:rPr>
          <w:b w:val="0"/>
          <w:i w:val="0"/>
          <w:smallCaps w:val="0"/>
          <w:strike w:val="0"/>
          <w:sz w:val="16"/>
          <w:u w:val="none"/>
        </w:rPr>
        <w:t xml:space="preserve">, if not earlier. </w:t>
      </w:r>
      <w:r>
        <w:rPr>
          <w:b w:val="0"/>
          <w:i w:val="0"/>
          <w:smallCaps w:val="0"/>
          <w:strike w:val="0"/>
          <w:sz w:val="22"/>
          <w:highlight w:val="cyan"/>
          <w:u w:val="single"/>
        </w:rPr>
        <w:t>Despite</w:t>
      </w:r>
      <w:r>
        <w:rPr>
          <w:b w:val="0"/>
          <w:i w:val="0"/>
          <w:smallCaps w:val="0"/>
          <w:strike w:val="0"/>
          <w:sz w:val="22"/>
          <w:u w:val="single"/>
        </w:rPr>
        <w:t xml:space="preserve"> its current </w:t>
      </w:r>
      <w:r>
        <w:rPr>
          <w:b w:val="0"/>
          <w:i w:val="0"/>
          <w:smallCaps w:val="0"/>
          <w:strike w:val="0"/>
          <w:sz w:val="22"/>
          <w:highlight w:val="cyan"/>
          <w:u w:val="single"/>
        </w:rPr>
        <w:t>mistreatment</w:t>
      </w:r>
      <w:r>
        <w:rPr>
          <w:b w:val="0"/>
          <w:i w:val="0"/>
          <w:smallCaps w:val="0"/>
          <w:strike w:val="0"/>
          <w:sz w:val="22"/>
          <w:u w:val="single"/>
        </w:rPr>
        <w:t xml:space="preserve"> of other animals, </w:t>
      </w:r>
      <w:r>
        <w:rPr>
          <w:b w:val="0"/>
          <w:i w:val="0"/>
          <w:smallCaps w:val="0"/>
          <w:strike w:val="0"/>
          <w:sz w:val="22"/>
          <w:highlight w:val="cyan"/>
          <w:u w:val="single"/>
        </w:rPr>
        <w:t>humanity is</w:t>
      </w:r>
      <w:r>
        <w:rPr>
          <w:b w:val="0"/>
          <w:i w:val="0"/>
          <w:smallCaps w:val="0"/>
          <w:strike w:val="0"/>
          <w:sz w:val="22"/>
          <w:u w:val="single"/>
        </w:rPr>
        <w:t xml:space="preserve"> the </w:t>
      </w:r>
      <w:r>
        <w:rPr>
          <w:b w:val="0"/>
          <w:i w:val="0"/>
          <w:smallCaps w:val="0"/>
          <w:strike w:val="0"/>
          <w:sz w:val="22"/>
          <w:highlight w:val="cyan"/>
          <w:u w:val="single"/>
        </w:rPr>
        <w:t>animal</w:t>
      </w:r>
      <w:r>
        <w:rPr>
          <w:b w:val="0"/>
          <w:i w:val="0"/>
          <w:smallCaps w:val="0"/>
          <w:strike w:val="0"/>
          <w:sz w:val="22"/>
          <w:u w:val="single"/>
        </w:rPr>
        <w:t xml:space="preserve"> kingdom</w:t>
      </w:r>
      <w:r>
        <w:rPr>
          <w:b w:val="0"/>
          <w:i w:val="0"/>
          <w:smallCaps w:val="0"/>
          <w:strike w:val="0"/>
          <w:sz w:val="22"/>
          <w:highlight w:val="cyan"/>
          <w:u w:val="single"/>
        </w:rPr>
        <w:t xml:space="preserve">’s </w:t>
      </w:r>
      <w:r>
        <w:rPr>
          <w:b/>
          <w:i w:val="0"/>
          <w:smallCaps w:val="0"/>
          <w:strike w:val="0"/>
          <w:sz w:val="24"/>
          <w:highlight w:val="cyan"/>
          <w:u w:val="single"/>
        </w:rPr>
        <w:t>best</w:t>
      </w:r>
      <w:r>
        <w:rPr>
          <w:b/>
          <w:i w:val="0"/>
          <w:smallCaps w:val="0"/>
          <w:strike w:val="0"/>
          <w:sz w:val="24"/>
          <w:u w:val="single"/>
        </w:rPr>
        <w:t xml:space="preserve"> long-term </w:t>
      </w:r>
      <w:r>
        <w:rPr>
          <w:b/>
          <w:i w:val="0"/>
          <w:smallCaps w:val="0"/>
          <w:strike w:val="0"/>
          <w:sz w:val="24"/>
          <w:highlight w:val="cyan"/>
          <w:u w:val="single"/>
        </w:rPr>
        <w:t>hope for survival</w:t>
      </w:r>
      <w:r>
        <w:rPr>
          <w:b w:val="0"/>
          <w:i w:val="0"/>
          <w:smallCaps w:val="0"/>
          <w:strike w:val="0"/>
          <w:sz w:val="16"/>
          <w:u w:val="none"/>
        </w:rPr>
        <w:t xml:space="preserve">.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