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Harris wins now---secures voters mad at Biden for Gaza</w:t>
      </w:r>
    </w:p>
    <w:p>
      <w:pPr>
        <w:spacing w:after="80"/>
      </w:pPr>
      <w:r>
        <w:rPr>
          <w:b/>
          <w:i w:val="0"/>
          <w:smallCaps w:val="0"/>
          <w:strike w:val="0"/>
          <w:sz w:val="26"/>
          <w:u w:val="none"/>
        </w:rPr>
        <w:t>Megerian 7/26</w:t>
      </w:r>
      <w:r>
        <w:rPr>
          <w:b w:val="0"/>
          <w:i w:val="0"/>
          <w:smallCaps w:val="0"/>
          <w:strike w:val="0"/>
          <w:u w:val="none"/>
        </w:rPr>
        <w:t xml:space="preserve"> [Chris; 7/26/24; White House Reporter for AP; AP; “Harris tries to thread the needle on Gaza after meeting with Netanyahu”; https://apnews.com/article/kamala-harris-gaza-israel-netanyahu-dad5fd3715f35e8311bd4039aeff8173?utm_source=copy&amp;utm_medium=share; accessed 7/26/24; Lowell-CS]</w:t>
      </w:r>
    </w:p>
    <w:p>
      <w:pPr>
        <w:spacing w:after="60"/>
      </w:pPr>
      <w:r>
        <w:rPr>
          <w:b w:val="0"/>
          <w:i w:val="0"/>
          <w:smallCaps w:val="0"/>
          <w:strike w:val="0"/>
          <w:sz w:val="16"/>
          <w:u w:val="none"/>
        </w:rPr>
        <w:t xml:space="preserve">WASHINGTON (AP) — Vice President Kamala </w:t>
      </w:r>
      <w:r>
        <w:rPr>
          <w:b w:val="0"/>
          <w:i w:val="0"/>
          <w:smallCaps w:val="0"/>
          <w:strike w:val="0"/>
          <w:sz w:val="22"/>
          <w:u w:val="single"/>
        </w:rPr>
        <w:t>Harris</w:t>
      </w:r>
      <w:r>
        <w:rPr>
          <w:b w:val="0"/>
          <w:i w:val="0"/>
          <w:smallCaps w:val="0"/>
          <w:strike w:val="0"/>
          <w:sz w:val="16"/>
          <w:u w:val="none"/>
        </w:rPr>
        <w:t xml:space="preserve">, the likely Democratic nominee for president, is </w:t>
      </w:r>
      <w:r>
        <w:rPr>
          <w:b w:val="0"/>
          <w:i w:val="0"/>
          <w:smallCaps w:val="0"/>
          <w:strike w:val="0"/>
          <w:sz w:val="22"/>
          <w:u w:val="single"/>
        </w:rPr>
        <w:t>attempting to bridge divides within the party over the war in Gaza, emphasizing Israel’s right to defend itself while also focusing on alleviating Palestinian suffering.</w:t>
      </w:r>
    </w:p>
    <w:p>
      <w:pPr>
        <w:spacing w:after="60"/>
      </w:pPr>
      <w:r>
        <w:rPr>
          <w:b w:val="0"/>
          <w:i w:val="0"/>
          <w:smallCaps w:val="0"/>
          <w:strike w:val="0"/>
          <w:sz w:val="16"/>
          <w:u w:val="none"/>
        </w:rPr>
        <w:t xml:space="preserve">She </w:t>
      </w:r>
      <w:r>
        <w:rPr>
          <w:b w:val="0"/>
          <w:i w:val="0"/>
          <w:smallCaps w:val="0"/>
          <w:strike w:val="0"/>
          <w:sz w:val="22"/>
          <w:u w:val="single"/>
        </w:rPr>
        <w:t>delivered remarks after meeting with Israeli Prime Minister Benjamin Netanyahu on Thursday that reflected a delicate balancing act on one of the country’s most divisive political issues.</w:t>
      </w:r>
      <w:r>
        <w:rPr>
          <w:b w:val="0"/>
          <w:i w:val="0"/>
          <w:smallCaps w:val="0"/>
          <w:strike w:val="0"/>
          <w:sz w:val="16"/>
          <w:u w:val="none"/>
        </w:rPr>
        <w:t xml:space="preserve"> Some </w:t>
      </w:r>
      <w:r>
        <w:rPr>
          <w:b w:val="0"/>
          <w:i w:val="0"/>
          <w:smallCaps w:val="0"/>
          <w:strike w:val="0"/>
          <w:sz w:val="22"/>
          <w:u w:val="single"/>
        </w:rPr>
        <w:t>Democrats have been critical of</w:t>
      </w:r>
      <w:r>
        <w:rPr>
          <w:b w:val="0"/>
          <w:i w:val="0"/>
          <w:smallCaps w:val="0"/>
          <w:strike w:val="0"/>
          <w:sz w:val="16"/>
          <w:u w:val="none"/>
        </w:rPr>
        <w:t xml:space="preserve"> President Joe </w:t>
      </w:r>
      <w:r>
        <w:rPr>
          <w:b w:val="0"/>
          <w:i w:val="0"/>
          <w:smallCaps w:val="0"/>
          <w:strike w:val="0"/>
          <w:sz w:val="22"/>
          <w:u w:val="single"/>
        </w:rPr>
        <w:t>Biden’s</w:t>
      </w:r>
      <w:r>
        <w:rPr>
          <w:b w:val="0"/>
          <w:i w:val="0"/>
          <w:smallCaps w:val="0"/>
          <w:strike w:val="0"/>
          <w:sz w:val="16"/>
          <w:u w:val="none"/>
        </w:rPr>
        <w:t xml:space="preserve"> steadfast </w:t>
      </w:r>
      <w:r>
        <w:rPr>
          <w:b w:val="0"/>
          <w:i w:val="0"/>
          <w:smallCaps w:val="0"/>
          <w:strike w:val="0"/>
          <w:sz w:val="22"/>
          <w:u w:val="single"/>
        </w:rPr>
        <w:t>support for Israel</w:t>
      </w:r>
      <w:r>
        <w:rPr>
          <w:b w:val="0"/>
          <w:i w:val="0"/>
          <w:smallCaps w:val="0"/>
          <w:strike w:val="0"/>
          <w:sz w:val="16"/>
          <w:u w:val="none"/>
        </w:rPr>
        <w:t xml:space="preserve"> despite the increasing death toll among Palestinians, and </w:t>
      </w:r>
      <w:r>
        <w:rPr>
          <w:b/>
          <w:i w:val="0"/>
          <w:smallCaps w:val="0"/>
          <w:strike w:val="0"/>
          <w:sz w:val="22"/>
          <w:u w:val="single"/>
        </w:rPr>
        <w:t xml:space="preserve">Harris </w:t>
      </w:r>
      <w:r>
        <w:rPr>
          <w:b w:val="0"/>
          <w:i w:val="0"/>
          <w:smallCaps w:val="0"/>
          <w:strike w:val="0"/>
          <w:sz w:val="22"/>
          <w:u w:val="single"/>
        </w:rPr>
        <w:t xml:space="preserve">is trying </w:t>
      </w:r>
      <w:r>
        <w:rPr>
          <w:b/>
          <w:i w:val="0"/>
          <w:smallCaps w:val="0"/>
          <w:strike w:val="0"/>
          <w:sz w:val="22"/>
          <w:u w:val="single"/>
        </w:rPr>
        <w:t>to unite her party for the election</w:t>
      </w:r>
      <w:r>
        <w:rPr>
          <w:b w:val="0"/>
          <w:i w:val="0"/>
          <w:smallCaps w:val="0"/>
          <w:strike w:val="0"/>
          <w:sz w:val="22"/>
          <w:u w:val="single"/>
        </w:rPr>
        <w:t xml:space="preserve"> battle with</w:t>
      </w:r>
      <w:r>
        <w:rPr>
          <w:b w:val="0"/>
          <w:i w:val="0"/>
          <w:smallCaps w:val="0"/>
          <w:strike w:val="0"/>
          <w:sz w:val="16"/>
          <w:u w:val="none"/>
        </w:rPr>
        <w:t xml:space="preserve"> Republican candidate Donald </w:t>
      </w:r>
      <w:r>
        <w:rPr>
          <w:b w:val="0"/>
          <w:i w:val="0"/>
          <w:smallCaps w:val="0"/>
          <w:strike w:val="0"/>
          <w:sz w:val="22"/>
          <w:u w:val="single"/>
        </w:rPr>
        <w:t>Trump</w:t>
      </w:r>
      <w:r>
        <w:rPr>
          <w:b w:val="0"/>
          <w:i w:val="0"/>
          <w:smallCaps w:val="0"/>
          <w:strike w:val="0"/>
          <w:sz w:val="16"/>
          <w:u w:val="none"/>
        </w:rPr>
        <w:t>.</w:t>
      </w:r>
    </w:p>
    <w:p>
      <w:pPr>
        <w:spacing w:after="60"/>
      </w:pPr>
      <w:r>
        <w:rPr>
          <w:b w:val="0"/>
          <w:i w:val="0"/>
          <w:smallCaps w:val="0"/>
          <w:strike w:val="0"/>
          <w:sz w:val="16"/>
          <w:u w:val="none"/>
        </w:rPr>
        <w:t>“</w:t>
      </w:r>
      <w:r>
        <w:rPr>
          <w:b w:val="0"/>
          <w:i w:val="0"/>
          <w:smallCaps w:val="0"/>
          <w:strike w:val="0"/>
          <w:sz w:val="22"/>
          <w:u w:val="single"/>
        </w:rPr>
        <w:t>We cannot look away in the face of these tragedies,” she said</w:t>
      </w:r>
      <w:r>
        <w:rPr>
          <w:b w:val="0"/>
          <w:i w:val="0"/>
          <w:smallCaps w:val="0"/>
          <w:strike w:val="0"/>
          <w:sz w:val="16"/>
          <w:u w:val="none"/>
        </w:rPr>
        <w:t xml:space="preserve">. “We cannot allow ourselves to become numb to the suffering. </w:t>
      </w:r>
      <w:r>
        <w:rPr>
          <w:b w:val="0"/>
          <w:i w:val="0"/>
          <w:smallCaps w:val="0"/>
          <w:strike w:val="0"/>
          <w:sz w:val="22"/>
          <w:u w:val="single"/>
        </w:rPr>
        <w:t>And I will not be silent</w:t>
      </w:r>
      <w:r>
        <w:rPr>
          <w:b w:val="0"/>
          <w:i w:val="0"/>
          <w:smallCaps w:val="0"/>
          <w:strike w:val="0"/>
          <w:sz w:val="16"/>
          <w:u w:val="none"/>
        </w:rPr>
        <w:t>.”</w:t>
      </w:r>
    </w:p>
    <w:p>
      <w:pPr>
        <w:spacing w:after="60"/>
      </w:pPr>
      <w:r>
        <w:rPr>
          <w:b w:val="0"/>
          <w:i w:val="0"/>
          <w:smallCaps w:val="0"/>
          <w:strike w:val="0"/>
          <w:sz w:val="16"/>
          <w:u w:val="none"/>
        </w:rPr>
        <w:t xml:space="preserve">Harris did not deviate from the administration’s approach to the conflict, including grueling negotiations </w:t>
      </w:r>
      <w:r>
        <w:rPr>
          <w:b w:val="0"/>
          <w:i w:val="0"/>
          <w:smallCaps w:val="0"/>
          <w:strike w:val="0"/>
          <w:sz w:val="22"/>
          <w:u w:val="single"/>
        </w:rPr>
        <w:t>aimed at ending the fighting, releasing hostages held by Hamas and eventually rebuilding Gaza</w:t>
      </w:r>
      <w:r>
        <w:rPr>
          <w:b w:val="0"/>
          <w:i w:val="0"/>
          <w:smallCaps w:val="0"/>
          <w:strike w:val="0"/>
          <w:sz w:val="16"/>
          <w:u w:val="none"/>
        </w:rPr>
        <w:t>. She also said nothing about military assistance for Israel, which some Democrats want to cut.</w:t>
      </w:r>
    </w:p>
    <w:p>
      <w:pPr>
        <w:spacing w:after="60"/>
      </w:pPr>
      <w:r>
        <w:rPr>
          <w:b w:val="0"/>
          <w:i w:val="0"/>
          <w:smallCaps w:val="0"/>
          <w:strike w:val="0"/>
          <w:sz w:val="16"/>
          <w:u w:val="none"/>
        </w:rPr>
        <w:t>Instead, she tried to refocus the conversation around mitigating the calamity in Gaza, and she used language intended to nudge Americans toward an elusive middle ground.</w:t>
      </w:r>
    </w:p>
    <w:p>
      <w:pPr>
        <w:spacing w:after="60"/>
      </w:pPr>
      <w:r>
        <w:rPr>
          <w:b w:val="0"/>
          <w:i w:val="0"/>
          <w:smallCaps w:val="0"/>
          <w:strike w:val="0"/>
          <w:sz w:val="22"/>
          <w:u w:val="single"/>
        </w:rPr>
        <w:t>“The war in Gaza is not a binary issue,” she said. “But too often, the conversation is binary when the reality is anything but.”</w:t>
      </w:r>
    </w:p>
    <w:p>
      <w:pPr>
        <w:spacing w:after="60"/>
      </w:pPr>
      <w:r>
        <w:rPr>
          <w:b w:val="0"/>
          <w:i w:val="0"/>
          <w:smallCaps w:val="0"/>
          <w:strike w:val="0"/>
          <w:sz w:val="16"/>
          <w:u w:val="none"/>
        </w:rPr>
        <w:t xml:space="preserve">In addition, </w:t>
      </w:r>
      <w:r>
        <w:rPr>
          <w:b w:val="0"/>
          <w:i w:val="0"/>
          <w:smallCaps w:val="0"/>
          <w:strike w:val="0"/>
          <w:sz w:val="22"/>
          <w:u w:val="single"/>
        </w:rPr>
        <w:t xml:space="preserve">Harris made a more explicit appeal to voters who have been frustrated by the ceaseless bloodshed, </w:t>
      </w:r>
      <w:r>
        <w:rPr>
          <w:b w:val="0"/>
          <w:i w:val="0"/>
          <w:smallCaps w:val="0"/>
          <w:strike w:val="0"/>
          <w:sz w:val="16"/>
          <w:u w:val="none"/>
        </w:rPr>
        <w:t>which began when Hamas attacked Israel on Oct. 7.</w:t>
      </w:r>
    </w:p>
    <w:p>
      <w:pPr>
        <w:spacing w:after="60"/>
      </w:pPr>
      <w:r>
        <w:rPr>
          <w:b w:val="0"/>
          <w:i w:val="0"/>
          <w:smallCaps w:val="0"/>
          <w:strike w:val="0"/>
          <w:sz w:val="16"/>
          <w:u w:val="none"/>
        </w:rPr>
        <w:t>“To everyone who has been calling for a cease-fire, and to everyone who yearns for peace, I see you, and I hear you,” she said.</w:t>
      </w:r>
    </w:p>
    <w:p>
      <w:pPr>
        <w:spacing w:after="60"/>
      </w:pPr>
      <w:r>
        <w:rPr>
          <w:b w:val="0"/>
          <w:i w:val="0"/>
          <w:smallCaps w:val="0"/>
          <w:strike w:val="0"/>
          <w:sz w:val="16"/>
          <w:u w:val="none"/>
        </w:rPr>
        <w:t>Harris’ meeting with Netanyahu was private, and she described it as “frank and constructive.” She also emphasized her longtime support for Israel, which includes raising money to plant trees in the country when she was a young girl.</w:t>
      </w:r>
    </w:p>
    <w:p>
      <w:pPr>
        <w:spacing w:after="60"/>
      </w:pPr>
      <w:r>
        <w:rPr>
          <w:b w:val="0"/>
          <w:i w:val="0"/>
          <w:smallCaps w:val="0"/>
          <w:strike w:val="0"/>
          <w:sz w:val="16"/>
          <w:u w:val="none"/>
        </w:rPr>
        <w:t>Jewish Americans traditionally lean Democratic, but Republicans have tried to make inroads. Trump claimed this week that Harris “is totally against the Jewish people” because she didn’t attend Netanyahu’s address to a joint meeting of Congress. The vice president was traveling in Indiana during the speech.</w:t>
      </w:r>
    </w:p>
    <w:p>
      <w:pPr>
        <w:spacing w:after="60"/>
      </w:pPr>
      <w:r>
        <w:rPr>
          <w:b w:val="0"/>
          <w:i w:val="0"/>
          <w:smallCaps w:val="0"/>
          <w:strike w:val="0"/>
          <w:sz w:val="22"/>
          <w:u w:val="single"/>
        </w:rPr>
        <w:t>Harris is married to a Jewish man, Doug Emhoff, who has played an outspoken role in the administration’s efforts to combat antisemitism.</w:t>
      </w:r>
    </w:p>
    <w:p>
      <w:pPr>
        <w:spacing w:after="60"/>
      </w:pPr>
      <w:r>
        <w:rPr>
          <w:b w:val="0"/>
          <w:i w:val="0"/>
          <w:smallCaps w:val="0"/>
          <w:strike w:val="0"/>
          <w:sz w:val="16"/>
          <w:u w:val="none"/>
        </w:rPr>
        <w:t>Netanyahu did not speak publicly after his meeting with Harris. His trip was scheduled before Biden dropped his reelection bid, but the meeting with Harris was watched closely for clues to her views on Israel.</w:t>
      </w:r>
    </w:p>
    <w:p>
      <w:pPr>
        <w:spacing w:after="60"/>
      </w:pPr>
      <w:r>
        <w:rPr>
          <w:b w:val="0"/>
          <w:i w:val="0"/>
          <w:smallCaps w:val="0"/>
          <w:strike w:val="0"/>
          <w:sz w:val="16"/>
          <w:u w:val="none"/>
        </w:rPr>
        <w:t>“She is in a tricky situation and walking a tightrope where she’s still the vice president and the president really is the one who leads on the foreign policy agenda,” said Dearborn Mayor Abdullah Hammoud, a Democrat whose city is home to one of the largest Arab American communities in the nation. “But as the candidate, the presumptive nominee, she has to now create the space to differentiate in order for her to chart a new course.”</w:t>
      </w:r>
    </w:p>
    <w:p>
      <w:pPr>
        <w:spacing w:after="60"/>
      </w:pPr>
      <w:r>
        <w:rPr>
          <w:b w:val="0"/>
          <w:i w:val="0"/>
          <w:smallCaps w:val="0"/>
          <w:strike w:val="0"/>
          <w:sz w:val="16"/>
          <w:u w:val="none"/>
        </w:rPr>
        <w:t>Protesters gathered outside Union Station on the day of Netanyahu’s speech, ripping down American flags and spray painting “Hamas is coming.”</w:t>
      </w:r>
    </w:p>
    <w:p>
      <w:pPr>
        <w:spacing w:after="60"/>
      </w:pPr>
      <w:r>
        <w:rPr>
          <w:b w:val="0"/>
          <w:i w:val="0"/>
          <w:smallCaps w:val="0"/>
          <w:strike w:val="0"/>
          <w:sz w:val="16"/>
          <w:u w:val="none"/>
        </w:rPr>
        <w:t>Harris sharply criticized those actions, saying there were “despicable acts by unpatriotic protesters and dangerous hate-fueled rhetoric</w:t>
      </w:r>
      <w:r>
        <w:rPr>
          <w:b w:val="0"/>
          <w:i w:val="0"/>
          <w:smallCaps w:val="0"/>
          <w:strike w:val="0"/>
          <w:sz w:val="16"/>
          <w:u w:val="none"/>
        </w:rPr>
        <w:t>. ”</w:t>
      </w:r>
    </w:p>
    <w:p>
      <w:pPr>
        <w:spacing w:after="60"/>
      </w:pPr>
      <w:r>
        <w:rPr>
          <w:b w:val="0"/>
          <w:i w:val="0"/>
          <w:smallCaps w:val="0"/>
          <w:strike w:val="0"/>
          <w:sz w:val="16"/>
          <w:u w:val="none"/>
        </w:rPr>
        <w:t>“I support the right to peacefully protest, but let’s be clear: Antisemitism, hate and violence of any kind have no place in our nation,” she said in a statement.</w:t>
      </w:r>
    </w:p>
    <w:p>
      <w:pPr>
        <w:spacing w:after="60"/>
      </w:pPr>
      <w:r>
        <w:rPr>
          <w:b w:val="0"/>
          <w:i w:val="0"/>
          <w:smallCaps w:val="0"/>
          <w:strike w:val="0"/>
          <w:sz w:val="16"/>
          <w:u w:val="none"/>
        </w:rPr>
        <w:t xml:space="preserve">As vice president, Harris has tried to show little daylight between herself and Biden. But David Rothkopf, a foreign policy writer who has met with her, said there’s been “a noticeable difference in tone, particularly </w:t>
      </w:r>
      <w:r>
        <w:rPr>
          <w:b w:val="0"/>
          <w:i w:val="0"/>
          <w:smallCaps w:val="0"/>
          <w:strike w:val="0"/>
          <w:sz w:val="16"/>
          <w:u w:val="none"/>
        </w:rPr>
        <w:t>in regards to</w:t>
      </w:r>
      <w:r>
        <w:rPr>
          <w:b w:val="0"/>
          <w:i w:val="0"/>
          <w:smallCaps w:val="0"/>
          <w:strike w:val="0"/>
          <w:sz w:val="16"/>
          <w:u w:val="none"/>
        </w:rPr>
        <w:t xml:space="preserve"> concern for the plight of innocent Palestinians.”</w:t>
      </w:r>
    </w:p>
    <w:p>
      <w:pPr>
        <w:spacing w:after="60"/>
      </w:pPr>
      <w:r>
        <w:rPr>
          <w:b w:val="0"/>
          <w:i w:val="0"/>
          <w:smallCaps w:val="0"/>
          <w:strike w:val="0"/>
          <w:sz w:val="16"/>
          <w:u w:val="none"/>
        </w:rPr>
        <w:t>The difference was on display in Selma, Alabama, in March, when Harris commemorated the anniversary of the Bloody Sunday march for voting rights in 1965.</w:t>
      </w:r>
    </w:p>
    <w:p>
      <w:pPr>
        <w:spacing w:after="60"/>
      </w:pPr>
      <w:r>
        <w:rPr>
          <w:b w:val="0"/>
          <w:i w:val="0"/>
          <w:smallCaps w:val="0"/>
          <w:strike w:val="0"/>
          <w:sz w:val="16"/>
          <w:u w:val="none"/>
        </w:rPr>
        <w:t xml:space="preserve">During her speech, </w:t>
      </w:r>
      <w:r>
        <w:rPr>
          <w:b w:val="0"/>
          <w:i w:val="0"/>
          <w:smallCaps w:val="0"/>
          <w:strike w:val="0"/>
          <w:sz w:val="22"/>
          <w:u w:val="single"/>
        </w:rPr>
        <w:t>Harris said that “given the immense scale of suffering in Gaza, there must be an immediate ceasefire.”</w:t>
      </w:r>
    </w:p>
    <w:p>
      <w:pPr>
        <w:spacing w:after="60"/>
      </w:pPr>
      <w:r>
        <w:rPr>
          <w:b w:val="0"/>
          <w:i w:val="0"/>
          <w:smallCaps w:val="0"/>
          <w:strike w:val="0"/>
          <w:sz w:val="16"/>
          <w:u w:val="none"/>
        </w:rPr>
        <w:t xml:space="preserve">The </w:t>
      </w:r>
      <w:r>
        <w:rPr>
          <w:b w:val="0"/>
          <w:i w:val="0"/>
          <w:smallCaps w:val="0"/>
          <w:strike w:val="0"/>
          <w:sz w:val="22"/>
          <w:u w:val="single"/>
        </w:rPr>
        <w:t>audience broke out in applause.</w:t>
      </w:r>
      <w:r>
        <w:rPr>
          <w:b w:val="0"/>
          <w:i w:val="0"/>
          <w:smallCaps w:val="0"/>
          <w:strike w:val="0"/>
          <w:sz w:val="16"/>
          <w:u w:val="none"/>
        </w:rPr>
        <w:t xml:space="preserve"> A few sentences later, Harris emphasized that it was up to Hamas to accept the deal that had been offered. But </w:t>
      </w:r>
      <w:r>
        <w:rPr>
          <w:b w:val="0"/>
          <w:i w:val="0"/>
          <w:smallCaps w:val="0"/>
          <w:strike w:val="0"/>
          <w:sz w:val="22"/>
          <w:u w:val="single"/>
        </w:rPr>
        <w:t>her demand for a cease-fire still resonated in ways that Biden’s comments had not.</w:t>
      </w:r>
    </w:p>
    <w:p>
      <w:pPr>
        <w:spacing w:after="60"/>
      </w:pPr>
      <w:r>
        <w:rPr>
          <w:b w:val="0"/>
          <w:i w:val="0"/>
          <w:smallCaps w:val="0"/>
          <w:strike w:val="0"/>
          <w:sz w:val="22"/>
          <w:u w:val="single"/>
        </w:rPr>
        <w:t>An AP-NORC poll conducted in June found that about 6 in 10 Democrats disapproved of the way Biden is handling the conflict between the Israelis and the Palestinians.</w:t>
      </w:r>
      <w:r>
        <w:rPr>
          <w:b w:val="0"/>
          <w:i w:val="0"/>
          <w:smallCaps w:val="0"/>
          <w:strike w:val="0"/>
          <w:sz w:val="16"/>
          <w:u w:val="none"/>
        </w:rPr>
        <w:t xml:space="preserve"> Roughly the same number said Israel’s military response in Gaza had gone too far.</w:t>
      </w:r>
    </w:p>
    <w:p>
      <w:pPr>
        <w:pStyle w:val="Caption"/>
      </w:pPr>
      <w:r>
        <w:t>Source: Elections DA Harris Supplement - Michigan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