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Abortion is the most important voting issue</w:t>
      </w:r>
    </w:p>
    <w:p>
      <w:pPr>
        <w:spacing w:after="80"/>
      </w:pPr>
      <w:r>
        <w:rPr>
          <w:b/>
          <w:i w:val="0"/>
          <w:smallCaps w:val="0"/>
          <w:strike w:val="0"/>
          <w:sz w:val="23"/>
          <w:u w:val="none"/>
        </w:rPr>
        <w:t>McPhillips ’24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(3/7/24, Deidre McPhillips is a Data Editor at U.S. News &amp; World Report, overseeing and conducting data collection and analysis for projects in the News channel, </w:t>
      </w:r>
      <w:r>
        <w:rPr>
          <w:b w:val="0"/>
          <w:i/>
          <w:smallCaps w:val="0"/>
          <w:strike w:val="0"/>
          <w:sz w:val="14"/>
          <w:u w:val="none"/>
        </w:rPr>
        <w:t xml:space="preserve">“Abortion is the top issue for 1 in 8 voters in the US ahead of this year’s elections, KFF survey finds” </w:t>
      </w:r>
      <w:r>
        <w:rPr>
          <w:b w:val="0"/>
          <w:i w:val="0"/>
          <w:smallCaps w:val="0"/>
          <w:strike w:val="0"/>
          <w:sz w:val="14"/>
          <w:u w:val="none"/>
        </w:rPr>
        <w:t>CNN, https://www.cnn.com/2024/03/07/health/abortion-elections-kff-survey/index.html)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About </w:t>
      </w:r>
      <w:r>
        <w:rPr>
          <w:b w:val="0"/>
          <w:i w:val="0"/>
          <w:smallCaps w:val="0"/>
          <w:strike w:val="0"/>
          <w:highlight w:val="cyan"/>
          <w:u w:val="single"/>
        </w:rPr>
        <w:t>half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registered </w:t>
      </w:r>
      <w:r>
        <w:rPr>
          <w:b w:val="0"/>
          <w:i w:val="0"/>
          <w:smallCaps w:val="0"/>
          <w:strike w:val="0"/>
          <w:highlight w:val="cyan"/>
          <w:u w:val="single"/>
        </w:rPr>
        <w:t>voters</w:t>
      </w:r>
      <w:r>
        <w:rPr>
          <w:b w:val="0"/>
          <w:i w:val="0"/>
          <w:smallCaps w:val="0"/>
          <w:strike w:val="0"/>
          <w:u w:val="single"/>
        </w:rPr>
        <w:t xml:space="preserve"> in the United States </w:t>
      </w:r>
      <w:r>
        <w:rPr>
          <w:b w:val="0"/>
          <w:i w:val="0"/>
          <w:smallCaps w:val="0"/>
          <w:strike w:val="0"/>
          <w:highlight w:val="cyan"/>
          <w:u w:val="single"/>
        </w:rPr>
        <w:t>say</w:t>
      </w:r>
      <w:r>
        <w:rPr>
          <w:b w:val="0"/>
          <w:i w:val="0"/>
          <w:smallCaps w:val="0"/>
          <w:strike w:val="0"/>
          <w:u w:val="single"/>
        </w:rPr>
        <w:t xml:space="preserve"> this year’s </w:t>
      </w:r>
      <w:r>
        <w:rPr>
          <w:b w:val="0"/>
          <w:i w:val="0"/>
          <w:smallCaps w:val="0"/>
          <w:strike w:val="0"/>
          <w:highlight w:val="cyan"/>
          <w:u w:val="single"/>
        </w:rPr>
        <w:t>elections</w:t>
      </w:r>
      <w:r>
        <w:rPr>
          <w:b w:val="0"/>
          <w:i w:val="0"/>
          <w:smallCaps w:val="0"/>
          <w:strike w:val="0"/>
          <w:u w:val="single"/>
        </w:rPr>
        <w:t xml:space="preserve"> will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have </w:t>
      </w:r>
      <w:r>
        <w:rPr>
          <w:b w:val="0"/>
          <w:i w:val="0"/>
          <w:smallCaps w:val="0"/>
          <w:strike w:val="0"/>
          <w:u w:val="single"/>
        </w:rPr>
        <w:t xml:space="preserve">a </w:t>
      </w:r>
      <w:r>
        <w:rPr>
          <w:b w:val="0"/>
          <w:i w:val="0"/>
          <w:smallCaps w:val="0"/>
          <w:strike w:val="0"/>
          <w:highlight w:val="cyan"/>
          <w:u w:val="single"/>
        </w:rPr>
        <w:t>“</w:t>
      </w:r>
      <w:r>
        <w:rPr>
          <w:b w:val="0"/>
          <w:i w:val="0"/>
          <w:smallCaps w:val="0"/>
          <w:strike w:val="0"/>
          <w:u w:val="single"/>
        </w:rPr>
        <w:t xml:space="preserve">major </w:t>
      </w:r>
      <w:r>
        <w:rPr>
          <w:b w:val="0"/>
          <w:i w:val="0"/>
          <w:smallCaps w:val="0"/>
          <w:strike w:val="0"/>
          <w:highlight w:val="cyan"/>
          <w:u w:val="single"/>
        </w:rPr>
        <w:t>impact</w:t>
      </w:r>
      <w:r>
        <w:rPr>
          <w:b w:val="0"/>
          <w:i w:val="0"/>
          <w:smallCaps w:val="0"/>
          <w:strike w:val="0"/>
          <w:u w:val="single"/>
        </w:rPr>
        <w:t xml:space="preserve">” </w:t>
      </w:r>
      <w:r>
        <w:rPr>
          <w:b w:val="0"/>
          <w:i w:val="0"/>
          <w:smallCaps w:val="0"/>
          <w:strike w:val="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u w:val="single"/>
        </w:rPr>
        <w:t xml:space="preserve"> access to </w:t>
      </w:r>
      <w:r>
        <w:rPr>
          <w:b w:val="0"/>
          <w:i w:val="0"/>
          <w:smallCaps w:val="0"/>
          <w:strike w:val="0"/>
          <w:highlight w:val="cyan"/>
          <w:u w:val="single"/>
        </w:rPr>
        <w:t>abortion</w:t>
      </w:r>
      <w:r>
        <w:rPr>
          <w:b w:val="0"/>
          <w:i w:val="0"/>
          <w:smallCaps w:val="0"/>
          <w:strike w:val="0"/>
          <w:u w:val="single"/>
        </w:rPr>
        <w:t xml:space="preserve">, and about </w:t>
      </w:r>
      <w:r>
        <w:rPr>
          <w:b w:val="0"/>
          <w:i w:val="0"/>
          <w:smallCaps w:val="0"/>
          <w:strike w:val="0"/>
          <w:highlight w:val="cyan"/>
          <w:u w:val="single"/>
        </w:rPr>
        <w:t>1 in 8 voters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says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abortion</w:t>
      </w:r>
      <w:r>
        <w:rPr>
          <w:b w:val="0"/>
          <w:i w:val="0"/>
          <w:smallCaps w:val="0"/>
          <w:strike w:val="0"/>
          <w:u w:val="single"/>
        </w:rPr>
        <w:t xml:space="preserve"> is the </w:t>
      </w:r>
      <w:r>
        <w:rPr>
          <w:b w:val="0"/>
          <w:i w:val="0"/>
          <w:smallCaps w:val="0"/>
          <w:strike w:val="0"/>
          <w:highlight w:val="cyan"/>
          <w:u w:val="single"/>
        </w:rPr>
        <w:t>most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important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issue</w:t>
      </w:r>
      <w:r>
        <w:rPr>
          <w:b w:val="0"/>
          <w:i w:val="0"/>
          <w:smallCaps w:val="0"/>
          <w:strike w:val="0"/>
          <w:u w:val="single"/>
        </w:rPr>
        <w:t xml:space="preserve"> driving their vote, according to a new 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Abortion</w:t>
      </w:r>
      <w:r>
        <w:rPr>
          <w:b w:val="0"/>
          <w:i w:val="0"/>
          <w:smallCaps w:val="0"/>
          <w:strike w:val="0"/>
          <w:u w:val="single"/>
        </w:rPr>
        <w:t xml:space="preserve"> is a particularly </w:t>
      </w:r>
      <w:r>
        <w:rPr>
          <w:b w:val="0"/>
          <w:i w:val="0"/>
          <w:smallCaps w:val="0"/>
          <w:strike w:val="0"/>
          <w:highlight w:val="cyan"/>
          <w:u w:val="single"/>
        </w:rPr>
        <w:t>motivating issue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Black women</w:t>
      </w:r>
      <w:r>
        <w:rPr>
          <w:b w:val="0"/>
          <w:i w:val="0"/>
          <w:smallCaps w:val="0"/>
          <w:strike w:val="0"/>
          <w:u w:val="single"/>
        </w:rPr>
        <w:t xml:space="preserve">, with </w:t>
      </w:r>
      <w:r>
        <w:rPr>
          <w:b w:val="0"/>
          <w:i w:val="0"/>
          <w:smallCaps w:val="0"/>
          <w:strike w:val="0"/>
          <w:highlight w:val="cyan"/>
          <w:u w:val="single"/>
        </w:rPr>
        <w:t>more than a quarter of voters</w:t>
      </w:r>
      <w:r>
        <w:rPr>
          <w:b w:val="0"/>
          <w:i w:val="0"/>
          <w:smallCaps w:val="0"/>
          <w:strike w:val="0"/>
          <w:u w:val="single"/>
        </w:rPr>
        <w:t xml:space="preserve"> in this group </w:t>
      </w:r>
      <w:r>
        <w:rPr>
          <w:b w:val="0"/>
          <w:i w:val="0"/>
          <w:smallCaps w:val="0"/>
          <w:strike w:val="0"/>
          <w:highlight w:val="cyan"/>
          <w:u w:val="single"/>
        </w:rPr>
        <w:t>saying</w:t>
      </w:r>
      <w:r>
        <w:rPr>
          <w:b w:val="0"/>
          <w:i w:val="0"/>
          <w:smallCaps w:val="0"/>
          <w:strike w:val="0"/>
          <w:u w:val="single"/>
        </w:rPr>
        <w:t xml:space="preserve"> it is the </w:t>
      </w:r>
      <w:r>
        <w:rPr>
          <w:b w:val="0"/>
          <w:i w:val="0"/>
          <w:smallCaps w:val="0"/>
          <w:strike w:val="0"/>
          <w:highlight w:val="cyan"/>
          <w:u w:val="single"/>
        </w:rPr>
        <w:t>most important issue</w:t>
      </w:r>
      <w:r>
        <w:rPr>
          <w:b w:val="0"/>
          <w:i w:val="0"/>
          <w:smallCaps w:val="0"/>
          <w:strike w:val="0"/>
          <w:u w:val="single"/>
        </w:rPr>
        <w:t xml:space="preserve"> to them ahead of the 2024 elections</w:t>
      </w:r>
      <w:r>
        <w:rPr>
          <w:b w:val="0"/>
          <w:i w:val="0"/>
          <w:smallCaps w:val="0"/>
          <w:strike w:val="0"/>
          <w:sz w:val="16"/>
          <w:u w:val="none"/>
        </w:rPr>
        <w:t>. It is also the driving issue for larger-than-average shares of Democratic women (22%), women who live in states with abortion bans (19%) and women of reproductive age, or adult women under 50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(17%).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majority of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voters</w:t>
      </w:r>
      <w:r>
        <w:rPr>
          <w:b w:val="0"/>
          <w:i w:val="0"/>
          <w:smallCaps w:val="0"/>
          <w:strike w:val="0"/>
          <w:u w:val="single"/>
        </w:rPr>
        <w:t xml:space="preserve"> who </w:t>
      </w:r>
      <w:r>
        <w:rPr>
          <w:b w:val="0"/>
          <w:i w:val="0"/>
          <w:smallCaps w:val="0"/>
          <w:strike w:val="0"/>
          <w:highlight w:val="cyan"/>
          <w:u w:val="single"/>
        </w:rPr>
        <w:t>named abortion as the most important issue to them</w:t>
      </w:r>
      <w:r>
        <w:rPr>
          <w:b w:val="0"/>
          <w:i w:val="0"/>
          <w:smallCaps w:val="0"/>
          <w:strike w:val="0"/>
          <w:u w:val="single"/>
        </w:rPr>
        <w:t xml:space="preserve"> say it should be legal in all or most cases.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About half (48%) said they would vote for President Joe Biden if the election were held today, while 26% said they would back former President Donald Trump. One in eight isn’t a majority of voters, and it’s down from the midterms, but it is still a share that could be decisive in tight elections,” said Ashley Kirzinger, director of survey methodology and associate director of public opinion and survey research with KFF. </w:t>
      </w:r>
      <w:r>
        <w:rPr>
          <w:b w:val="0"/>
          <w:i w:val="0"/>
          <w:smallCaps w:val="0"/>
          <w:strike w:val="0"/>
          <w:u w:val="single"/>
        </w:rPr>
        <w:t xml:space="preserve">Black </w:t>
      </w:r>
      <w:r>
        <w:rPr>
          <w:b w:val="0"/>
          <w:i w:val="0"/>
          <w:smallCaps w:val="0"/>
          <w:strike w:val="0"/>
          <w:highlight w:val="cyan"/>
          <w:u w:val="single"/>
        </w:rPr>
        <w:t>women</w:t>
      </w:r>
      <w:r>
        <w:rPr>
          <w:b w:val="0"/>
          <w:i w:val="0"/>
          <w:smallCaps w:val="0"/>
          <w:strike w:val="0"/>
          <w:u w:val="single"/>
        </w:rPr>
        <w:t>, in particular, are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key voting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group</w:t>
      </w:r>
      <w:r>
        <w:rPr>
          <w:b w:val="0"/>
          <w:i w:val="0"/>
          <w:smallCaps w:val="0"/>
          <w:strike w:val="0"/>
          <w:u w:val="single"/>
        </w:rPr>
        <w:t xml:space="preserve"> that tends to vote Democratic and tends to </w:t>
      </w:r>
      <w:r>
        <w:rPr>
          <w:b w:val="0"/>
          <w:i w:val="0"/>
          <w:smallCaps w:val="0"/>
          <w:strike w:val="0"/>
          <w:highlight w:val="cyan"/>
          <w:u w:val="single"/>
        </w:rPr>
        <w:t>have high turnout</w:t>
      </w:r>
      <w:r>
        <w:rPr>
          <w:b w:val="0"/>
          <w:i w:val="0"/>
          <w:smallCaps w:val="0"/>
          <w:strike w:val="0"/>
          <w:u w:val="single"/>
        </w:rPr>
        <w:t xml:space="preserve">, she said. </w:t>
      </w:r>
      <w:r>
        <w:rPr>
          <w:b w:val="0"/>
          <w:i w:val="0"/>
          <w:smallCaps w:val="0"/>
          <w:strike w:val="0"/>
          <w:highlight w:val="cyan"/>
          <w:u w:val="single"/>
        </w:rPr>
        <w:t>Abortion</w:t>
      </w:r>
      <w:r>
        <w:rPr>
          <w:b w:val="0"/>
          <w:i w:val="0"/>
          <w:smallCaps w:val="0"/>
          <w:strike w:val="0"/>
          <w:u w:val="single"/>
        </w:rPr>
        <w:t xml:space="preserve"> is still a politically </w:t>
      </w:r>
      <w:r>
        <w:rPr>
          <w:b w:val="0"/>
          <w:i w:val="0"/>
          <w:smallCaps w:val="0"/>
          <w:strike w:val="0"/>
          <w:highlight w:val="cyan"/>
          <w:u w:val="single"/>
        </w:rPr>
        <w:t>polarizing issue</w:t>
      </w:r>
      <w:r>
        <w:rPr>
          <w:b w:val="0"/>
          <w:i w:val="0"/>
          <w:smallCaps w:val="0"/>
          <w:strike w:val="0"/>
          <w:u w:val="single"/>
        </w:rPr>
        <w:t xml:space="preserve">. Overall, a little </w:t>
      </w:r>
      <w:r>
        <w:rPr>
          <w:b w:val="0"/>
          <w:i w:val="0"/>
          <w:smallCaps w:val="0"/>
          <w:strike w:val="0"/>
          <w:highlight w:val="cyan"/>
          <w:u w:val="single"/>
        </w:rPr>
        <w:t>over half of adults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say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they</w:t>
      </w:r>
      <w:r>
        <w:rPr>
          <w:b w:val="0"/>
          <w:i w:val="0"/>
          <w:smallCaps w:val="0"/>
          <w:strike w:val="0"/>
          <w:u w:val="single"/>
        </w:rPr>
        <w:t xml:space="preserve"> would </w:t>
      </w:r>
      <w:r>
        <w:rPr>
          <w:b w:val="0"/>
          <w:i w:val="0"/>
          <w:smallCaps w:val="0"/>
          <w:strike w:val="0"/>
          <w:highlight w:val="cyan"/>
          <w:u w:val="single"/>
        </w:rPr>
        <w:t>like</w:t>
      </w:r>
      <w:r>
        <w:rPr>
          <w:b w:val="0"/>
          <w:i w:val="0"/>
          <w:smallCaps w:val="0"/>
          <w:strike w:val="0"/>
          <w:u w:val="single"/>
        </w:rPr>
        <w:t xml:space="preserve"> to see the federal government pass </w:t>
      </w:r>
      <w:r>
        <w:rPr>
          <w:b w:val="0"/>
          <w:i w:val="0"/>
          <w:smallCaps w:val="0"/>
          <w:strike w:val="0"/>
          <w:highlight w:val="cyan"/>
          <w:u w:val="single"/>
        </w:rPr>
        <w:t>laws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 protect abortion</w:t>
      </w:r>
      <w:r>
        <w:rPr>
          <w:b w:val="0"/>
          <w:i w:val="0"/>
          <w:smallCaps w:val="0"/>
          <w:strike w:val="0"/>
          <w:u w:val="single"/>
        </w:rPr>
        <w:t xml:space="preserve"> nationwide, compared with about 1 in 5 who say they would rather see the federal government prohibit abortion, according to the KFF survey.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