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buzz around Kamala boosts her past Trump.</w:t>
      </w:r>
    </w:p>
    <w:p>
      <w:pPr>
        <w:spacing w:after="80"/>
      </w:pPr>
      <w:r>
        <w:rPr>
          <w:b/>
          <w:i w:val="0"/>
          <w:smallCaps w:val="0"/>
          <w:strike w:val="0"/>
          <w:sz w:val="26"/>
          <w:u w:val="none"/>
        </w:rPr>
        <w:t>Slisco</w:t>
      </w:r>
      <w:r>
        <w:rPr>
          <w:b/>
          <w:i w:val="0"/>
          <w:smallCaps w:val="0"/>
          <w:strike w:val="0"/>
          <w:sz w:val="26"/>
          <w:u w:val="none"/>
        </w:rPr>
        <w:t xml:space="preserve"> 7/26</w:t>
      </w:r>
      <w:r>
        <w:rPr>
          <w:b w:val="0"/>
          <w:i w:val="0"/>
          <w:smallCaps w:val="0"/>
          <w:strike w:val="0"/>
          <w:u w:val="none"/>
        </w:rPr>
        <w:t xml:space="preserve"> [Aila </w:t>
      </w:r>
      <w:r>
        <w:rPr>
          <w:b w:val="0"/>
          <w:i w:val="0"/>
          <w:smallCaps w:val="0"/>
          <w:strike w:val="0"/>
          <w:u w:val="none"/>
        </w:rPr>
        <w:t>Slisco</w:t>
      </w:r>
      <w:r>
        <w:rPr>
          <w:b w:val="0"/>
          <w:i w:val="0"/>
          <w:smallCaps w:val="0"/>
          <w:strike w:val="0"/>
          <w:u w:val="none"/>
        </w:rPr>
        <w:t xml:space="preserve">; Aila </w:t>
      </w:r>
      <w:r>
        <w:rPr>
          <w:b w:val="0"/>
          <w:i w:val="0"/>
          <w:smallCaps w:val="0"/>
          <w:strike w:val="0"/>
          <w:u w:val="none"/>
        </w:rPr>
        <w:t>Slisco</w:t>
      </w:r>
      <w:r>
        <w:rPr>
          <w:b w:val="0"/>
          <w:i w:val="0"/>
          <w:smallCaps w:val="0"/>
          <w:strike w:val="0"/>
          <w:u w:val="none"/>
        </w:rPr>
        <w:t xml:space="preserve"> is a Newsweek night reporter based in New York. Her focus is on reporting national politics, where she has covered the 2020 and 2022 elections, the impeachments of Donald Trump and multiple State of the Union addresses; 7-26-2024; Kamala Harris lands fifth polling win in 24 hours; Newsweek; https://www.newsweek.com/kamala-harris-lands-fifth-polling-win-24-hours-1931015; 7-27-2024; AO]</w:t>
      </w:r>
    </w:p>
    <w:p>
      <w:pPr>
        <w:spacing w:after="60"/>
      </w:pPr>
      <w:r>
        <w:rPr>
          <w:b w:val="0"/>
          <w:i w:val="0"/>
          <w:smallCaps w:val="0"/>
          <w:strike w:val="0"/>
          <w:sz w:val="22"/>
          <w:u w:val="single"/>
        </w:rPr>
        <w:t xml:space="preserve">When independent candidate Robert F. Kennedy is included, the poll found that </w:t>
      </w:r>
      <w:r>
        <w:rPr>
          <w:b/>
          <w:i w:val="0"/>
          <w:smallCaps w:val="0"/>
          <w:strike w:val="0"/>
          <w:sz w:val="22"/>
          <w:highlight w:val="cyan"/>
          <w:u w:val="single"/>
        </w:rPr>
        <w:t>Harris overtakes Trump</w:t>
      </w:r>
      <w:r>
        <w:rPr>
          <w:b w:val="0"/>
          <w:i w:val="0"/>
          <w:smallCaps w:val="0"/>
          <w:strike w:val="0"/>
          <w:sz w:val="22"/>
          <w:u w:val="single"/>
        </w:rPr>
        <w:t xml:space="preserve"> and has a slight lead, 45 percent to 44 percent</w:t>
      </w:r>
      <w:r>
        <w:rPr>
          <w:b w:val="0"/>
          <w:i w:val="0"/>
          <w:smallCaps w:val="0"/>
          <w:strike w:val="0"/>
          <w:sz w:val="16"/>
          <w:u w:val="none"/>
        </w:rPr>
        <w:t>. Kennedy was the choice of only 4 percent of respondents, while 5 percent were undecided.</w:t>
      </w:r>
    </w:p>
    <w:p>
      <w:pPr>
        <w:spacing w:after="60"/>
      </w:pPr>
      <w:r>
        <w:rPr>
          <w:b w:val="0"/>
          <w:i w:val="0"/>
          <w:smallCaps w:val="0"/>
          <w:strike w:val="0"/>
          <w:sz w:val="16"/>
          <w:u w:val="none"/>
        </w:rPr>
        <w:t>President Joe Biden, who dropped out of the race and endorsed Harris on July 21, was losing to Trump by 6-point margins in both head-to-head and multi-candidate versions of the Wall Street Journal poll taken earlier this month.</w:t>
      </w:r>
    </w:p>
    <w:p>
      <w:pPr>
        <w:spacing w:after="60"/>
      </w:pPr>
      <w:r>
        <w:rPr>
          <w:b w:val="0"/>
          <w:i w:val="0"/>
          <w:smallCaps w:val="0"/>
          <w:strike w:val="0"/>
          <w:sz w:val="16"/>
          <w:u w:val="none"/>
        </w:rPr>
        <w:t xml:space="preserve">While early polling suggests that a Trump-Harris contest will likely be close, </w:t>
      </w:r>
      <w:r>
        <w:rPr>
          <w:b w:val="0"/>
          <w:i w:val="0"/>
          <w:smallCaps w:val="0"/>
          <w:strike w:val="0"/>
          <w:sz w:val="22"/>
          <w:u w:val="single"/>
        </w:rPr>
        <w:t xml:space="preserve">the </w:t>
      </w:r>
      <w:r>
        <w:rPr>
          <w:b w:val="0"/>
          <w:i w:val="0"/>
          <w:smallCaps w:val="0"/>
          <w:strike w:val="0"/>
          <w:sz w:val="22"/>
          <w:highlight w:val="cyan"/>
          <w:u w:val="single"/>
        </w:rPr>
        <w:t>momentum</w:t>
      </w:r>
      <w:r>
        <w:rPr>
          <w:b w:val="0"/>
          <w:i w:val="0"/>
          <w:smallCaps w:val="0"/>
          <w:strike w:val="0"/>
          <w:sz w:val="22"/>
          <w:u w:val="single"/>
        </w:rPr>
        <w:t xml:space="preserve"> seems to </w:t>
      </w:r>
      <w:r>
        <w:rPr>
          <w:b/>
          <w:i w:val="0"/>
          <w:smallCaps w:val="0"/>
          <w:strike w:val="0"/>
          <w:sz w:val="22"/>
          <w:u w:val="single"/>
        </w:rPr>
        <w:t xml:space="preserve">have </w:t>
      </w:r>
      <w:r>
        <w:rPr>
          <w:b/>
          <w:i w:val="0"/>
          <w:smallCaps w:val="0"/>
          <w:strike w:val="0"/>
          <w:sz w:val="22"/>
          <w:highlight w:val="cyan"/>
          <w:u w:val="single"/>
        </w:rPr>
        <w:t>quickly shifted</w:t>
      </w:r>
      <w:r>
        <w:rPr>
          <w:b/>
          <w:i w:val="0"/>
          <w:smallCaps w:val="0"/>
          <w:strike w:val="0"/>
          <w:sz w:val="22"/>
          <w:u w:val="single"/>
        </w:rPr>
        <w:t xml:space="preserve"> to Harris</w:t>
      </w:r>
      <w:r>
        <w:rPr>
          <w:b w:val="0"/>
          <w:i w:val="0"/>
          <w:smallCaps w:val="0"/>
          <w:strike w:val="0"/>
          <w:sz w:val="22"/>
          <w:u w:val="single"/>
        </w:rPr>
        <w:t xml:space="preserve">. The vice president has </w:t>
      </w:r>
      <w:r>
        <w:rPr>
          <w:b w:val="0"/>
          <w:i w:val="0"/>
          <w:smallCaps w:val="0"/>
          <w:strike w:val="0"/>
          <w:sz w:val="22"/>
          <w:highlight w:val="cyan"/>
          <w:u w:val="single"/>
        </w:rPr>
        <w:t>amassed</w:t>
      </w:r>
      <w:r>
        <w:rPr>
          <w:b w:val="0"/>
          <w:i w:val="0"/>
          <w:smallCaps w:val="0"/>
          <w:strike w:val="0"/>
          <w:sz w:val="22"/>
          <w:u w:val="single"/>
        </w:rPr>
        <w:t xml:space="preserve"> mostly small but </w:t>
      </w:r>
      <w:r>
        <w:rPr>
          <w:b/>
          <w:i w:val="0"/>
          <w:smallCaps w:val="0"/>
          <w:strike w:val="0"/>
          <w:sz w:val="22"/>
          <w:highlight w:val="cyan"/>
          <w:u w:val="single"/>
        </w:rPr>
        <w:t>significant gains</w:t>
      </w:r>
      <w:r>
        <w:rPr>
          <w:b w:val="0"/>
          <w:i w:val="0"/>
          <w:smallCaps w:val="0"/>
          <w:strike w:val="0"/>
          <w:sz w:val="22"/>
          <w:highlight w:val="cyan"/>
          <w:u w:val="single"/>
        </w:rPr>
        <w:t xml:space="preserve"> in</w:t>
      </w:r>
      <w:r>
        <w:rPr>
          <w:b w:val="0"/>
          <w:i w:val="0"/>
          <w:smallCaps w:val="0"/>
          <w:strike w:val="0"/>
          <w:sz w:val="22"/>
          <w:u w:val="single"/>
        </w:rPr>
        <w:t xml:space="preserve"> at least four other polls of </w:t>
      </w:r>
      <w:r>
        <w:rPr>
          <w:b w:val="0"/>
          <w:i w:val="0"/>
          <w:smallCaps w:val="0"/>
          <w:strike w:val="0"/>
          <w:sz w:val="22"/>
          <w:highlight w:val="cyan"/>
          <w:u w:val="single"/>
        </w:rPr>
        <w:t>battleground states and young voters</w:t>
      </w:r>
      <w:r>
        <w:rPr>
          <w:b w:val="0"/>
          <w:i w:val="0"/>
          <w:smallCaps w:val="0"/>
          <w:strike w:val="0"/>
          <w:sz w:val="16"/>
          <w:u w:val="none"/>
        </w:rPr>
        <w:t xml:space="preserve"> on Thursday and Friday.</w:t>
      </w:r>
    </w:p>
    <w:p>
      <w:pPr>
        <w:spacing w:after="60"/>
      </w:pPr>
      <w:r>
        <w:rPr>
          <w:b w:val="0"/>
          <w:i w:val="0"/>
          <w:smallCaps w:val="0"/>
          <w:strike w:val="0"/>
          <w:sz w:val="16"/>
          <w:u w:val="none"/>
        </w:rPr>
        <w:t>Dan Lamb, a senior lecturer at the Brooks School of Public Policy at Cornell University, told Newsweek, "</w:t>
      </w:r>
      <w:r>
        <w:rPr>
          <w:b w:val="0"/>
          <w:i w:val="0"/>
          <w:smallCaps w:val="0"/>
          <w:strike w:val="0"/>
          <w:sz w:val="22"/>
          <w:u w:val="single"/>
        </w:rPr>
        <w:t xml:space="preserve">Harris won the week </w:t>
      </w:r>
      <w:r>
        <w:rPr>
          <w:b w:val="0"/>
          <w:i w:val="0"/>
          <w:smallCaps w:val="0"/>
          <w:strike w:val="0"/>
          <w:sz w:val="22"/>
          <w:highlight w:val="cyan"/>
          <w:u w:val="single"/>
        </w:rPr>
        <w:t>with</w:t>
      </w:r>
      <w:r>
        <w:rPr>
          <w:b w:val="0"/>
          <w:i w:val="0"/>
          <w:smallCaps w:val="0"/>
          <w:strike w:val="0"/>
          <w:sz w:val="22"/>
          <w:u w:val="single"/>
        </w:rPr>
        <w:t xml:space="preserve"> </w:t>
      </w:r>
      <w:r>
        <w:rPr>
          <w:b w:val="0"/>
          <w:i w:val="0"/>
          <w:smallCaps w:val="0"/>
          <w:strike w:val="0"/>
          <w:sz w:val="22"/>
          <w:highlight w:val="cyan"/>
          <w:u w:val="single"/>
        </w:rPr>
        <w:t>strong speeches, viral social media" and important endorsements</w:t>
      </w:r>
      <w:r>
        <w:rPr>
          <w:b w:val="0"/>
          <w:i w:val="0"/>
          <w:smallCaps w:val="0"/>
          <w:strike w:val="0"/>
          <w:sz w:val="22"/>
          <w:u w:val="single"/>
        </w:rPr>
        <w:t xml:space="preserve">, predicting that her polling position may improve further </w:t>
      </w:r>
      <w:r>
        <w:rPr>
          <w:b w:val="0"/>
          <w:i w:val="0"/>
          <w:smallCaps w:val="0"/>
          <w:strike w:val="0"/>
          <w:sz w:val="22"/>
          <w:u w:val="single"/>
        </w:rPr>
        <w:t>in the near future</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 xml:space="preserve">It's </w:t>
      </w:r>
      <w:r>
        <w:rPr>
          <w:b w:val="0"/>
          <w:i w:val="0"/>
          <w:smallCaps w:val="0"/>
          <w:strike w:val="0"/>
          <w:sz w:val="22"/>
          <w:highlight w:val="cyan"/>
          <w:u w:val="single"/>
        </w:rPr>
        <w:t>hard to see the buzz letting up</w:t>
      </w:r>
      <w:r>
        <w:rPr>
          <w:b w:val="0"/>
          <w:i w:val="0"/>
          <w:smallCaps w:val="0"/>
          <w:strike w:val="0"/>
          <w:sz w:val="22"/>
          <w:u w:val="single"/>
        </w:rPr>
        <w:t>, with attention turning to her VP pick and the DNC's delegate voting</w:t>
      </w:r>
      <w:r>
        <w:rPr>
          <w:b w:val="0"/>
          <w:i w:val="0"/>
          <w:smallCaps w:val="0"/>
          <w:strike w:val="0"/>
          <w:sz w:val="16"/>
          <w:u w:val="none"/>
        </w:rPr>
        <w:t xml:space="preserve"> starting in early August," Lamb added. "</w:t>
      </w:r>
      <w:r>
        <w:rPr>
          <w:b w:val="0"/>
          <w:i w:val="0"/>
          <w:smallCaps w:val="0"/>
          <w:strike w:val="0"/>
          <w:sz w:val="22"/>
          <w:u w:val="single"/>
        </w:rPr>
        <w:t xml:space="preserve">After that comes the DNC convention. The </w:t>
      </w:r>
      <w:r>
        <w:rPr>
          <w:b w:val="0"/>
          <w:i w:val="0"/>
          <w:smallCaps w:val="0"/>
          <w:strike w:val="0"/>
          <w:sz w:val="22"/>
          <w:highlight w:val="cyan"/>
          <w:u w:val="single"/>
        </w:rPr>
        <w:t>next</w:t>
      </w:r>
      <w:r>
        <w:rPr>
          <w:b w:val="0"/>
          <w:i w:val="0"/>
          <w:smallCaps w:val="0"/>
          <w:strike w:val="0"/>
          <w:sz w:val="22"/>
          <w:u w:val="single"/>
        </w:rPr>
        <w:t xml:space="preserve"> several </w:t>
      </w:r>
      <w:r>
        <w:rPr>
          <w:b w:val="0"/>
          <w:i w:val="0"/>
          <w:smallCaps w:val="0"/>
          <w:strike w:val="0"/>
          <w:sz w:val="22"/>
          <w:highlight w:val="cyan"/>
          <w:u w:val="single"/>
        </w:rPr>
        <w:t>weeks</w:t>
      </w:r>
      <w:r>
        <w:rPr>
          <w:b w:val="0"/>
          <w:i w:val="0"/>
          <w:smallCaps w:val="0"/>
          <w:strike w:val="0"/>
          <w:sz w:val="22"/>
          <w:u w:val="single"/>
        </w:rPr>
        <w:t xml:space="preserve"> could be </w:t>
      </w:r>
      <w:r>
        <w:rPr>
          <w:b/>
          <w:i w:val="0"/>
          <w:smallCaps w:val="0"/>
          <w:strike w:val="0"/>
          <w:sz w:val="22"/>
          <w:u w:val="single"/>
        </w:rPr>
        <w:t xml:space="preserve">very </w:t>
      </w:r>
      <w:r>
        <w:rPr>
          <w:b/>
          <w:i w:val="0"/>
          <w:smallCaps w:val="0"/>
          <w:strike w:val="0"/>
          <w:sz w:val="22"/>
          <w:highlight w:val="cyan"/>
          <w:u w:val="single"/>
        </w:rPr>
        <w:t>favorable for her polling</w:t>
      </w:r>
      <w:r>
        <w:rPr>
          <w:b w:val="0"/>
          <w:i w:val="0"/>
          <w:smallCaps w:val="0"/>
          <w:strike w:val="0"/>
          <w:sz w:val="16"/>
          <w:u w:val="none"/>
        </w:rPr>
        <w:t>."</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