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Kamala won’t be tied with Biden but retains support from democrats.</w:t>
      </w:r>
    </w:p>
    <w:p>
      <w:pPr>
        <w:spacing w:after="80"/>
      </w:pPr>
      <w:r>
        <w:rPr>
          <w:b/>
          <w:i w:val="0"/>
          <w:smallCaps w:val="0"/>
          <w:strike w:val="0"/>
          <w:sz w:val="26"/>
          <w:u w:val="none"/>
        </w:rPr>
        <w:t xml:space="preserve">Megerian ‘7/25 </w:t>
      </w:r>
      <w:r>
        <w:rPr>
          <w:b w:val="0"/>
          <w:i w:val="0"/>
          <w:smallCaps w:val="0"/>
          <w:strike w:val="0"/>
          <w:u w:val="none"/>
        </w:rPr>
        <w:t>[Chris and Josh Boak; July 25; Megerian covers the White House for The Associated Press; Boak covers the White House and economic policy; Associated Press, "</w:t>
      </w:r>
      <w:r>
        <w:rPr>
          <w:b w:val="0"/>
          <w:i w:val="0"/>
          <w:smallCaps w:val="0"/>
          <w:strike w:val="0"/>
          <w:sz w:val="22"/>
          <w:highlight w:val="cyan"/>
          <w:u w:val="single"/>
        </w:rPr>
        <w:t xml:space="preserve">Harris </w:t>
      </w:r>
      <w:r>
        <w:rPr>
          <w:b/>
          <w:i w:val="0"/>
          <w:smallCaps w:val="0"/>
          <w:strike w:val="0"/>
          <w:sz w:val="22"/>
          <w:highlight w:val="cyan"/>
          <w:u w:val="single"/>
        </w:rPr>
        <w:t>refashions campaign</w:t>
      </w:r>
      <w:r>
        <w:rPr>
          <w:b w:val="0"/>
          <w:i w:val="0"/>
          <w:smallCaps w:val="0"/>
          <w:strike w:val="0"/>
          <w:sz w:val="22"/>
          <w:highlight w:val="cyan"/>
          <w:u w:val="single"/>
        </w:rPr>
        <w:t xml:space="preserve"> in her</w:t>
      </w:r>
      <w:r>
        <w:rPr>
          <w:b w:val="0"/>
          <w:i w:val="0"/>
          <w:smallCaps w:val="0"/>
          <w:strike w:val="0"/>
          <w:sz w:val="22"/>
          <w:u w:val="single"/>
        </w:rPr>
        <w:t xml:space="preserve"> own </w:t>
      </w:r>
      <w:r>
        <w:rPr>
          <w:b w:val="0"/>
          <w:i w:val="0"/>
          <w:smallCaps w:val="0"/>
          <w:strike w:val="0"/>
          <w:sz w:val="22"/>
          <w:highlight w:val="cyan"/>
          <w:u w:val="single"/>
        </w:rPr>
        <w:t>image</w:t>
      </w:r>
      <w:r>
        <w:rPr>
          <w:b w:val="0"/>
          <w:i w:val="0"/>
          <w:smallCaps w:val="0"/>
          <w:strike w:val="0"/>
          <w:u w:val="none"/>
        </w:rPr>
        <w:t xml:space="preserve"> as she prepares for historic clash with Trump," https://apnews.com/article/kamala-harris-joe-biden-donald-trump-1cc8b3e7b308b6178c04931d0fa1e79b#]//av</w:t>
      </w:r>
    </w:p>
    <w:p>
      <w:pPr>
        <w:spacing w:after="60"/>
      </w:pPr>
      <w:r>
        <w:rPr>
          <w:b w:val="0"/>
          <w:i w:val="0"/>
          <w:smallCaps w:val="0"/>
          <w:strike w:val="0"/>
          <w:sz w:val="16"/>
          <w:u w:val="none"/>
        </w:rPr>
        <w:t xml:space="preserve">HOUSTON (AP) — </w:t>
      </w:r>
      <w:r>
        <w:rPr>
          <w:b w:val="0"/>
          <w:i w:val="0"/>
          <w:smallCaps w:val="0"/>
          <w:strike w:val="0"/>
          <w:sz w:val="22"/>
          <w:u w:val="single"/>
        </w:rPr>
        <w:t>The first change that stands out is the music</w:t>
      </w:r>
      <w:r>
        <w:rPr>
          <w:b w:val="0"/>
          <w:i w:val="0"/>
          <w:smallCaps w:val="0"/>
          <w:strike w:val="0"/>
          <w:sz w:val="16"/>
          <w:u w:val="none"/>
        </w:rPr>
        <w:t xml:space="preserve">, with President Joe Biden’s rock and Motown fading from the playlist in favor of </w:t>
      </w:r>
      <w:r>
        <w:rPr>
          <w:b w:val="0"/>
          <w:i w:val="0"/>
          <w:smallCaps w:val="0"/>
          <w:strike w:val="0"/>
          <w:sz w:val="16"/>
          <w:u w:val="none"/>
        </w:rPr>
        <w:t>more pop and hip</w:t>
      </w:r>
      <w:r>
        <w:rPr>
          <w:b w:val="0"/>
          <w:i w:val="0"/>
          <w:smallCaps w:val="0"/>
          <w:strike w:val="0"/>
          <w:sz w:val="16"/>
          <w:u w:val="none"/>
        </w:rPr>
        <w:t xml:space="preserve"> hop.</w:t>
      </w:r>
    </w:p>
    <w:p>
      <w:pPr>
        <w:spacing w:after="60"/>
      </w:pPr>
      <w:r>
        <w:rPr>
          <w:b w:val="0"/>
          <w:i w:val="0"/>
          <w:smallCaps w:val="0"/>
          <w:strike w:val="0"/>
          <w:sz w:val="22"/>
          <w:u w:val="single"/>
        </w:rPr>
        <w:t xml:space="preserve">Then comes Vice President </w:t>
      </w:r>
      <w:r>
        <w:rPr>
          <w:b w:val="0"/>
          <w:i w:val="0"/>
          <w:smallCaps w:val="0"/>
          <w:strike w:val="0"/>
          <w:sz w:val="22"/>
          <w:highlight w:val="cyan"/>
          <w:u w:val="single"/>
        </w:rPr>
        <w:t>Kamala</w:t>
      </w:r>
      <w:r>
        <w:rPr>
          <w:b w:val="0"/>
          <w:i w:val="0"/>
          <w:smallCaps w:val="0"/>
          <w:strike w:val="0"/>
          <w:sz w:val="22"/>
          <w:u w:val="single"/>
        </w:rPr>
        <w:t xml:space="preserve"> Harris’ </w:t>
      </w:r>
      <w:r>
        <w:rPr>
          <w:b w:val="0"/>
          <w:i w:val="0"/>
          <w:smallCaps w:val="0"/>
          <w:strike w:val="0"/>
          <w:sz w:val="22"/>
          <w:highlight w:val="cyan"/>
          <w:u w:val="single"/>
        </w:rPr>
        <w:t xml:space="preserve">stump speech, devoid of </w:t>
      </w:r>
      <w:r>
        <w:rPr>
          <w:b w:val="0"/>
          <w:i w:val="0"/>
          <w:smallCaps w:val="0"/>
          <w:strike w:val="0"/>
          <w:sz w:val="22"/>
          <w:highlight w:val="cyan"/>
          <w:u w:val="single"/>
        </w:rPr>
        <w:t>Bidenesque</w:t>
      </w:r>
      <w:r>
        <w:rPr>
          <w:b w:val="0"/>
          <w:i w:val="0"/>
          <w:smallCaps w:val="0"/>
          <w:strike w:val="0"/>
          <w:sz w:val="22"/>
          <w:highlight w:val="cyan"/>
          <w:u w:val="single"/>
        </w:rPr>
        <w:t xml:space="preserve"> rambling</w:t>
      </w:r>
      <w:r>
        <w:rPr>
          <w:b w:val="0"/>
          <w:i w:val="0"/>
          <w:smallCaps w:val="0"/>
          <w:strike w:val="0"/>
          <w:sz w:val="22"/>
          <w:u w:val="single"/>
        </w:rPr>
        <w:t xml:space="preserve"> digressions</w:t>
      </w:r>
      <w:r>
        <w:rPr>
          <w:b w:val="0"/>
          <w:i w:val="0"/>
          <w:smallCaps w:val="0"/>
          <w:strike w:val="0"/>
          <w:sz w:val="16"/>
          <w:u w:val="none"/>
        </w:rPr>
        <w:t xml:space="preserve"> and focused more on the future than a laundry list of past accomplishments.</w:t>
      </w:r>
    </w:p>
    <w:p>
      <w:pPr>
        <w:spacing w:after="60"/>
      </w:pPr>
      <w:r>
        <w:rPr>
          <w:b w:val="0"/>
          <w:i w:val="0"/>
          <w:smallCaps w:val="0"/>
          <w:strike w:val="0"/>
          <w:sz w:val="16"/>
          <w:u w:val="none"/>
        </w:rPr>
        <w:t xml:space="preserve">In only a few days since taking over the campaign, </w:t>
      </w:r>
      <w:r>
        <w:rPr>
          <w:b w:val="0"/>
          <w:i w:val="0"/>
          <w:smallCaps w:val="0"/>
          <w:strike w:val="0"/>
          <w:sz w:val="22"/>
          <w:highlight w:val="cyan"/>
          <w:u w:val="single"/>
        </w:rPr>
        <w:t>Harris</w:t>
      </w:r>
      <w:r>
        <w:rPr>
          <w:b w:val="0"/>
          <w:i w:val="0"/>
          <w:smallCaps w:val="0"/>
          <w:strike w:val="0"/>
          <w:sz w:val="22"/>
          <w:u w:val="single"/>
        </w:rPr>
        <w:t xml:space="preserve"> has </w:t>
      </w:r>
      <w:r>
        <w:rPr>
          <w:b w:val="0"/>
          <w:i w:val="0"/>
          <w:smallCaps w:val="0"/>
          <w:strike w:val="0"/>
          <w:sz w:val="22"/>
          <w:highlight w:val="cyan"/>
          <w:u w:val="single"/>
        </w:rPr>
        <w:t>put</w:t>
      </w:r>
      <w:r>
        <w:rPr>
          <w:b w:val="0"/>
          <w:i w:val="0"/>
          <w:smallCaps w:val="0"/>
          <w:strike w:val="0"/>
          <w:sz w:val="22"/>
          <w:u w:val="single"/>
        </w:rPr>
        <w:t xml:space="preserve"> her </w:t>
      </w:r>
      <w:r>
        <w:rPr>
          <w:b/>
          <w:i w:val="0"/>
          <w:smallCaps w:val="0"/>
          <w:strike w:val="0"/>
          <w:sz w:val="22"/>
          <w:highlight w:val="cyan"/>
          <w:u w:val="single"/>
        </w:rPr>
        <w:t>distinctive stamp</w:t>
      </w:r>
      <w:r>
        <w:rPr>
          <w:b w:val="0"/>
          <w:i w:val="0"/>
          <w:smallCaps w:val="0"/>
          <w:strike w:val="0"/>
          <w:sz w:val="22"/>
          <w:highlight w:val="cyan"/>
          <w:u w:val="single"/>
        </w:rPr>
        <w:t xml:space="preserve"> on the election</w:t>
      </w:r>
      <w:r>
        <w:rPr>
          <w:b w:val="0"/>
          <w:i w:val="0"/>
          <w:smallCaps w:val="0"/>
          <w:strike w:val="0"/>
          <w:sz w:val="22"/>
          <w:u w:val="single"/>
        </w:rPr>
        <w:t xml:space="preserve"> operation</w:t>
      </w:r>
      <w:r>
        <w:rPr>
          <w:b w:val="0"/>
          <w:i w:val="0"/>
          <w:smallCaps w:val="0"/>
          <w:strike w:val="0"/>
          <w:sz w:val="16"/>
          <w:u w:val="none"/>
        </w:rPr>
        <w:t xml:space="preserve">. She’s raising excitement and drawing an </w:t>
      </w:r>
      <w:r>
        <w:rPr>
          <w:b w:val="0"/>
          <w:i w:val="0"/>
          <w:smallCaps w:val="0"/>
          <w:strike w:val="0"/>
          <w:sz w:val="22"/>
          <w:u w:val="single"/>
        </w:rPr>
        <w:t xml:space="preserve">outpouring of donations from </w:t>
      </w:r>
      <w:r>
        <w:rPr>
          <w:b w:val="0"/>
          <w:i w:val="0"/>
          <w:smallCaps w:val="0"/>
          <w:strike w:val="0"/>
          <w:sz w:val="22"/>
          <w:highlight w:val="cyan"/>
          <w:u w:val="single"/>
        </w:rPr>
        <w:t>Democrats</w:t>
      </w:r>
      <w:r>
        <w:rPr>
          <w:b w:val="0"/>
          <w:i w:val="0"/>
          <w:smallCaps w:val="0"/>
          <w:strike w:val="0"/>
          <w:sz w:val="16"/>
          <w:u w:val="none"/>
        </w:rPr>
        <w:t xml:space="preserve"> who had </w:t>
      </w:r>
      <w:r>
        <w:rPr>
          <w:b w:val="0"/>
          <w:i w:val="0"/>
          <w:smallCaps w:val="0"/>
          <w:strike w:val="0"/>
          <w:sz w:val="22"/>
          <w:highlight w:val="cyan"/>
          <w:u w:val="single"/>
        </w:rPr>
        <w:t>feared they were sliding to</w:t>
      </w:r>
      <w:r>
        <w:rPr>
          <w:b w:val="0"/>
          <w:i w:val="0"/>
          <w:smallCaps w:val="0"/>
          <w:strike w:val="0"/>
          <w:sz w:val="22"/>
          <w:u w:val="single"/>
        </w:rPr>
        <w:t xml:space="preserve">ward </w:t>
      </w:r>
      <w:r>
        <w:rPr>
          <w:b w:val="0"/>
          <w:i w:val="0"/>
          <w:smallCaps w:val="0"/>
          <w:strike w:val="0"/>
          <w:sz w:val="22"/>
          <w:highlight w:val="cyan"/>
          <w:u w:val="single"/>
        </w:rPr>
        <w:t>disaster with Biden</w:t>
      </w:r>
      <w:r>
        <w:rPr>
          <w:b w:val="0"/>
          <w:i w:val="0"/>
          <w:smallCaps w:val="0"/>
          <w:strike w:val="0"/>
          <w:sz w:val="16"/>
          <w:u w:val="none"/>
        </w:rPr>
        <w:t xml:space="preserve"> at the top of the ticket.</w:t>
      </w:r>
    </w:p>
    <w:p>
      <w:pPr>
        <w:spacing w:after="60"/>
      </w:pPr>
      <w:r>
        <w:rPr>
          <w:b w:val="0"/>
          <w:i w:val="0"/>
          <w:smallCaps w:val="0"/>
          <w:strike w:val="0"/>
          <w:sz w:val="16"/>
          <w:u w:val="none"/>
        </w:rPr>
        <w:t xml:space="preserve">Now, her </w:t>
      </w:r>
      <w:r>
        <w:rPr>
          <w:b w:val="0"/>
          <w:i w:val="0"/>
          <w:smallCaps w:val="0"/>
          <w:strike w:val="0"/>
          <w:sz w:val="22"/>
          <w:u w:val="single"/>
        </w:rPr>
        <w:t>challenge will be transforming that enthusiasm into a durable movement</w:t>
      </w:r>
      <w:r>
        <w:rPr>
          <w:b w:val="0"/>
          <w:i w:val="0"/>
          <w:smallCaps w:val="0"/>
          <w:strike w:val="0"/>
          <w:sz w:val="16"/>
          <w:u w:val="none"/>
        </w:rPr>
        <w:t xml:space="preserve"> at </w:t>
      </w:r>
      <w:r>
        <w:rPr>
          <w:b w:val="0"/>
          <w:i w:val="0"/>
          <w:smallCaps w:val="0"/>
          <w:strike w:val="0"/>
          <w:sz w:val="16"/>
          <w:u w:val="none"/>
        </w:rPr>
        <w:t>hyperspeed</w:t>
      </w:r>
      <w:r>
        <w:rPr>
          <w:b w:val="0"/>
          <w:i w:val="0"/>
          <w:smallCaps w:val="0"/>
          <w:strike w:val="0"/>
          <w:sz w:val="16"/>
          <w:u w:val="none"/>
        </w:rPr>
        <w:t xml:space="preserve">. She still </w:t>
      </w:r>
      <w:r>
        <w:rPr>
          <w:b w:val="0"/>
          <w:i w:val="0"/>
          <w:smallCaps w:val="0"/>
          <w:strike w:val="0"/>
          <w:sz w:val="16"/>
          <w:u w:val="none"/>
        </w:rPr>
        <w:t>has to</w:t>
      </w:r>
      <w:r>
        <w:rPr>
          <w:b w:val="0"/>
          <w:i w:val="0"/>
          <w:smallCaps w:val="0"/>
          <w:strike w:val="0"/>
          <w:sz w:val="16"/>
          <w:u w:val="none"/>
        </w:rPr>
        <w:t xml:space="preserve"> make hard choices about how to maximize her time on the trail, choose a running mate and develop a policy platform independent of Biden, while her opponents are eager to define her as unfit for the White House.</w:t>
      </w:r>
    </w:p>
    <w:p>
      <w:pPr>
        <w:spacing w:after="60"/>
      </w:pPr>
      <w:r>
        <w:rPr>
          <w:b w:val="0"/>
          <w:i w:val="0"/>
          <w:smallCaps w:val="0"/>
          <w:strike w:val="0"/>
          <w:sz w:val="16"/>
          <w:u w:val="none"/>
        </w:rPr>
        <w:t>“This is the easiest week of the campaign for Harris,” warns Alex Conant, a Republican strategist. “It will not get better.”</w:t>
      </w:r>
    </w:p>
    <w:p>
      <w:pPr>
        <w:spacing w:after="60"/>
      </w:pPr>
      <w:r>
        <w:rPr>
          <w:b w:val="0"/>
          <w:i w:val="0"/>
          <w:smallCaps w:val="0"/>
          <w:strike w:val="0"/>
          <w:sz w:val="22"/>
          <w:u w:val="single"/>
        </w:rPr>
        <w:t>Harris insists she’s ready.</w:t>
      </w:r>
    </w:p>
    <w:p>
      <w:pPr>
        <w:spacing w:after="60"/>
      </w:pPr>
      <w:r>
        <w:rPr>
          <w:b w:val="0"/>
          <w:i w:val="0"/>
          <w:smallCaps w:val="0"/>
          <w:strike w:val="0"/>
          <w:sz w:val="16"/>
          <w:u w:val="none"/>
        </w:rPr>
        <w:t>On Thursday in Houston, she told Republicans to “bring it on” in “a fight for our most fundamental freedoms.”</w:t>
      </w:r>
    </w:p>
    <w:p>
      <w:pPr>
        <w:spacing w:after="60"/>
      </w:pPr>
      <w:r>
        <w:rPr>
          <w:b w:val="0"/>
          <w:i w:val="0"/>
          <w:smallCaps w:val="0"/>
          <w:strike w:val="0"/>
          <w:sz w:val="16"/>
          <w:u w:val="none"/>
        </w:rPr>
        <w:t xml:space="preserve">As she hits the road, </w:t>
      </w:r>
      <w:r>
        <w:rPr>
          <w:b w:val="0"/>
          <w:i w:val="0"/>
          <w:smallCaps w:val="0"/>
          <w:strike w:val="0"/>
          <w:sz w:val="22"/>
          <w:highlight w:val="cyan"/>
          <w:u w:val="single"/>
        </w:rPr>
        <w:t>Harris’</w:t>
      </w:r>
      <w:r>
        <w:rPr>
          <w:b w:val="0"/>
          <w:i w:val="0"/>
          <w:smallCaps w:val="0"/>
          <w:strike w:val="0"/>
          <w:sz w:val="22"/>
          <w:u w:val="single"/>
        </w:rPr>
        <w:t xml:space="preserve"> most dependable applause </w:t>
      </w:r>
      <w:r>
        <w:rPr>
          <w:b w:val="0"/>
          <w:i w:val="0"/>
          <w:smallCaps w:val="0"/>
          <w:strike w:val="0"/>
          <w:sz w:val="22"/>
          <w:highlight w:val="cyan"/>
          <w:u w:val="single"/>
        </w:rPr>
        <w:t>line</w:t>
      </w:r>
      <w:r>
        <w:rPr>
          <w:b w:val="0"/>
          <w:i w:val="0"/>
          <w:smallCaps w:val="0"/>
          <w:strike w:val="0"/>
          <w:sz w:val="22"/>
          <w:u w:val="single"/>
        </w:rPr>
        <w:t xml:space="preserve"> has </w:t>
      </w:r>
      <w:r>
        <w:rPr>
          <w:b w:val="0"/>
          <w:i w:val="0"/>
          <w:smallCaps w:val="0"/>
          <w:strike w:val="0"/>
          <w:sz w:val="22"/>
          <w:highlight w:val="cyan"/>
          <w:u w:val="single"/>
        </w:rPr>
        <w:t>been “</w:t>
      </w:r>
      <w:r>
        <w:rPr>
          <w:b/>
          <w:i w:val="0"/>
          <w:smallCaps w:val="0"/>
          <w:strike w:val="0"/>
          <w:sz w:val="22"/>
          <w:highlight w:val="cyan"/>
          <w:u w:val="single"/>
        </w:rPr>
        <w:t>we’re not going back</w:t>
      </w:r>
      <w:r>
        <w:rPr>
          <w:b w:val="0"/>
          <w:i w:val="0"/>
          <w:smallCaps w:val="0"/>
          <w:strike w:val="0"/>
          <w:sz w:val="16"/>
          <w:u w:val="none"/>
        </w:rPr>
        <w:t>.” She might be referring to Republican candidate Donald Trump, but it doubles as a pitch for the generational change that she’s offering.</w:t>
      </w:r>
    </w:p>
    <w:p>
      <w:pPr>
        <w:spacing w:after="60"/>
      </w:pPr>
      <w:r>
        <w:rPr>
          <w:b w:val="0"/>
          <w:i w:val="0"/>
          <w:smallCaps w:val="0"/>
          <w:strike w:val="0"/>
          <w:sz w:val="16"/>
          <w:u w:val="none"/>
        </w:rPr>
        <w:t>Biden endorsed Harris as his successor with just 107 days left in the race, and Conant described her campaign as being “launched off an aircraft carrier.”</w:t>
      </w:r>
    </w:p>
    <w:p>
      <w:pPr>
        <w:spacing w:after="60"/>
      </w:pPr>
      <w:r>
        <w:rPr>
          <w:b w:val="0"/>
          <w:i w:val="0"/>
          <w:smallCaps w:val="0"/>
          <w:strike w:val="0"/>
          <w:sz w:val="16"/>
          <w:u w:val="none"/>
        </w:rPr>
        <w:t>“It’s never been done before,” he said. “This is stuff that people usually spend years developing, and she’s doing it in days.”</w:t>
      </w:r>
    </w:p>
    <w:p>
      <w:pPr>
        <w:spacing w:after="60"/>
      </w:pPr>
      <w:r>
        <w:rPr>
          <w:b w:val="0"/>
          <w:i w:val="0"/>
          <w:smallCaps w:val="0"/>
          <w:strike w:val="0"/>
          <w:sz w:val="16"/>
          <w:u w:val="none"/>
        </w:rPr>
        <w:t>Trump is revving up his attacks on Harris, calling her “bad news” and “a radical left, not very smart person” in an interview with Fox News on Thursday. Some Republicans have also suggested that Harris’ career has only advanced because of her identity; she’s the first woman, Black person and person of South Asian descent to serve as vice president.</w:t>
      </w:r>
    </w:p>
    <w:p>
      <w:pPr>
        <w:spacing w:after="60"/>
      </w:pPr>
      <w:r>
        <w:rPr>
          <w:b w:val="0"/>
          <w:i w:val="0"/>
          <w:smallCaps w:val="0"/>
          <w:strike w:val="0"/>
          <w:sz w:val="16"/>
          <w:u w:val="none"/>
        </w:rPr>
        <w:t xml:space="preserve">Sen. </w:t>
      </w:r>
      <w:r>
        <w:rPr>
          <w:b w:val="0"/>
          <w:i w:val="0"/>
          <w:smallCaps w:val="0"/>
          <w:strike w:val="0"/>
          <w:sz w:val="16"/>
          <w:u w:val="none"/>
        </w:rPr>
        <w:t>Laphonza</w:t>
      </w:r>
      <w:r>
        <w:rPr>
          <w:b w:val="0"/>
          <w:i w:val="0"/>
          <w:smallCaps w:val="0"/>
          <w:strike w:val="0"/>
          <w:sz w:val="16"/>
          <w:u w:val="none"/>
        </w:rPr>
        <w:t xml:space="preserve"> Butler, a California Democrat, says Harris is prepared for the extraordinary pressures of the campaign.</w:t>
      </w:r>
    </w:p>
    <w:p>
      <w:pPr>
        <w:spacing w:after="60"/>
      </w:pPr>
      <w:r>
        <w:rPr>
          <w:b w:val="0"/>
          <w:i w:val="0"/>
          <w:smallCaps w:val="0"/>
          <w:strike w:val="0"/>
          <w:sz w:val="16"/>
          <w:u w:val="none"/>
        </w:rPr>
        <w:t>“</w:t>
      </w:r>
      <w:r>
        <w:rPr>
          <w:b w:val="0"/>
          <w:i w:val="0"/>
          <w:smallCaps w:val="0"/>
          <w:strike w:val="0"/>
          <w:sz w:val="22"/>
          <w:u w:val="single"/>
        </w:rPr>
        <w:t xml:space="preserve">She is </w:t>
      </w:r>
      <w:r>
        <w:rPr>
          <w:b w:val="0"/>
          <w:i w:val="0"/>
          <w:smallCaps w:val="0"/>
          <w:strike w:val="0"/>
          <w:sz w:val="22"/>
          <w:highlight w:val="cyan"/>
          <w:u w:val="single"/>
        </w:rPr>
        <w:t>clear eyed about</w:t>
      </w:r>
      <w:r>
        <w:rPr>
          <w:b w:val="0"/>
          <w:i w:val="0"/>
          <w:smallCaps w:val="0"/>
          <w:strike w:val="0"/>
          <w:sz w:val="22"/>
          <w:u w:val="single"/>
        </w:rPr>
        <w:t xml:space="preserve"> the </w:t>
      </w:r>
      <w:r>
        <w:rPr>
          <w:b w:val="0"/>
          <w:i w:val="0"/>
          <w:smallCaps w:val="0"/>
          <w:strike w:val="0"/>
          <w:sz w:val="22"/>
          <w:highlight w:val="cyan"/>
          <w:u w:val="single"/>
        </w:rPr>
        <w:t>attacks</w:t>
      </w:r>
      <w:r>
        <w:rPr>
          <w:b w:val="0"/>
          <w:i w:val="0"/>
          <w:smallCaps w:val="0"/>
          <w:strike w:val="0"/>
          <w:sz w:val="22"/>
          <w:u w:val="single"/>
        </w:rPr>
        <w:t xml:space="preserve"> that </w:t>
      </w:r>
      <w:r>
        <w:rPr>
          <w:b w:val="0"/>
          <w:i w:val="0"/>
          <w:smallCaps w:val="0"/>
          <w:strike w:val="0"/>
          <w:sz w:val="22"/>
          <w:highlight w:val="cyan"/>
          <w:u w:val="single"/>
        </w:rPr>
        <w:t>she is going to face</w:t>
      </w:r>
      <w:r>
        <w:rPr>
          <w:b w:val="0"/>
          <w:i w:val="0"/>
          <w:smallCaps w:val="0"/>
          <w:strike w:val="0"/>
          <w:sz w:val="16"/>
          <w:u w:val="none"/>
        </w:rPr>
        <w:t xml:space="preserve">,” Butler said. “But she’s also </w:t>
      </w:r>
      <w:r>
        <w:rPr>
          <w:b w:val="0"/>
          <w:i w:val="0"/>
          <w:smallCaps w:val="0"/>
          <w:strike w:val="0"/>
          <w:sz w:val="22"/>
          <w:u w:val="single"/>
        </w:rPr>
        <w:t xml:space="preserve">determined and </w:t>
      </w:r>
      <w:r>
        <w:rPr>
          <w:b/>
          <w:i w:val="0"/>
          <w:smallCaps w:val="0"/>
          <w:strike w:val="0"/>
          <w:sz w:val="22"/>
          <w:highlight w:val="cyan"/>
          <w:u w:val="single"/>
        </w:rPr>
        <w:t>confident in</w:t>
      </w:r>
      <w:r>
        <w:rPr>
          <w:b w:val="0"/>
          <w:i w:val="0"/>
          <w:smallCaps w:val="0"/>
          <w:strike w:val="0"/>
          <w:sz w:val="22"/>
          <w:u w:val="single"/>
        </w:rPr>
        <w:t xml:space="preserve"> what </w:t>
      </w:r>
      <w:r>
        <w:rPr>
          <w:b/>
          <w:i w:val="0"/>
          <w:smallCaps w:val="0"/>
          <w:strike w:val="0"/>
          <w:sz w:val="22"/>
          <w:highlight w:val="cyan"/>
          <w:u w:val="single"/>
        </w:rPr>
        <w:t>leadership</w:t>
      </w:r>
      <w:r>
        <w:rPr>
          <w:b w:val="0"/>
          <w:i w:val="0"/>
          <w:smallCaps w:val="0"/>
          <w:strike w:val="0"/>
          <w:sz w:val="22"/>
          <w:highlight w:val="cyan"/>
          <w:u w:val="single"/>
        </w:rPr>
        <w:t xml:space="preserve"> she can offer</w:t>
      </w:r>
      <w:r>
        <w:rPr>
          <w:b w:val="0"/>
          <w:i w:val="0"/>
          <w:smallCaps w:val="0"/>
          <w:strike w:val="0"/>
          <w:sz w:val="22"/>
          <w:u w:val="single"/>
        </w:rPr>
        <w:t xml:space="preserve"> the Democratic Party and the American people</w:t>
      </w:r>
      <w:r>
        <w:rPr>
          <w:b w:val="0"/>
          <w:i w:val="0"/>
          <w:smallCaps w:val="0"/>
          <w:strike w:val="0"/>
          <w:sz w:val="16"/>
          <w:u w:val="none"/>
        </w:rPr>
        <w:t>.”</w:t>
      </w:r>
    </w:p>
    <w:p>
      <w:pPr>
        <w:spacing w:after="60"/>
      </w:pPr>
      <w:r>
        <w:rPr>
          <w:b w:val="0"/>
          <w:i w:val="0"/>
          <w:smallCaps w:val="0"/>
          <w:strike w:val="0"/>
          <w:sz w:val="16"/>
          <w:u w:val="none"/>
        </w:rPr>
        <w:t xml:space="preserve">Democrats are </w:t>
      </w:r>
      <w:r>
        <w:rPr>
          <w:b w:val="0"/>
          <w:i w:val="0"/>
          <w:smallCaps w:val="0"/>
          <w:strike w:val="0"/>
          <w:sz w:val="22"/>
          <w:u w:val="single"/>
        </w:rPr>
        <w:t>happy with Harris’ early days, and they’re relieved that the transition from Biden has not devolved into painful infighting</w:t>
      </w:r>
      <w:r>
        <w:rPr>
          <w:b w:val="0"/>
          <w:i w:val="0"/>
          <w:smallCaps w:val="0"/>
          <w:strike w:val="0"/>
          <w:sz w:val="16"/>
          <w:u w:val="none"/>
        </w:rPr>
        <w:t xml:space="preserve">. Former President Barack </w:t>
      </w:r>
      <w:r>
        <w:rPr>
          <w:b w:val="0"/>
          <w:i w:val="0"/>
          <w:smallCaps w:val="0"/>
          <w:strike w:val="0"/>
          <w:sz w:val="22"/>
          <w:highlight w:val="cyan"/>
          <w:u w:val="single"/>
        </w:rPr>
        <w:t>Obama</w:t>
      </w:r>
      <w:r>
        <w:rPr>
          <w:b w:val="0"/>
          <w:i w:val="0"/>
          <w:smallCaps w:val="0"/>
          <w:strike w:val="0"/>
          <w:sz w:val="22"/>
          <w:u w:val="single"/>
        </w:rPr>
        <w:t xml:space="preserve"> is </w:t>
      </w:r>
      <w:r>
        <w:rPr>
          <w:b w:val="0"/>
          <w:i w:val="0"/>
          <w:smallCaps w:val="0"/>
          <w:strike w:val="0"/>
          <w:sz w:val="22"/>
          <w:highlight w:val="cyan"/>
          <w:u w:val="single"/>
        </w:rPr>
        <w:t>preparing</w:t>
      </w:r>
      <w:r>
        <w:rPr>
          <w:b w:val="0"/>
          <w:i w:val="0"/>
          <w:smallCaps w:val="0"/>
          <w:strike w:val="0"/>
          <w:sz w:val="22"/>
          <w:u w:val="single"/>
        </w:rPr>
        <w:t xml:space="preserve"> his </w:t>
      </w:r>
      <w:r>
        <w:rPr>
          <w:b w:val="0"/>
          <w:i w:val="0"/>
          <w:smallCaps w:val="0"/>
          <w:strike w:val="0"/>
          <w:sz w:val="22"/>
          <w:highlight w:val="cyan"/>
          <w:u w:val="single"/>
        </w:rPr>
        <w:t>own endorsement</w:t>
      </w:r>
      <w:r>
        <w:rPr>
          <w:b w:val="0"/>
          <w:i w:val="0"/>
          <w:smallCaps w:val="0"/>
          <w:strike w:val="0"/>
          <w:sz w:val="22"/>
          <w:u w:val="single"/>
        </w:rPr>
        <w:t xml:space="preserve"> </w:t>
      </w:r>
      <w:r>
        <w:rPr>
          <w:b w:val="0"/>
          <w:i w:val="0"/>
          <w:smallCaps w:val="0"/>
          <w:strike w:val="0"/>
          <w:sz w:val="16"/>
          <w:u w:val="none"/>
        </w:rPr>
        <w:t>after being privately supportive of her candidacy, according to a person familiar with the matter who requested anonymity before an announcement.</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