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Harris is preparing to flip the script on Trump’s ad advantage – fundraising </w:t>
      </w:r>
      <w:r>
        <w:rPr>
          <w:b/>
          <w:i w:val="0"/>
          <w:smallCaps w:val="0"/>
          <w:strike w:val="0"/>
          <w:sz w:val="26"/>
          <w:u w:val="single"/>
        </w:rPr>
        <w:t>now</w:t>
      </w:r>
      <w:r>
        <w:rPr>
          <w:b/>
          <w:i w:val="0"/>
          <w:smallCaps w:val="0"/>
          <w:strike w:val="0"/>
          <w:sz w:val="26"/>
          <w:u w:val="none"/>
        </w:rPr>
        <w:t xml:space="preserve"> is key</w:t>
      </w:r>
    </w:p>
    <w:p>
      <w:pPr>
        <w:spacing w:after="80"/>
      </w:pPr>
      <w:r>
        <w:rPr>
          <w:b/>
          <w:i w:val="0"/>
          <w:smallCaps w:val="0"/>
          <w:strike w:val="0"/>
          <w:sz w:val="26"/>
          <w:u w:val="none"/>
        </w:rPr>
        <w:t xml:space="preserve">Peoples </w:t>
      </w:r>
      <w:r>
        <w:rPr>
          <w:b/>
          <w:i w:val="0"/>
          <w:smallCaps w:val="0"/>
          <w:strike w:val="0"/>
          <w:sz w:val="26"/>
          <w:u w:val="none"/>
        </w:rPr>
        <w:t>7/</w:t>
      </w:r>
      <w:r>
        <w:rPr>
          <w:b/>
          <w:i w:val="0"/>
          <w:smallCaps w:val="0"/>
          <w:strike w:val="0"/>
          <w:sz w:val="26"/>
          <w:u w:val="none"/>
        </w:rPr>
        <w:t>24</w:t>
      </w:r>
    </w:p>
    <w:p>
      <w:pPr>
        <w:spacing w:after="60"/>
      </w:pPr>
      <w:r>
        <w:rPr>
          <w:b w:val="0"/>
          <w:i w:val="0"/>
          <w:smallCaps w:val="0"/>
          <w:strike w:val="0"/>
          <w:sz w:val="16"/>
          <w:u w:val="none"/>
        </w:rPr>
        <w:t>[(Steve, Chief Political Reporter for AP news.) “The fight to define Harris is on. And for now, Republicans are dominating Democrats on the airways.”, AP, 7-24-24, https://apnews.com/article/advertising-presidential-campaign-kamala-harris-trump-aab73a0d9593afebd734c8f708632926]//LR</w:t>
      </w:r>
    </w:p>
    <w:p>
      <w:pPr>
        <w:spacing w:after="60"/>
      </w:pPr>
      <w:r>
        <w:rPr>
          <w:b w:val="0"/>
          <w:i w:val="0"/>
          <w:smallCaps w:val="0"/>
          <w:strike w:val="0"/>
          <w:sz w:val="16"/>
          <w:u w:val="none"/>
        </w:rPr>
        <w:t xml:space="preserve">NEW YORK (AP) — Just days into her new role as the Democratic Party’s </w:t>
      </w:r>
      <w:r>
        <w:rPr>
          <w:b w:val="0"/>
          <w:i w:val="0"/>
          <w:smallCaps w:val="0"/>
          <w:strike w:val="0"/>
          <w:sz w:val="16"/>
          <w:u w:val="none"/>
        </w:rPr>
        <w:t>likely presidential nominee</w:t>
      </w:r>
      <w:r>
        <w:rPr>
          <w:b w:val="0"/>
          <w:i w:val="0"/>
          <w:smallCaps w:val="0"/>
          <w:strike w:val="0"/>
          <w:sz w:val="16"/>
          <w:u w:val="none"/>
        </w:rPr>
        <w:t xml:space="preserve">, </w:t>
      </w:r>
      <w:r>
        <w:rPr>
          <w:b w:val="0"/>
          <w:i w:val="0"/>
          <w:smallCaps w:val="0"/>
          <w:strike w:val="0"/>
          <w:sz w:val="22"/>
          <w:u w:val="single"/>
        </w:rPr>
        <w:t xml:space="preserve">Kamala </w:t>
      </w:r>
      <w:r>
        <w:rPr>
          <w:b w:val="0"/>
          <w:i w:val="0"/>
          <w:smallCaps w:val="0"/>
          <w:strike w:val="0"/>
          <w:sz w:val="22"/>
          <w:highlight w:val="cyan"/>
          <w:u w:val="single"/>
        </w:rPr>
        <w:t>Harris</w:t>
      </w:r>
      <w:r>
        <w:rPr>
          <w:b w:val="0"/>
          <w:i w:val="0"/>
          <w:smallCaps w:val="0"/>
          <w:strike w:val="0"/>
          <w:sz w:val="22"/>
          <w:u w:val="single"/>
        </w:rPr>
        <w:t xml:space="preserve"> is already </w:t>
      </w:r>
      <w:r>
        <w:rPr>
          <w:b w:val="0"/>
          <w:i w:val="0"/>
          <w:smallCaps w:val="0"/>
          <w:strike w:val="0"/>
          <w:sz w:val="22"/>
          <w:highlight w:val="cyan"/>
          <w:u w:val="single"/>
        </w:rPr>
        <w:t>facing</w:t>
      </w:r>
      <w:r>
        <w:rPr>
          <w:b w:val="0"/>
          <w:i w:val="0"/>
          <w:smallCaps w:val="0"/>
          <w:strike w:val="0"/>
          <w:sz w:val="22"/>
          <w:u w:val="single"/>
        </w:rPr>
        <w:t xml:space="preserve"> a </w:t>
      </w:r>
      <w:r>
        <w:rPr>
          <w:b w:val="0"/>
          <w:i w:val="0"/>
          <w:smallCaps w:val="0"/>
          <w:strike w:val="0"/>
          <w:sz w:val="22"/>
          <w:highlight w:val="cyan"/>
          <w:u w:val="single"/>
        </w:rPr>
        <w:t xml:space="preserve">wave of </w:t>
      </w:r>
      <w:r>
        <w:rPr>
          <w:b/>
          <w:i w:val="0"/>
          <w:smallCaps w:val="0"/>
          <w:strike w:val="0"/>
          <w:sz w:val="22"/>
          <w:highlight w:val="cyan"/>
          <w:u w:val="single"/>
        </w:rPr>
        <w:t>Republican</w:t>
      </w:r>
      <w:r>
        <w:rPr>
          <w:b/>
          <w:i w:val="0"/>
          <w:smallCaps w:val="0"/>
          <w:strike w:val="0"/>
          <w:sz w:val="22"/>
          <w:u w:val="single"/>
        </w:rPr>
        <w:t xml:space="preserve">-backed </w:t>
      </w:r>
      <w:r>
        <w:rPr>
          <w:b/>
          <w:i w:val="0"/>
          <w:smallCaps w:val="0"/>
          <w:strike w:val="0"/>
          <w:sz w:val="22"/>
          <w:highlight w:val="cyan"/>
          <w:u w:val="single"/>
        </w:rPr>
        <w:t>attack ads</w:t>
      </w:r>
      <w:r>
        <w:rPr>
          <w:b w:val="0"/>
          <w:i w:val="0"/>
          <w:smallCaps w:val="0"/>
          <w:strike w:val="0"/>
          <w:sz w:val="22"/>
          <w:u w:val="single"/>
        </w:rPr>
        <w:t xml:space="preserve"> questioning her personality, her progressive record and what she knew about President Joe Biden’s decline. </w:t>
      </w:r>
      <w:r>
        <w:rPr>
          <w:b w:val="0"/>
          <w:i w:val="0"/>
          <w:smallCaps w:val="0"/>
          <w:strike w:val="0"/>
          <w:sz w:val="16"/>
          <w:u w:val="none"/>
        </w:rPr>
        <w:t xml:space="preserve">But for now, at least, </w:t>
      </w:r>
      <w:r>
        <w:rPr>
          <w:b w:val="0"/>
          <w:i w:val="0"/>
          <w:smallCaps w:val="0"/>
          <w:strike w:val="0"/>
          <w:sz w:val="22"/>
          <w:highlight w:val="cyan"/>
          <w:u w:val="single"/>
        </w:rPr>
        <w:t>Democrats</w:t>
      </w:r>
      <w:r>
        <w:rPr>
          <w:b w:val="0"/>
          <w:i w:val="0"/>
          <w:smallCaps w:val="0"/>
          <w:strike w:val="0"/>
          <w:sz w:val="22"/>
          <w:u w:val="single"/>
        </w:rPr>
        <w:t xml:space="preserve"> have </w:t>
      </w:r>
      <w:r>
        <w:rPr>
          <w:b/>
          <w:i w:val="0"/>
          <w:smallCaps w:val="0"/>
          <w:strike w:val="0"/>
          <w:sz w:val="22"/>
          <w:highlight w:val="cyan"/>
          <w:u w:val="single"/>
        </w:rPr>
        <w:t>yet to engage</w:t>
      </w:r>
      <w:r>
        <w:rPr>
          <w:b w:val="0"/>
          <w:i w:val="0"/>
          <w:smallCaps w:val="0"/>
          <w:strike w:val="0"/>
          <w:sz w:val="22"/>
          <w:u w:val="single"/>
        </w:rPr>
        <w:t xml:space="preserve"> in the summertime advertising fight</w:t>
      </w:r>
      <w:r>
        <w:rPr>
          <w:b w:val="0"/>
          <w:i w:val="0"/>
          <w:smallCaps w:val="0"/>
          <w:strike w:val="0"/>
          <w:sz w:val="16"/>
          <w:u w:val="none"/>
        </w:rPr>
        <w:t xml:space="preserve">. And in a sharp reversal from much of the year, </w:t>
      </w:r>
      <w:r>
        <w:rPr>
          <w:b w:val="0"/>
          <w:i w:val="0"/>
          <w:smallCaps w:val="0"/>
          <w:strike w:val="0"/>
          <w:sz w:val="22"/>
          <w:highlight w:val="cyan"/>
          <w:u w:val="single"/>
        </w:rPr>
        <w:t>Republicans</w:t>
      </w:r>
      <w:r>
        <w:rPr>
          <w:b w:val="0"/>
          <w:i w:val="0"/>
          <w:smallCaps w:val="0"/>
          <w:strike w:val="0"/>
          <w:sz w:val="22"/>
          <w:u w:val="single"/>
        </w:rPr>
        <w:t xml:space="preserve"> are suddenly </w:t>
      </w:r>
      <w:r>
        <w:rPr>
          <w:b w:val="0"/>
          <w:i w:val="0"/>
          <w:smallCaps w:val="0"/>
          <w:strike w:val="0"/>
          <w:sz w:val="22"/>
          <w:highlight w:val="cyan"/>
          <w:u w:val="single"/>
        </w:rPr>
        <w:t>dominating</w:t>
      </w:r>
      <w:r>
        <w:rPr>
          <w:b w:val="0"/>
          <w:i w:val="0"/>
          <w:smallCaps w:val="0"/>
          <w:strike w:val="0"/>
          <w:sz w:val="22"/>
          <w:u w:val="single"/>
        </w:rPr>
        <w:t xml:space="preserve"> the </w:t>
      </w:r>
      <w:r>
        <w:rPr>
          <w:b w:val="0"/>
          <w:i w:val="0"/>
          <w:smallCaps w:val="0"/>
          <w:strike w:val="0"/>
          <w:sz w:val="22"/>
          <w:highlight w:val="cyan"/>
          <w:u w:val="single"/>
        </w:rPr>
        <w:t>airways</w:t>
      </w:r>
      <w:r>
        <w:rPr>
          <w:b w:val="0"/>
          <w:i w:val="0"/>
          <w:smallCaps w:val="0"/>
          <w:strike w:val="0"/>
          <w:sz w:val="22"/>
          <w:u w:val="single"/>
        </w:rPr>
        <w:t xml:space="preserve">. </w:t>
      </w:r>
      <w:r>
        <w:rPr>
          <w:b w:val="0"/>
          <w:i w:val="0"/>
          <w:smallCaps w:val="0"/>
          <w:strike w:val="0"/>
          <w:sz w:val="16"/>
          <w:u w:val="none"/>
        </w:rPr>
        <w:t xml:space="preserve">Overall, </w:t>
      </w:r>
      <w:r>
        <w:rPr>
          <w:b w:val="0"/>
          <w:i w:val="0"/>
          <w:smallCaps w:val="0"/>
          <w:strike w:val="0"/>
          <w:sz w:val="22"/>
          <w:u w:val="single"/>
        </w:rPr>
        <w:t xml:space="preserve">Trump and his </w:t>
      </w:r>
      <w:r>
        <w:rPr>
          <w:b/>
          <w:i w:val="0"/>
          <w:smallCaps w:val="0"/>
          <w:strike w:val="0"/>
          <w:sz w:val="22"/>
          <w:u w:val="single"/>
        </w:rPr>
        <w:t xml:space="preserve">allies are </w:t>
      </w:r>
      <w:r>
        <w:rPr>
          <w:b/>
          <w:i w:val="0"/>
          <w:smallCaps w:val="0"/>
          <w:strike w:val="0"/>
          <w:sz w:val="22"/>
          <w:highlight w:val="cyan"/>
          <w:u w:val="single"/>
        </w:rPr>
        <w:t>outspending Harris</w:t>
      </w:r>
      <w:r>
        <w:rPr>
          <w:b/>
          <w:i w:val="0"/>
          <w:smallCaps w:val="0"/>
          <w:strike w:val="0"/>
          <w:sz w:val="22"/>
          <w:u w:val="single"/>
        </w:rPr>
        <w:t>’</w:t>
      </w:r>
      <w:r>
        <w:rPr>
          <w:b w:val="0"/>
          <w:i w:val="0"/>
          <w:smallCaps w:val="0"/>
          <w:strike w:val="0"/>
          <w:sz w:val="22"/>
          <w:u w:val="single"/>
        </w:rPr>
        <w:t xml:space="preserve"> team </w:t>
      </w:r>
      <w:r>
        <w:rPr>
          <w:b w:val="0"/>
          <w:i w:val="0"/>
          <w:smallCaps w:val="0"/>
          <w:strike w:val="0"/>
          <w:sz w:val="22"/>
          <w:highlight w:val="cyan"/>
          <w:u w:val="single"/>
        </w:rPr>
        <w:t>25-to-1</w:t>
      </w:r>
      <w:r>
        <w:rPr>
          <w:b w:val="0"/>
          <w:i w:val="0"/>
          <w:smallCaps w:val="0"/>
          <w:strike w:val="0"/>
          <w:sz w:val="22"/>
          <w:u w:val="single"/>
        </w:rPr>
        <w:t xml:space="preserve"> on television and radio advertising</w:t>
      </w:r>
      <w:r>
        <w:rPr>
          <w:b w:val="0"/>
          <w:i w:val="0"/>
          <w:smallCaps w:val="0"/>
          <w:strike w:val="0"/>
          <w:sz w:val="16"/>
          <w:u w:val="none"/>
        </w:rPr>
        <w:t xml:space="preserve"> — more than </w:t>
      </w:r>
      <w:r>
        <w:rPr>
          <w:b w:val="0"/>
          <w:i w:val="0"/>
          <w:smallCaps w:val="0"/>
          <w:strike w:val="0"/>
          <w:sz w:val="22"/>
          <w:u w:val="single"/>
        </w:rPr>
        <w:t>$68 million for Republicans compared to just $2.6 million for Democrats</w:t>
      </w:r>
      <w:r>
        <w:rPr>
          <w:b w:val="0"/>
          <w:i w:val="0"/>
          <w:smallCaps w:val="0"/>
          <w:strike w:val="0"/>
          <w:sz w:val="16"/>
          <w:u w:val="none"/>
        </w:rPr>
        <w:t xml:space="preserve"> — in the period that began on Monday, the day after </w:t>
      </w:r>
      <w:r>
        <w:rPr>
          <w:b w:val="0"/>
          <w:i w:val="0"/>
          <w:smallCaps w:val="0"/>
          <w:strike w:val="0"/>
          <w:sz w:val="16"/>
          <w:u w:val="none"/>
        </w:rPr>
        <w:t>Biden stepped aside</w:t>
      </w:r>
      <w:r>
        <w:rPr>
          <w:b w:val="0"/>
          <w:i w:val="0"/>
          <w:smallCaps w:val="0"/>
          <w:strike w:val="0"/>
          <w:sz w:val="16"/>
          <w:u w:val="none"/>
        </w:rPr>
        <w:t xml:space="preserve">, through the end of August, according to an AP analysis of data compiled by the media tracking firm </w:t>
      </w:r>
      <w:r>
        <w:rPr>
          <w:b w:val="0"/>
          <w:i w:val="0"/>
          <w:smallCaps w:val="0"/>
          <w:strike w:val="0"/>
          <w:sz w:val="16"/>
          <w:u w:val="none"/>
        </w:rPr>
        <w:t>AdImpact</w:t>
      </w:r>
      <w:r>
        <w:rPr>
          <w:b w:val="0"/>
          <w:i w:val="0"/>
          <w:smallCaps w:val="0"/>
          <w:strike w:val="0"/>
          <w:sz w:val="16"/>
          <w:u w:val="none"/>
        </w:rPr>
        <w:t xml:space="preserve">. The stunning disparity reflects actual spending for this week and reservations for subsequent weeks, which </w:t>
      </w:r>
      <w:r>
        <w:rPr>
          <w:b w:val="0"/>
          <w:i w:val="0"/>
          <w:smallCaps w:val="0"/>
          <w:strike w:val="0"/>
          <w:sz w:val="22"/>
          <w:u w:val="single"/>
        </w:rPr>
        <w:t xml:space="preserve">will </w:t>
      </w:r>
      <w:r>
        <w:rPr>
          <w:b/>
          <w:i w:val="0"/>
          <w:smallCaps w:val="0"/>
          <w:strike w:val="0"/>
          <w:sz w:val="22"/>
          <w:highlight w:val="cyan"/>
          <w:u w:val="single"/>
        </w:rPr>
        <w:t>almost certainly change</w:t>
      </w:r>
      <w:r>
        <w:rPr>
          <w:b w:val="0"/>
          <w:i w:val="0"/>
          <w:smallCaps w:val="0"/>
          <w:strike w:val="0"/>
          <w:sz w:val="22"/>
          <w:highlight w:val="cyan"/>
          <w:u w:val="single"/>
        </w:rPr>
        <w:t xml:space="preserve"> in the coming days</w:t>
      </w:r>
      <w:r>
        <w:rPr>
          <w:b w:val="0"/>
          <w:i w:val="0"/>
          <w:smallCaps w:val="0"/>
          <w:strike w:val="0"/>
          <w:sz w:val="16"/>
          <w:u w:val="none"/>
        </w:rPr>
        <w:t xml:space="preserve">. But for now, the numbers highlight a dangerous </w:t>
      </w:r>
      <w:r>
        <w:rPr>
          <w:b w:val="0"/>
          <w:i w:val="0"/>
          <w:smallCaps w:val="0"/>
          <w:strike w:val="0"/>
          <w:sz w:val="22"/>
          <w:u w:val="single"/>
        </w:rPr>
        <w:t xml:space="preserve">imbalance for Democrats at the very moment that </w:t>
      </w:r>
      <w:r>
        <w:rPr>
          <w:b/>
          <w:i w:val="0"/>
          <w:smallCaps w:val="0"/>
          <w:strike w:val="0"/>
          <w:sz w:val="22"/>
          <w:highlight w:val="cyan"/>
          <w:u w:val="single"/>
        </w:rPr>
        <w:t>millions of voters</w:t>
      </w:r>
      <w:r>
        <w:rPr>
          <w:b w:val="0"/>
          <w:i w:val="0"/>
          <w:smallCaps w:val="0"/>
          <w:strike w:val="0"/>
          <w:sz w:val="22"/>
          <w:u w:val="single"/>
        </w:rPr>
        <w:t xml:space="preserve"> are </w:t>
      </w:r>
      <w:r>
        <w:rPr>
          <w:b w:val="0"/>
          <w:i w:val="0"/>
          <w:smallCaps w:val="0"/>
          <w:strike w:val="0"/>
          <w:sz w:val="22"/>
          <w:highlight w:val="cyan"/>
          <w:u w:val="single"/>
        </w:rPr>
        <w:t>re-shaping</w:t>
      </w:r>
      <w:r>
        <w:rPr>
          <w:b w:val="0"/>
          <w:i w:val="0"/>
          <w:smallCaps w:val="0"/>
          <w:strike w:val="0"/>
          <w:sz w:val="22"/>
          <w:u w:val="single"/>
        </w:rPr>
        <w:t xml:space="preserve"> their </w:t>
      </w:r>
      <w:r>
        <w:rPr>
          <w:b w:val="0"/>
          <w:i w:val="0"/>
          <w:smallCaps w:val="0"/>
          <w:strike w:val="0"/>
          <w:sz w:val="22"/>
          <w:highlight w:val="cyan"/>
          <w:u w:val="single"/>
        </w:rPr>
        <w:t>opinions of the v</w:t>
      </w:r>
      <w:r>
        <w:rPr>
          <w:b w:val="0"/>
          <w:i w:val="0"/>
          <w:smallCaps w:val="0"/>
          <w:strike w:val="0"/>
          <w:sz w:val="22"/>
          <w:u w:val="single"/>
        </w:rPr>
        <w:t xml:space="preserve">ice </w:t>
      </w:r>
      <w:r>
        <w:rPr>
          <w:b w:val="0"/>
          <w:i w:val="0"/>
          <w:smallCaps w:val="0"/>
          <w:strike w:val="0"/>
          <w:sz w:val="22"/>
          <w:highlight w:val="cyan"/>
          <w:u w:val="single"/>
        </w:rPr>
        <w:t>p</w:t>
      </w:r>
      <w:r>
        <w:rPr>
          <w:b w:val="0"/>
          <w:i w:val="0"/>
          <w:smallCaps w:val="0"/>
          <w:strike w:val="0"/>
          <w:sz w:val="22"/>
          <w:u w:val="single"/>
        </w:rPr>
        <w:t>resident</w:t>
      </w:r>
      <w:r>
        <w:rPr>
          <w:b w:val="0"/>
          <w:i w:val="0"/>
          <w:smallCaps w:val="0"/>
          <w:strike w:val="0"/>
          <w:sz w:val="16"/>
          <w:u w:val="none"/>
        </w:rPr>
        <w:t>, who has spent much of the last four years in Biden’s shadow. “Public opinion is like cement. It’s soft at first and then it hardens,” said Sarah Longwell, co-founder of Republican Voters Against Trump. “</w:t>
      </w:r>
      <w:r>
        <w:rPr>
          <w:b w:val="0"/>
          <w:i w:val="0"/>
          <w:smallCaps w:val="0"/>
          <w:strike w:val="0"/>
          <w:sz w:val="22"/>
          <w:u w:val="single"/>
        </w:rPr>
        <w:t xml:space="preserve">The next three weeks are definitive. She </w:t>
      </w:r>
      <w:r>
        <w:rPr>
          <w:b/>
          <w:i w:val="0"/>
          <w:smallCaps w:val="0"/>
          <w:strike w:val="0"/>
          <w:sz w:val="22"/>
          <w:u w:val="single"/>
        </w:rPr>
        <w:t xml:space="preserve">needs to </w:t>
      </w:r>
      <w:r>
        <w:rPr>
          <w:b/>
          <w:i w:val="0"/>
          <w:smallCaps w:val="0"/>
          <w:strike w:val="0"/>
          <w:sz w:val="22"/>
          <w:highlight w:val="cyan"/>
          <w:u w:val="single"/>
        </w:rPr>
        <w:t>define herself</w:t>
      </w:r>
      <w:r>
        <w:rPr>
          <w:b w:val="0"/>
          <w:i w:val="0"/>
          <w:smallCaps w:val="0"/>
          <w:strike w:val="0"/>
          <w:sz w:val="22"/>
          <w:highlight w:val="cyan"/>
          <w:u w:val="single"/>
        </w:rPr>
        <w:t xml:space="preserve"> before Trump defines her</w:t>
      </w:r>
      <w:r>
        <w:rPr>
          <w:b w:val="0"/>
          <w:i w:val="0"/>
          <w:smallCaps w:val="0"/>
          <w:strike w:val="0"/>
          <w:sz w:val="22"/>
          <w:u w:val="single"/>
        </w:rPr>
        <w:t xml:space="preserve">.” </w:t>
      </w:r>
      <w:r>
        <w:rPr>
          <w:b w:val="0"/>
          <w:i w:val="0"/>
          <w:smallCaps w:val="0"/>
          <w:strike w:val="0"/>
          <w:sz w:val="16"/>
          <w:u w:val="none"/>
        </w:rPr>
        <w:t xml:space="preserve">To be sure, Harris only earned Biden’s endorsement on Sunday. And in the days since, friends and foes agree that </w:t>
      </w:r>
      <w:r>
        <w:rPr>
          <w:b w:val="0"/>
          <w:i w:val="0"/>
          <w:smallCaps w:val="0"/>
          <w:strike w:val="0"/>
          <w:sz w:val="22"/>
          <w:u w:val="single"/>
        </w:rPr>
        <w:t xml:space="preserve">she’s </w:t>
      </w:r>
      <w:r>
        <w:rPr>
          <w:b w:val="0"/>
          <w:i w:val="0"/>
          <w:smallCaps w:val="0"/>
          <w:strike w:val="0"/>
          <w:sz w:val="22"/>
          <w:highlight w:val="cyan"/>
          <w:u w:val="single"/>
        </w:rPr>
        <w:t>benefited from</w:t>
      </w:r>
      <w:r>
        <w:rPr>
          <w:b w:val="0"/>
          <w:i w:val="0"/>
          <w:smallCaps w:val="0"/>
          <w:strike w:val="0"/>
          <w:sz w:val="22"/>
          <w:u w:val="single"/>
        </w:rPr>
        <w:t xml:space="preserve"> a flood of so-called “</w:t>
      </w:r>
      <w:r>
        <w:rPr>
          <w:b/>
          <w:i w:val="0"/>
          <w:smallCaps w:val="0"/>
          <w:strike w:val="0"/>
          <w:sz w:val="22"/>
          <w:highlight w:val="cyan"/>
          <w:u w:val="single"/>
        </w:rPr>
        <w:t>earned</w:t>
      </w:r>
      <w:r>
        <w:rPr>
          <w:b/>
          <w:i w:val="0"/>
          <w:smallCaps w:val="0"/>
          <w:strike w:val="0"/>
          <w:sz w:val="22"/>
          <w:u w:val="single"/>
        </w:rPr>
        <w:t xml:space="preserve">” news </w:t>
      </w:r>
      <w:r>
        <w:rPr>
          <w:b/>
          <w:i w:val="0"/>
          <w:smallCaps w:val="0"/>
          <w:strike w:val="0"/>
          <w:sz w:val="22"/>
          <w:highlight w:val="cyan"/>
          <w:u w:val="single"/>
        </w:rPr>
        <w:t>media coverage</w:t>
      </w:r>
      <w:r>
        <w:rPr>
          <w:b w:val="0"/>
          <w:i w:val="0"/>
          <w:smallCaps w:val="0"/>
          <w:strike w:val="0"/>
          <w:sz w:val="22"/>
          <w:u w:val="single"/>
        </w:rPr>
        <w:t>, much of it positive.</w:t>
      </w:r>
      <w:r>
        <w:rPr>
          <w:b w:val="0"/>
          <w:i w:val="0"/>
          <w:smallCaps w:val="0"/>
          <w:strike w:val="0"/>
          <w:sz w:val="16"/>
          <w:u w:val="none"/>
        </w:rPr>
        <w:t xml:space="preserve"> Trump pollster Tony Fabrizio described it as “Harris’ honeymoon” in a memo on Tuesday that </w:t>
      </w:r>
      <w:r>
        <w:rPr>
          <w:b w:val="0"/>
          <w:i w:val="0"/>
          <w:smallCaps w:val="0"/>
          <w:strike w:val="0"/>
          <w:sz w:val="22"/>
          <w:highlight w:val="cyan"/>
          <w:u w:val="single"/>
        </w:rPr>
        <w:t>predicted</w:t>
      </w:r>
      <w:r>
        <w:rPr>
          <w:b w:val="0"/>
          <w:i w:val="0"/>
          <w:smallCaps w:val="0"/>
          <w:strike w:val="0"/>
          <w:sz w:val="22"/>
          <w:u w:val="single"/>
        </w:rPr>
        <w:t xml:space="preserve"> a </w:t>
      </w:r>
      <w:r>
        <w:rPr>
          <w:b w:val="0"/>
          <w:i w:val="0"/>
          <w:smallCaps w:val="0"/>
          <w:strike w:val="0"/>
          <w:sz w:val="22"/>
          <w:highlight w:val="cyan"/>
          <w:u w:val="single"/>
        </w:rPr>
        <w:t>surge in the polls</w:t>
      </w:r>
      <w:r>
        <w:rPr>
          <w:b w:val="0"/>
          <w:i w:val="0"/>
          <w:smallCaps w:val="0"/>
          <w:strike w:val="0"/>
          <w:sz w:val="22"/>
          <w:u w:val="single"/>
        </w:rPr>
        <w:t xml:space="preserve"> for the Democratic vice president. </w:t>
      </w:r>
      <w:r>
        <w:rPr>
          <w:b w:val="0"/>
          <w:i w:val="0"/>
          <w:smallCaps w:val="0"/>
          <w:strike w:val="0"/>
          <w:sz w:val="16"/>
          <w:u w:val="none"/>
        </w:rPr>
        <w:t xml:space="preserve">Asked about the advertising disparity, Harris spokesperson Kevin Munoz said the vice president “will make her case aggressively alongside a campaign infrastructure designed to win close elections.” “In just 24 hours, Kamala Harris put abortion rights front and center for voters, broke fundraising records, and spun Donald Trump out into a manic and public breakdown — because he knows she is best-equipped to prosecute the case against a convicted felon like himself,” he said. </w:t>
      </w:r>
      <w:r>
        <w:rPr>
          <w:b w:val="0"/>
          <w:i w:val="0"/>
          <w:smallCaps w:val="0"/>
          <w:strike w:val="0"/>
          <w:sz w:val="22"/>
          <w:u w:val="single"/>
        </w:rPr>
        <w:t xml:space="preserve">Harris’ team </w:t>
      </w:r>
      <w:r>
        <w:rPr>
          <w:b w:val="0"/>
          <w:i w:val="0"/>
          <w:smallCaps w:val="0"/>
          <w:strike w:val="0"/>
          <w:sz w:val="22"/>
          <w:highlight w:val="cyan"/>
          <w:u w:val="single"/>
        </w:rPr>
        <w:t>has the money to launch</w:t>
      </w:r>
      <w:r>
        <w:rPr>
          <w:b w:val="0"/>
          <w:i w:val="0"/>
          <w:smallCaps w:val="0"/>
          <w:strike w:val="0"/>
          <w:sz w:val="22"/>
          <w:u w:val="single"/>
        </w:rPr>
        <w:t xml:space="preserve"> a </w:t>
      </w:r>
      <w:r>
        <w:rPr>
          <w:b/>
          <w:i w:val="0"/>
          <w:smallCaps w:val="0"/>
          <w:strike w:val="0"/>
          <w:sz w:val="22"/>
          <w:u w:val="single"/>
        </w:rPr>
        <w:t xml:space="preserve">robust </w:t>
      </w:r>
      <w:r>
        <w:rPr>
          <w:b/>
          <w:i w:val="0"/>
          <w:smallCaps w:val="0"/>
          <w:strike w:val="0"/>
          <w:sz w:val="22"/>
          <w:highlight w:val="cyan"/>
          <w:u w:val="single"/>
        </w:rPr>
        <w:t>advertising campaign</w:t>
      </w:r>
      <w:r>
        <w:rPr>
          <w:b w:val="0"/>
          <w:i w:val="0"/>
          <w:smallCaps w:val="0"/>
          <w:strike w:val="0"/>
          <w:sz w:val="22"/>
          <w:u w:val="single"/>
        </w:rPr>
        <w:t xml:space="preserve"> whenever it wants to. Her campaign </w:t>
      </w:r>
      <w:r>
        <w:rPr>
          <w:b w:val="0"/>
          <w:i w:val="0"/>
          <w:smallCaps w:val="0"/>
          <w:strike w:val="0"/>
          <w:sz w:val="22"/>
          <w:highlight w:val="cyan"/>
          <w:u w:val="single"/>
        </w:rPr>
        <w:t>raised</w:t>
      </w:r>
      <w:r>
        <w:rPr>
          <w:b w:val="0"/>
          <w:i w:val="0"/>
          <w:smallCaps w:val="0"/>
          <w:strike w:val="0"/>
          <w:sz w:val="22"/>
          <w:u w:val="single"/>
        </w:rPr>
        <w:t xml:space="preserve"> a jaw-dropping </w:t>
      </w:r>
      <w:r>
        <w:rPr>
          <w:b w:val="0"/>
          <w:i w:val="0"/>
          <w:smallCaps w:val="0"/>
          <w:strike w:val="0"/>
          <w:sz w:val="22"/>
          <w:highlight w:val="cyan"/>
          <w:u w:val="single"/>
        </w:rPr>
        <w:t>$100 million</w:t>
      </w:r>
      <w:r>
        <w:rPr>
          <w:b w:val="0"/>
          <w:i w:val="0"/>
          <w:smallCaps w:val="0"/>
          <w:strike w:val="0"/>
          <w:sz w:val="22"/>
          <w:u w:val="single"/>
        </w:rPr>
        <w:t xml:space="preserve"> between Sunday afternoon as of Monday night alone. And allies, led by the </w:t>
      </w:r>
      <w:r>
        <w:rPr>
          <w:b w:val="0"/>
          <w:i w:val="0"/>
          <w:smallCaps w:val="0"/>
          <w:strike w:val="0"/>
          <w:sz w:val="22"/>
          <w:highlight w:val="cyan"/>
          <w:u w:val="single"/>
        </w:rPr>
        <w:t>super PAC</w:t>
      </w:r>
      <w:r>
        <w:rPr>
          <w:b w:val="0"/>
          <w:i w:val="0"/>
          <w:smallCaps w:val="0"/>
          <w:strike w:val="0"/>
          <w:sz w:val="22"/>
          <w:u w:val="single"/>
        </w:rPr>
        <w:t xml:space="preserve"> Future Forward, </w:t>
      </w:r>
      <w:r>
        <w:rPr>
          <w:b w:val="0"/>
          <w:i w:val="0"/>
          <w:smallCaps w:val="0"/>
          <w:strike w:val="0"/>
          <w:sz w:val="22"/>
          <w:highlight w:val="cyan"/>
          <w:u w:val="single"/>
        </w:rPr>
        <w:t>received</w:t>
      </w:r>
      <w:r>
        <w:rPr>
          <w:b w:val="0"/>
          <w:i w:val="0"/>
          <w:smallCaps w:val="0"/>
          <w:strike w:val="0"/>
          <w:sz w:val="22"/>
          <w:u w:val="single"/>
        </w:rPr>
        <w:t xml:space="preserve"> donor commitments of </w:t>
      </w:r>
      <w:r>
        <w:rPr>
          <w:b w:val="0"/>
          <w:i w:val="0"/>
          <w:smallCaps w:val="0"/>
          <w:strike w:val="0"/>
          <w:sz w:val="22"/>
          <w:highlight w:val="cyan"/>
          <w:u w:val="single"/>
        </w:rPr>
        <w:t>$</w:t>
      </w:r>
      <w:r>
        <w:rPr>
          <w:b/>
          <w:i w:val="0"/>
          <w:smallCaps w:val="0"/>
          <w:strike w:val="0"/>
          <w:sz w:val="22"/>
          <w:highlight w:val="cyan"/>
          <w:u w:val="single"/>
        </w:rPr>
        <w:t>150 million</w:t>
      </w:r>
      <w:r>
        <w:rPr>
          <w:b w:val="0"/>
          <w:i w:val="0"/>
          <w:smallCaps w:val="0"/>
          <w:strike w:val="0"/>
          <w:sz w:val="22"/>
          <w:u w:val="single"/>
        </w:rPr>
        <w:t xml:space="preserve"> in the first 24 hours after Biden left the race. </w:t>
      </w:r>
      <w:r>
        <w:rPr>
          <w:b w:val="0"/>
          <w:i w:val="0"/>
          <w:smallCaps w:val="0"/>
          <w:strike w:val="0"/>
          <w:sz w:val="16"/>
          <w:u w:val="none"/>
        </w:rPr>
        <w:t xml:space="preserve">“Obviously, advertising is important and will pick up, but it’s not the only factor,” said Democratic strategist Josh Schwerin. “With Harris taking over as the presumptive nominee, she’s getting wall-to-wall largely positive coverage. ... You always need to take in the context of the entire media ecosystem.” Still, some of the </w:t>
      </w:r>
      <w:r>
        <w:rPr>
          <w:b w:val="0"/>
          <w:i w:val="0"/>
          <w:smallCaps w:val="0"/>
          <w:strike w:val="0"/>
          <w:sz w:val="22"/>
          <w:u w:val="single"/>
        </w:rPr>
        <w:t xml:space="preserve">Harris </w:t>
      </w:r>
      <w:r>
        <w:rPr>
          <w:b w:val="0"/>
          <w:i w:val="0"/>
          <w:smallCaps w:val="0"/>
          <w:strike w:val="0"/>
          <w:sz w:val="22"/>
          <w:highlight w:val="cyan"/>
          <w:u w:val="single"/>
        </w:rPr>
        <w:t>attack ads</w:t>
      </w:r>
      <w:r>
        <w:rPr>
          <w:b w:val="0"/>
          <w:i w:val="0"/>
          <w:smallCaps w:val="0"/>
          <w:strike w:val="0"/>
          <w:sz w:val="22"/>
          <w:u w:val="single"/>
        </w:rPr>
        <w:t xml:space="preserve"> may be beginning to shape the narrative. </w:t>
      </w:r>
      <w:r>
        <w:rPr>
          <w:b w:val="0"/>
          <w:i w:val="0"/>
          <w:smallCaps w:val="0"/>
          <w:strike w:val="0"/>
          <w:sz w:val="16"/>
          <w:u w:val="none"/>
        </w:rPr>
        <w:t xml:space="preserve">Biden allies privately raised concerns about a </w:t>
      </w:r>
      <w:r>
        <w:rPr>
          <w:b w:val="0"/>
          <w:i w:val="0"/>
          <w:smallCaps w:val="0"/>
          <w:strike w:val="0"/>
          <w:sz w:val="22"/>
          <w:u w:val="single"/>
        </w:rPr>
        <w:t xml:space="preserve">new ad from Pennsylvania Republican Senate candidate Dave McCormick that </w:t>
      </w:r>
      <w:r>
        <w:rPr>
          <w:b w:val="0"/>
          <w:i w:val="0"/>
          <w:smallCaps w:val="0"/>
          <w:strike w:val="0"/>
          <w:sz w:val="22"/>
          <w:highlight w:val="cyan"/>
          <w:u w:val="single"/>
        </w:rPr>
        <w:t>describes</w:t>
      </w:r>
      <w:r>
        <w:rPr>
          <w:b w:val="0"/>
          <w:i w:val="0"/>
          <w:smallCaps w:val="0"/>
          <w:strike w:val="0"/>
          <w:sz w:val="22"/>
          <w:u w:val="single"/>
        </w:rPr>
        <w:t xml:space="preserve"> Harris as “the </w:t>
      </w:r>
      <w:r>
        <w:rPr>
          <w:b w:val="0"/>
          <w:i w:val="0"/>
          <w:smallCaps w:val="0"/>
          <w:strike w:val="0"/>
          <w:sz w:val="22"/>
          <w:highlight w:val="cyan"/>
          <w:u w:val="single"/>
        </w:rPr>
        <w:t>most liberal nominee ever</w:t>
      </w:r>
      <w:r>
        <w:rPr>
          <w:b w:val="0"/>
          <w:i w:val="0"/>
          <w:smallCaps w:val="0"/>
          <w:strike w:val="0"/>
          <w:sz w:val="22"/>
          <w:u w:val="single"/>
        </w:rPr>
        <w:t xml:space="preserve">.” The ad </w:t>
      </w:r>
      <w:r>
        <w:rPr>
          <w:b w:val="0"/>
          <w:i w:val="0"/>
          <w:smallCaps w:val="0"/>
          <w:strike w:val="0"/>
          <w:sz w:val="22"/>
          <w:highlight w:val="cyan"/>
          <w:u w:val="single"/>
        </w:rPr>
        <w:t>highlights</w:t>
      </w:r>
      <w:r>
        <w:rPr>
          <w:b w:val="0"/>
          <w:i w:val="0"/>
          <w:smallCaps w:val="0"/>
          <w:strike w:val="0"/>
          <w:sz w:val="22"/>
          <w:u w:val="single"/>
        </w:rPr>
        <w:t xml:space="preserve"> her </w:t>
      </w:r>
      <w:r>
        <w:rPr>
          <w:b/>
          <w:i w:val="0"/>
          <w:smallCaps w:val="0"/>
          <w:strike w:val="0"/>
          <w:sz w:val="22"/>
          <w:highlight w:val="cyan"/>
          <w:u w:val="single"/>
        </w:rPr>
        <w:t>progressive positions</w:t>
      </w:r>
      <w:r>
        <w:rPr>
          <w:b w:val="0"/>
          <w:i w:val="0"/>
          <w:smallCaps w:val="0"/>
          <w:strike w:val="0"/>
          <w:sz w:val="22"/>
          <w:u w:val="single"/>
        </w:rPr>
        <w:t xml:space="preserve"> on immigration, policing, energy and health care</w:t>
      </w:r>
      <w:r>
        <w:rPr>
          <w:b w:val="0"/>
          <w:i w:val="0"/>
          <w:smallCaps w:val="0"/>
          <w:strike w:val="0"/>
          <w:sz w:val="16"/>
          <w:u w:val="none"/>
        </w:rPr>
        <w:t xml:space="preserve">. It ends with audio of Harris’ loud laugh, which has been a frequent Republican focus. Trump’s campaign has been largely silent on the airwaves since he emerged as his party’s presumptive presidential nominee this spring. The delay in ad spending reflected, in part, the former president’s financial challenges following an </w:t>
      </w:r>
      <w:r>
        <w:rPr>
          <w:b w:val="0"/>
          <w:i w:val="0"/>
          <w:smallCaps w:val="0"/>
          <w:strike w:val="0"/>
          <w:sz w:val="16"/>
          <w:u w:val="none"/>
        </w:rPr>
        <w:t>expensive primary and overwhelming legal bills</w:t>
      </w:r>
      <w:r>
        <w:rPr>
          <w:b w:val="0"/>
          <w:i w:val="0"/>
          <w:smallCaps w:val="0"/>
          <w:strike w:val="0"/>
          <w:sz w:val="16"/>
          <w:u w:val="none"/>
        </w:rPr>
        <w:t xml:space="preserve">. Backed by allied super PACs that are running tens of millions in ads this summer, however, the Trump campaign can also afford to wait until more voters are paying attention this fall to pour money into advertising. The pro-Trump Preserve America super PAC, backed by casino magnate Miriam Adelson, has reserved $45 million worth of advertising through the end of August. MAGA Inc. has booked another $23 million. Democrats, meanwhile, just halted its advertising spending after devoting enormous sums to boost Biden in the weeks and months before he dropped out. Overall, Biden’s campaign spent more than $138 million on advertising between Jan. 1 of this year through Sunday, when he announced his decision to step aside. While much of the advertising went after Trump, the ads also featured Biden, who is no longer a candidate and largely viewed as a political liability for Harris. It is </w:t>
      </w:r>
      <w:r>
        <w:rPr>
          <w:b w:val="0"/>
          <w:i w:val="0"/>
          <w:smallCaps w:val="0"/>
          <w:strike w:val="0"/>
          <w:sz w:val="22"/>
          <w:u w:val="single"/>
        </w:rPr>
        <w:t xml:space="preserve">only a matter of time, days perhaps, before </w:t>
      </w:r>
      <w:r>
        <w:rPr>
          <w:b w:val="0"/>
          <w:i w:val="0"/>
          <w:smallCaps w:val="0"/>
          <w:strike w:val="0"/>
          <w:sz w:val="22"/>
          <w:highlight w:val="cyan"/>
          <w:u w:val="single"/>
        </w:rPr>
        <w:t>Harris</w:t>
      </w:r>
      <w:r>
        <w:rPr>
          <w:b w:val="0"/>
          <w:i w:val="0"/>
          <w:smallCaps w:val="0"/>
          <w:strike w:val="0"/>
          <w:sz w:val="22"/>
          <w:u w:val="single"/>
        </w:rPr>
        <w:t xml:space="preserve"> and her allies </w:t>
      </w:r>
      <w:r>
        <w:rPr>
          <w:b/>
          <w:i w:val="0"/>
          <w:smallCaps w:val="0"/>
          <w:strike w:val="0"/>
          <w:sz w:val="22"/>
          <w:u w:val="single"/>
        </w:rPr>
        <w:t>ramp up their advertising</w:t>
      </w:r>
      <w:r>
        <w:rPr>
          <w:b w:val="0"/>
          <w:i w:val="0"/>
          <w:smallCaps w:val="0"/>
          <w:strike w:val="0"/>
          <w:sz w:val="22"/>
          <w:u w:val="single"/>
        </w:rPr>
        <w:t xml:space="preserve"> plans. </w:t>
      </w:r>
      <w:r>
        <w:rPr>
          <w:b w:val="0"/>
          <w:i w:val="0"/>
          <w:smallCaps w:val="0"/>
          <w:strike w:val="0"/>
          <w:sz w:val="16"/>
          <w:u w:val="none"/>
        </w:rPr>
        <w:t xml:space="preserve">While </w:t>
      </w:r>
      <w:r>
        <w:rPr>
          <w:b w:val="0"/>
          <w:i w:val="0"/>
          <w:smallCaps w:val="0"/>
          <w:strike w:val="0"/>
          <w:sz w:val="16"/>
          <w:u w:val="none"/>
        </w:rPr>
        <w:t>AdImpact</w:t>
      </w:r>
      <w:r>
        <w:rPr>
          <w:b w:val="0"/>
          <w:i w:val="0"/>
          <w:smallCaps w:val="0"/>
          <w:strike w:val="0"/>
          <w:sz w:val="16"/>
          <w:u w:val="none"/>
        </w:rPr>
        <w:t xml:space="preserve"> found only about $2.6 million in Democratic-backed ad reservations through the end of August, the pro-Biden </w:t>
      </w:r>
      <w:r>
        <w:rPr>
          <w:b w:val="0"/>
          <w:i w:val="0"/>
          <w:smallCaps w:val="0"/>
          <w:strike w:val="0"/>
          <w:sz w:val="22"/>
          <w:highlight w:val="cyan"/>
          <w:u w:val="single"/>
        </w:rPr>
        <w:t>super PAC</w:t>
      </w:r>
      <w:r>
        <w:rPr>
          <w:b w:val="0"/>
          <w:i w:val="0"/>
          <w:smallCaps w:val="0"/>
          <w:strike w:val="0"/>
          <w:sz w:val="22"/>
          <w:u w:val="single"/>
        </w:rPr>
        <w:t xml:space="preserve"> Future Forward is </w:t>
      </w:r>
      <w:r>
        <w:rPr>
          <w:b w:val="0"/>
          <w:i w:val="0"/>
          <w:smallCaps w:val="0"/>
          <w:strike w:val="0"/>
          <w:sz w:val="22"/>
          <w:highlight w:val="cyan"/>
          <w:u w:val="single"/>
        </w:rPr>
        <w:t>set to begin</w:t>
      </w:r>
      <w:r>
        <w:rPr>
          <w:b w:val="0"/>
          <w:i w:val="0"/>
          <w:smallCaps w:val="0"/>
          <w:strike w:val="0"/>
          <w:sz w:val="22"/>
          <w:u w:val="single"/>
        </w:rPr>
        <w:t xml:space="preserve"> rolling out a $</w:t>
      </w:r>
      <w:r>
        <w:rPr>
          <w:b w:val="0"/>
          <w:i w:val="0"/>
          <w:smallCaps w:val="0"/>
          <w:strike w:val="0"/>
          <w:sz w:val="22"/>
          <w:highlight w:val="cyan"/>
          <w:u w:val="single"/>
        </w:rPr>
        <w:t>129 million advertising campaign</w:t>
      </w:r>
      <w:r>
        <w:rPr>
          <w:b w:val="0"/>
          <w:i w:val="0"/>
          <w:smallCaps w:val="0"/>
          <w:strike w:val="0"/>
          <w:sz w:val="22"/>
          <w:u w:val="single"/>
        </w:rPr>
        <w:t xml:space="preserve"> in September. </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